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EE560" w14:textId="77777777" w:rsidR="00060DC9" w:rsidRPr="00C85504" w:rsidRDefault="00F86A14" w:rsidP="00FF70DF">
      <w:pPr>
        <w:pStyle w:val="Heading1"/>
        <w:jc w:val="center"/>
        <w:rPr>
          <w:rFonts w:cstheme="majorHAnsi"/>
          <w:sz w:val="32"/>
          <w:szCs w:val="32"/>
        </w:rPr>
      </w:pPr>
      <w:r w:rsidRPr="00C85504">
        <w:rPr>
          <w:rFonts w:cstheme="majorHAnsi"/>
          <w:sz w:val="32"/>
          <w:szCs w:val="32"/>
        </w:rPr>
        <w:t>McMURRY UNIVERSITY INSTITUTIONAL REVIEW BOARD</w:t>
      </w:r>
    </w:p>
    <w:p w14:paraId="76626EE9" w14:textId="584DCA67" w:rsidR="00060DC9" w:rsidRPr="00C75A0D" w:rsidRDefault="00F86A14" w:rsidP="00C75A0D">
      <w:pPr>
        <w:pStyle w:val="Heading2"/>
        <w:jc w:val="center"/>
        <w:rPr>
          <w:rFonts w:cstheme="majorHAnsi"/>
          <w:sz w:val="28"/>
          <w:szCs w:val="28"/>
        </w:rPr>
      </w:pPr>
      <w:r w:rsidRPr="00C75A0D">
        <w:rPr>
          <w:rFonts w:cstheme="majorHAnsi"/>
          <w:sz w:val="28"/>
          <w:szCs w:val="28"/>
        </w:rPr>
        <w:t>HUMAN SUBJECTS RESEARCH PROTOCOL</w:t>
      </w:r>
      <w:r w:rsidR="009C2241" w:rsidRPr="00C75A0D">
        <w:rPr>
          <w:rFonts w:cstheme="majorHAnsi"/>
          <w:sz w:val="28"/>
          <w:szCs w:val="28"/>
        </w:rPr>
        <w:t xml:space="preserve"> – Faculty/Staff</w:t>
      </w:r>
      <w:r w:rsidR="009A2A5B">
        <w:rPr>
          <w:rFonts w:cstheme="majorHAnsi"/>
          <w:sz w:val="28"/>
          <w:szCs w:val="28"/>
        </w:rPr>
        <w:t xml:space="preserve"> Researcher</w:t>
      </w:r>
    </w:p>
    <w:p w14:paraId="3945D515" w14:textId="77777777" w:rsidR="00060DC9" w:rsidRPr="00C85504" w:rsidRDefault="00F86A14" w:rsidP="00C85504">
      <w:pPr>
        <w:pStyle w:val="Heading3"/>
        <w:pBdr>
          <w:top w:val="single" w:sz="4" w:space="1" w:color="auto"/>
          <w:bottom w:val="single" w:sz="4" w:space="1" w:color="auto"/>
        </w:pBdr>
        <w:shd w:val="clear" w:color="auto" w:fill="C6D9F1" w:themeFill="text2" w:themeFillTint="33"/>
        <w:rPr>
          <w:rFonts w:cstheme="majorHAnsi"/>
          <w:sz w:val="32"/>
          <w:szCs w:val="32"/>
        </w:rPr>
      </w:pPr>
      <w:r w:rsidRPr="00C85504">
        <w:rPr>
          <w:rFonts w:cstheme="majorHAnsi"/>
          <w:sz w:val="32"/>
          <w:szCs w:val="32"/>
        </w:rPr>
        <w:t>FORM 1: COVER SHEET &amp; PROJECT INFORMATION</w:t>
      </w:r>
    </w:p>
    <w:p w14:paraId="470C6AF5" w14:textId="4F52024F" w:rsidR="00060DC9" w:rsidRPr="00AD5074" w:rsidRDefault="00F86A14">
      <w:pPr>
        <w:rPr>
          <w:rFonts w:asciiTheme="majorHAnsi" w:hAnsiTheme="majorHAnsi" w:cstheme="majorHAnsi"/>
        </w:rPr>
      </w:pPr>
      <w:r w:rsidRPr="00AD5074">
        <w:rPr>
          <w:rFonts w:asciiTheme="majorHAnsi" w:hAnsiTheme="majorHAnsi" w:cstheme="majorHAnsi"/>
          <w:b/>
        </w:rPr>
        <w:t>Instructions:</w:t>
      </w:r>
      <w:r w:rsidRPr="00AD5074">
        <w:rPr>
          <w:rFonts w:asciiTheme="majorHAnsi" w:hAnsiTheme="majorHAnsi" w:cstheme="majorHAnsi"/>
        </w:rPr>
        <w:t xml:space="preserve"> This form collects basic information about your research project and routes your proposal to the appropriate reviewers. Complete all applicable sections. If a section does not apply to your project, write "N/A" in the text box. </w:t>
      </w:r>
    </w:p>
    <w:p w14:paraId="61CECBC9" w14:textId="77777777" w:rsidR="00060DC9" w:rsidRPr="00AD5074" w:rsidRDefault="00F86A14">
      <w:pPr>
        <w:rPr>
          <w:rFonts w:asciiTheme="majorHAnsi" w:hAnsiTheme="majorHAnsi" w:cstheme="majorHAnsi"/>
        </w:rPr>
      </w:pPr>
      <w:r w:rsidRPr="00AD5074">
        <w:rPr>
          <w:rFonts w:asciiTheme="majorHAnsi" w:hAnsiTheme="majorHAnsi" w:cstheme="majorHAnsi"/>
          <w:b/>
        </w:rPr>
        <w:t>PROTOCOL NUMBER:</w:t>
      </w:r>
      <w:r w:rsidRPr="00AD5074">
        <w:rPr>
          <w:rFonts w:asciiTheme="majorHAnsi" w:hAnsiTheme="majorHAnsi" w:cstheme="majorHAnsi"/>
        </w:rPr>
        <w:t xml:space="preserve"> </w:t>
      </w:r>
      <w:r w:rsidRPr="00AD5074">
        <w:rPr>
          <w:rFonts w:asciiTheme="majorHAnsi" w:hAnsiTheme="majorHAnsi" w:cstheme="majorHAnsi"/>
          <w:i/>
        </w:rPr>
        <w:t>(IRB Use Only - Leave Blank)</w:t>
      </w:r>
    </w:p>
    <w:p w14:paraId="556CBA55" w14:textId="21024EC8" w:rsidR="00060DC9" w:rsidRPr="00AD5074" w:rsidRDefault="00F86A14">
      <w:pPr>
        <w:rPr>
          <w:rFonts w:asciiTheme="majorHAnsi" w:hAnsiTheme="majorHAnsi" w:cstheme="majorHAnsi"/>
        </w:rPr>
      </w:pPr>
      <w:r w:rsidRPr="00AD5074">
        <w:rPr>
          <w:rFonts w:asciiTheme="majorHAnsi" w:hAnsiTheme="majorHAnsi" w:cstheme="majorHAnsi"/>
          <w:b/>
        </w:rPr>
        <w:t>SUBMISSION DATE:</w:t>
      </w:r>
      <w:r w:rsidRPr="00AD5074">
        <w:rPr>
          <w:rFonts w:asciiTheme="majorHAnsi" w:hAnsiTheme="majorHAnsi" w:cstheme="majorHAnsi"/>
        </w:rPr>
        <w:t xml:space="preserve"> </w:t>
      </w:r>
    </w:p>
    <w:p w14:paraId="5C25FB00" w14:textId="77777777" w:rsidR="00060DC9" w:rsidRPr="00AD5074" w:rsidRDefault="00F86A14" w:rsidP="00891603">
      <w:pPr>
        <w:pStyle w:val="Heading2"/>
        <w:pBdr>
          <w:top w:val="single" w:sz="4" w:space="1" w:color="auto"/>
          <w:bottom w:val="single" w:sz="4" w:space="1" w:color="auto"/>
        </w:pBdr>
        <w:shd w:val="clear" w:color="auto" w:fill="F2F2F2" w:themeFill="background1" w:themeFillShade="F2"/>
        <w:rPr>
          <w:rFonts w:cstheme="majorHAnsi"/>
        </w:rPr>
      </w:pPr>
      <w:r w:rsidRPr="00AD5074">
        <w:rPr>
          <w:rFonts w:cstheme="majorHAnsi"/>
        </w:rPr>
        <w:t>SECTION A: PROJECT TITLE</w:t>
      </w:r>
    </w:p>
    <w:p w14:paraId="381B0997" w14:textId="77777777" w:rsidR="00060DC9" w:rsidRPr="00AD5074" w:rsidRDefault="00F86A14">
      <w:pPr>
        <w:rPr>
          <w:rFonts w:asciiTheme="majorHAnsi" w:hAnsiTheme="majorHAnsi" w:cstheme="majorHAnsi"/>
        </w:rPr>
      </w:pPr>
      <w:r w:rsidRPr="00AD5074">
        <w:rPr>
          <w:rFonts w:asciiTheme="majorHAnsi" w:hAnsiTheme="majorHAnsi" w:cstheme="majorHAnsi"/>
          <w:b/>
        </w:rPr>
        <w:t>Instructions:</w:t>
      </w:r>
      <w:r w:rsidRPr="00AD5074">
        <w:rPr>
          <w:rFonts w:asciiTheme="majorHAnsi" w:hAnsiTheme="majorHAnsi" w:cstheme="majorHAnsi"/>
        </w:rPr>
        <w:t xml:space="preserve"> Provide a clear, descriptive title that accurately reflects your research focus. The title should be concise but informative enough that reviewers understand the general topic and population being studied.</w:t>
      </w:r>
    </w:p>
    <w:p w14:paraId="004BB07D" w14:textId="77777777" w:rsidR="00060DC9" w:rsidRPr="00AD5074" w:rsidRDefault="00F86A14">
      <w:pPr>
        <w:rPr>
          <w:rFonts w:asciiTheme="majorHAnsi" w:hAnsiTheme="majorHAnsi" w:cstheme="majorHAnsi"/>
        </w:rPr>
      </w:pPr>
      <w:r w:rsidRPr="00AD5074">
        <w:rPr>
          <w:rFonts w:asciiTheme="majorHAnsi" w:hAnsiTheme="majorHAnsi" w:cstheme="majorHAnsi"/>
          <w:b/>
        </w:rPr>
        <w:t>Project Title:</w:t>
      </w:r>
    </w:p>
    <w:p w14:paraId="3F9D7F4D" w14:textId="77777777" w:rsidR="00060DC9" w:rsidRPr="00AD5074" w:rsidRDefault="00F86A14" w:rsidP="00891603">
      <w:pPr>
        <w:pStyle w:val="Heading2"/>
        <w:pBdr>
          <w:top w:val="single" w:sz="4" w:space="1" w:color="auto"/>
          <w:bottom w:val="single" w:sz="4" w:space="1" w:color="auto"/>
        </w:pBdr>
        <w:shd w:val="clear" w:color="auto" w:fill="F2F2F2" w:themeFill="background1" w:themeFillShade="F2"/>
        <w:rPr>
          <w:rFonts w:cstheme="majorHAnsi"/>
        </w:rPr>
      </w:pPr>
      <w:r w:rsidRPr="00AD5074">
        <w:rPr>
          <w:rFonts w:cstheme="majorHAnsi"/>
        </w:rPr>
        <w:t>SECTION B: PRINCIPAL INVESTIGATOR TYPE</w:t>
      </w:r>
    </w:p>
    <w:p w14:paraId="18298C49" w14:textId="182F6080" w:rsidR="00060DC9" w:rsidRPr="00AD5074" w:rsidRDefault="00F86A14">
      <w:pPr>
        <w:rPr>
          <w:rFonts w:asciiTheme="majorHAnsi" w:hAnsiTheme="majorHAnsi" w:cstheme="majorHAnsi"/>
        </w:rPr>
      </w:pPr>
      <w:r w:rsidRPr="00AD5074">
        <w:rPr>
          <w:rFonts w:asciiTheme="majorHAnsi" w:hAnsiTheme="majorHAnsi" w:cstheme="majorHAnsi"/>
          <w:b/>
        </w:rPr>
        <w:t>Instructions:</w:t>
      </w:r>
      <w:r w:rsidRPr="00AD5074">
        <w:rPr>
          <w:rFonts w:asciiTheme="majorHAnsi" w:hAnsiTheme="majorHAnsi" w:cstheme="majorHAnsi"/>
        </w:rPr>
        <w:t xml:space="preserve"> </w:t>
      </w:r>
      <w:r w:rsidR="000B12F7" w:rsidRPr="00AD5074">
        <w:rPr>
          <w:rFonts w:asciiTheme="majorHAnsi" w:hAnsiTheme="majorHAnsi" w:cstheme="majorHAnsi"/>
        </w:rPr>
        <w:t>Place an X by</w:t>
      </w:r>
      <w:r w:rsidRPr="00AD5074">
        <w:rPr>
          <w:rFonts w:asciiTheme="majorHAnsi" w:hAnsiTheme="majorHAnsi" w:cstheme="majorHAnsi"/>
        </w:rPr>
        <w:t xml:space="preserve"> the option that best describes the Principal Investigator (PI) for this project. The PI is the person who has primary responsibility for the research design, implementation, and compliance with IRB requirements. </w:t>
      </w:r>
    </w:p>
    <w:tbl>
      <w:tblPr>
        <w:tblStyle w:val="TableGrid"/>
        <w:tblW w:w="5000" w:type="pct"/>
        <w:tblLook w:val="04A0" w:firstRow="1" w:lastRow="0" w:firstColumn="1" w:lastColumn="0" w:noHBand="0" w:noVBand="1"/>
      </w:tblPr>
      <w:tblGrid>
        <w:gridCol w:w="4788"/>
        <w:gridCol w:w="4788"/>
      </w:tblGrid>
      <w:tr w:rsidR="008B55F3" w:rsidRPr="00AD5074" w14:paraId="0E823C78" w14:textId="75C76CF1" w:rsidTr="009A2A5B">
        <w:tc>
          <w:tcPr>
            <w:tcW w:w="2500" w:type="pct"/>
            <w:shd w:val="clear" w:color="auto" w:fill="F2F2F2" w:themeFill="background1" w:themeFillShade="F2"/>
          </w:tcPr>
          <w:p w14:paraId="0CF781CC" w14:textId="77777777" w:rsidR="008B55F3" w:rsidRPr="002304CC" w:rsidRDefault="008B55F3" w:rsidP="000B12F7">
            <w:pPr>
              <w:pStyle w:val="NoSpacing"/>
              <w:rPr>
                <w:rFonts w:asciiTheme="majorHAnsi" w:hAnsiTheme="majorHAnsi" w:cstheme="majorHAnsi"/>
              </w:rPr>
            </w:pPr>
            <w:r w:rsidRPr="002304CC">
              <w:rPr>
                <w:rFonts w:asciiTheme="majorHAnsi" w:hAnsiTheme="majorHAnsi" w:cstheme="majorHAnsi"/>
              </w:rPr>
              <w:t>PI Type</w:t>
            </w:r>
          </w:p>
        </w:tc>
        <w:tc>
          <w:tcPr>
            <w:tcW w:w="2500" w:type="pct"/>
            <w:shd w:val="clear" w:color="auto" w:fill="F2F2F2" w:themeFill="background1" w:themeFillShade="F2"/>
          </w:tcPr>
          <w:p w14:paraId="7EAB3EA0" w14:textId="5685C363" w:rsidR="008B55F3" w:rsidRPr="002304CC" w:rsidRDefault="009A2A5B" w:rsidP="000B12F7">
            <w:pPr>
              <w:pStyle w:val="NoSpacing"/>
              <w:rPr>
                <w:rFonts w:asciiTheme="majorHAnsi" w:hAnsiTheme="majorHAnsi" w:cstheme="majorHAnsi"/>
              </w:rPr>
            </w:pPr>
            <w:r w:rsidRPr="009A2A5B">
              <w:rPr>
                <w:rFonts w:asciiTheme="majorHAnsi" w:hAnsiTheme="majorHAnsi" w:cstheme="majorHAnsi"/>
                <w:b/>
                <w:bCs/>
              </w:rPr>
              <w:t>Place an X in the appropriate row</w:t>
            </w:r>
          </w:p>
        </w:tc>
      </w:tr>
      <w:tr w:rsidR="008B55F3" w:rsidRPr="00AD5074" w14:paraId="2864FDD6" w14:textId="7817A4BA" w:rsidTr="009A2A5B">
        <w:tc>
          <w:tcPr>
            <w:tcW w:w="2500" w:type="pct"/>
          </w:tcPr>
          <w:p w14:paraId="35567873" w14:textId="572C9FF1" w:rsidR="008B55F3" w:rsidRPr="002304CC" w:rsidRDefault="008B55F3" w:rsidP="008B55F3">
            <w:pPr>
              <w:pStyle w:val="NoSpacing"/>
              <w:rPr>
                <w:rFonts w:asciiTheme="majorHAnsi" w:hAnsiTheme="majorHAnsi" w:cstheme="majorHAnsi"/>
              </w:rPr>
            </w:pPr>
            <w:r w:rsidRPr="002304CC">
              <w:rPr>
                <w:rFonts w:asciiTheme="majorHAnsi" w:hAnsiTheme="majorHAnsi" w:cstheme="majorHAnsi"/>
              </w:rPr>
              <w:t>Faculty member</w:t>
            </w:r>
          </w:p>
        </w:tc>
        <w:tc>
          <w:tcPr>
            <w:tcW w:w="2500" w:type="pct"/>
          </w:tcPr>
          <w:p w14:paraId="3E176AC8" w14:textId="77777777" w:rsidR="008B55F3" w:rsidRPr="002304CC" w:rsidRDefault="008B55F3" w:rsidP="008B55F3">
            <w:pPr>
              <w:pStyle w:val="NoSpacing"/>
              <w:rPr>
                <w:rFonts w:asciiTheme="majorHAnsi" w:hAnsiTheme="majorHAnsi" w:cstheme="majorHAnsi"/>
                <w:b/>
                <w:bCs/>
              </w:rPr>
            </w:pPr>
          </w:p>
        </w:tc>
      </w:tr>
      <w:tr w:rsidR="008B55F3" w:rsidRPr="00AD5074" w14:paraId="3AF2030D" w14:textId="75C80006" w:rsidTr="009A2A5B">
        <w:tc>
          <w:tcPr>
            <w:tcW w:w="2500" w:type="pct"/>
          </w:tcPr>
          <w:p w14:paraId="4C502D98" w14:textId="2BA56701" w:rsidR="008B55F3" w:rsidRPr="002304CC" w:rsidRDefault="008B55F3" w:rsidP="008B55F3">
            <w:pPr>
              <w:pStyle w:val="NoSpacing"/>
              <w:rPr>
                <w:rFonts w:asciiTheme="majorHAnsi" w:hAnsiTheme="majorHAnsi" w:cstheme="majorHAnsi"/>
              </w:rPr>
            </w:pPr>
            <w:r w:rsidRPr="002304CC">
              <w:rPr>
                <w:rFonts w:asciiTheme="majorHAnsi" w:hAnsiTheme="majorHAnsi" w:cstheme="majorHAnsi"/>
              </w:rPr>
              <w:t>Staff member</w:t>
            </w:r>
          </w:p>
        </w:tc>
        <w:tc>
          <w:tcPr>
            <w:tcW w:w="2500" w:type="pct"/>
          </w:tcPr>
          <w:p w14:paraId="14B5D959" w14:textId="77777777" w:rsidR="008B55F3" w:rsidRPr="002304CC" w:rsidRDefault="008B55F3" w:rsidP="008B55F3">
            <w:pPr>
              <w:pStyle w:val="NoSpacing"/>
              <w:rPr>
                <w:rFonts w:asciiTheme="majorHAnsi" w:hAnsiTheme="majorHAnsi" w:cstheme="majorHAnsi"/>
                <w:b/>
                <w:bCs/>
              </w:rPr>
            </w:pPr>
          </w:p>
        </w:tc>
      </w:tr>
      <w:tr w:rsidR="008B55F3" w:rsidRPr="00AD5074" w14:paraId="06398CFC" w14:textId="04E53221" w:rsidTr="009A2A5B">
        <w:tc>
          <w:tcPr>
            <w:tcW w:w="2500" w:type="pct"/>
          </w:tcPr>
          <w:p w14:paraId="7415DFD9" w14:textId="17836DAC" w:rsidR="008B55F3" w:rsidRPr="002304CC" w:rsidRDefault="008B55F3" w:rsidP="008B55F3">
            <w:pPr>
              <w:pStyle w:val="NoSpacing"/>
              <w:rPr>
                <w:rFonts w:asciiTheme="majorHAnsi" w:hAnsiTheme="majorHAnsi" w:cstheme="majorHAnsi"/>
              </w:rPr>
            </w:pPr>
            <w:r w:rsidRPr="002304CC">
              <w:rPr>
                <w:rFonts w:asciiTheme="majorHAnsi" w:hAnsiTheme="majorHAnsi" w:cstheme="majorHAnsi"/>
              </w:rPr>
              <w:t>External Researcher</w:t>
            </w:r>
          </w:p>
        </w:tc>
        <w:tc>
          <w:tcPr>
            <w:tcW w:w="2500" w:type="pct"/>
          </w:tcPr>
          <w:p w14:paraId="67C0C0B3" w14:textId="77777777" w:rsidR="008B55F3" w:rsidRPr="002304CC" w:rsidRDefault="008B55F3" w:rsidP="008B55F3">
            <w:pPr>
              <w:pStyle w:val="NoSpacing"/>
              <w:rPr>
                <w:rFonts w:asciiTheme="majorHAnsi" w:hAnsiTheme="majorHAnsi" w:cstheme="majorHAnsi"/>
                <w:b/>
                <w:bCs/>
              </w:rPr>
            </w:pPr>
          </w:p>
        </w:tc>
      </w:tr>
      <w:tr w:rsidR="008B55F3" w:rsidRPr="00AD5074" w14:paraId="4065F930" w14:textId="086188FC" w:rsidTr="009A2A5B">
        <w:tc>
          <w:tcPr>
            <w:tcW w:w="2500" w:type="pct"/>
          </w:tcPr>
          <w:p w14:paraId="0752048C" w14:textId="56B3CF3C" w:rsidR="008B55F3" w:rsidRPr="002304CC" w:rsidRDefault="008B55F3" w:rsidP="008B55F3">
            <w:pPr>
              <w:pStyle w:val="NoSpacing"/>
              <w:rPr>
                <w:rFonts w:asciiTheme="majorHAnsi" w:hAnsiTheme="majorHAnsi" w:cstheme="majorHAnsi"/>
              </w:rPr>
            </w:pPr>
            <w:r w:rsidRPr="002304CC">
              <w:rPr>
                <w:rFonts w:asciiTheme="majorHAnsi" w:hAnsiTheme="majorHAnsi" w:cstheme="majorHAnsi"/>
              </w:rPr>
              <w:t>Collaborator</w:t>
            </w:r>
          </w:p>
        </w:tc>
        <w:tc>
          <w:tcPr>
            <w:tcW w:w="2500" w:type="pct"/>
          </w:tcPr>
          <w:p w14:paraId="20D0D429" w14:textId="77777777" w:rsidR="008B55F3" w:rsidRPr="002304CC" w:rsidRDefault="008B55F3" w:rsidP="008B55F3">
            <w:pPr>
              <w:pStyle w:val="NoSpacing"/>
              <w:rPr>
                <w:rFonts w:asciiTheme="majorHAnsi" w:hAnsiTheme="majorHAnsi" w:cstheme="majorHAnsi"/>
                <w:b/>
                <w:bCs/>
              </w:rPr>
            </w:pPr>
          </w:p>
        </w:tc>
      </w:tr>
    </w:tbl>
    <w:p w14:paraId="0A967917" w14:textId="77777777" w:rsidR="00060DC9" w:rsidRPr="00AD5074" w:rsidRDefault="00F86A14" w:rsidP="00891603">
      <w:pPr>
        <w:pStyle w:val="Heading2"/>
        <w:pBdr>
          <w:top w:val="single" w:sz="4" w:space="1" w:color="auto"/>
          <w:bottom w:val="single" w:sz="4" w:space="1" w:color="auto"/>
        </w:pBdr>
        <w:shd w:val="clear" w:color="auto" w:fill="F2F2F2" w:themeFill="background1" w:themeFillShade="F2"/>
        <w:rPr>
          <w:rFonts w:cstheme="majorHAnsi"/>
        </w:rPr>
      </w:pPr>
      <w:r w:rsidRPr="00AD5074">
        <w:rPr>
          <w:rFonts w:cstheme="majorHAnsi"/>
        </w:rPr>
        <w:t>SECTION C: PRINCIPAL INVESTIGATOR INFORMATION</w:t>
      </w:r>
    </w:p>
    <w:p w14:paraId="49B01AAE" w14:textId="77777777" w:rsidR="00060DC9" w:rsidRPr="00AD5074" w:rsidRDefault="00F86A14">
      <w:pPr>
        <w:rPr>
          <w:rFonts w:asciiTheme="majorHAnsi" w:hAnsiTheme="majorHAnsi" w:cstheme="majorHAnsi"/>
        </w:rPr>
      </w:pPr>
      <w:r w:rsidRPr="00AD5074">
        <w:rPr>
          <w:rFonts w:asciiTheme="majorHAnsi" w:hAnsiTheme="majorHAnsi" w:cstheme="majorHAnsi"/>
          <w:b/>
        </w:rPr>
        <w:t>Instructions:</w:t>
      </w:r>
      <w:r w:rsidRPr="00AD5074">
        <w:rPr>
          <w:rFonts w:asciiTheme="majorHAnsi" w:hAnsiTheme="majorHAnsi" w:cstheme="majorHAnsi"/>
        </w:rPr>
        <w:t xml:space="preserve"> Provide complete contact information for the Principal Investigator. This information will be used for all IRB correspondence regarding this protocol.</w:t>
      </w:r>
    </w:p>
    <w:tbl>
      <w:tblPr>
        <w:tblStyle w:val="TableGrid"/>
        <w:tblW w:w="5000" w:type="pct"/>
        <w:tblLook w:val="04A0" w:firstRow="1" w:lastRow="0" w:firstColumn="1" w:lastColumn="0" w:noHBand="0" w:noVBand="1"/>
      </w:tblPr>
      <w:tblGrid>
        <w:gridCol w:w="1772"/>
        <w:gridCol w:w="4380"/>
        <w:gridCol w:w="1032"/>
        <w:gridCol w:w="2392"/>
      </w:tblGrid>
      <w:tr w:rsidR="00F913A3" w:rsidRPr="00AD5074" w14:paraId="5C40A111" w14:textId="77777777" w:rsidTr="009A2A5B">
        <w:tc>
          <w:tcPr>
            <w:tcW w:w="925" w:type="pct"/>
          </w:tcPr>
          <w:p w14:paraId="248786C7" w14:textId="44B23833" w:rsidR="00F913A3" w:rsidRPr="00AD5074" w:rsidRDefault="00F913A3" w:rsidP="00FB0F0B">
            <w:pPr>
              <w:pStyle w:val="NoSpacing"/>
              <w:rPr>
                <w:rFonts w:asciiTheme="majorHAnsi" w:hAnsiTheme="majorHAnsi" w:cstheme="majorHAnsi"/>
              </w:rPr>
            </w:pPr>
            <w:r w:rsidRPr="00AD5074">
              <w:rPr>
                <w:rFonts w:asciiTheme="majorHAnsi" w:hAnsiTheme="majorHAnsi" w:cstheme="majorHAnsi"/>
              </w:rPr>
              <w:t>PI Name:</w:t>
            </w:r>
          </w:p>
        </w:tc>
        <w:tc>
          <w:tcPr>
            <w:tcW w:w="2287" w:type="pct"/>
          </w:tcPr>
          <w:p w14:paraId="7E4A37BD" w14:textId="77777777" w:rsidR="00F913A3" w:rsidRPr="00AD5074" w:rsidRDefault="00F913A3" w:rsidP="00FB0F0B">
            <w:pPr>
              <w:pStyle w:val="NoSpacing"/>
              <w:rPr>
                <w:rFonts w:asciiTheme="majorHAnsi" w:hAnsiTheme="majorHAnsi" w:cstheme="majorHAnsi"/>
              </w:rPr>
            </w:pPr>
          </w:p>
        </w:tc>
        <w:tc>
          <w:tcPr>
            <w:tcW w:w="539" w:type="pct"/>
          </w:tcPr>
          <w:p w14:paraId="00493763" w14:textId="58F10E5F" w:rsidR="00F913A3" w:rsidRPr="00AD5074" w:rsidRDefault="00F913A3" w:rsidP="00FB0F0B">
            <w:pPr>
              <w:pStyle w:val="NoSpacing"/>
              <w:rPr>
                <w:rFonts w:asciiTheme="majorHAnsi" w:hAnsiTheme="majorHAnsi" w:cstheme="majorHAnsi"/>
              </w:rPr>
            </w:pPr>
            <w:r w:rsidRPr="00AD5074">
              <w:rPr>
                <w:rFonts w:asciiTheme="majorHAnsi" w:hAnsiTheme="majorHAnsi" w:cstheme="majorHAnsi"/>
              </w:rPr>
              <w:t>Email:</w:t>
            </w:r>
          </w:p>
        </w:tc>
        <w:tc>
          <w:tcPr>
            <w:tcW w:w="1250" w:type="pct"/>
          </w:tcPr>
          <w:p w14:paraId="13DE8FD5" w14:textId="77777777" w:rsidR="00F913A3" w:rsidRPr="00AD5074" w:rsidRDefault="00F913A3" w:rsidP="00FB0F0B">
            <w:pPr>
              <w:pStyle w:val="NoSpacing"/>
              <w:rPr>
                <w:rFonts w:asciiTheme="majorHAnsi" w:hAnsiTheme="majorHAnsi" w:cstheme="majorHAnsi"/>
              </w:rPr>
            </w:pPr>
          </w:p>
        </w:tc>
      </w:tr>
      <w:tr w:rsidR="00F913A3" w:rsidRPr="00AD5074" w14:paraId="2EFD43D1" w14:textId="77777777" w:rsidTr="009A2A5B">
        <w:trPr>
          <w:trHeight w:val="278"/>
        </w:trPr>
        <w:tc>
          <w:tcPr>
            <w:tcW w:w="925" w:type="pct"/>
          </w:tcPr>
          <w:p w14:paraId="366FE458" w14:textId="520460F4" w:rsidR="00F913A3" w:rsidRPr="00AD5074" w:rsidRDefault="00F913A3" w:rsidP="00FB0F0B">
            <w:pPr>
              <w:pStyle w:val="NoSpacing"/>
              <w:rPr>
                <w:rFonts w:asciiTheme="majorHAnsi" w:hAnsiTheme="majorHAnsi" w:cstheme="majorHAnsi"/>
              </w:rPr>
            </w:pPr>
            <w:r w:rsidRPr="00AD5074">
              <w:rPr>
                <w:rFonts w:asciiTheme="majorHAnsi" w:hAnsiTheme="majorHAnsi" w:cstheme="majorHAnsi"/>
              </w:rPr>
              <w:t>Department:</w:t>
            </w:r>
          </w:p>
        </w:tc>
        <w:tc>
          <w:tcPr>
            <w:tcW w:w="2287" w:type="pct"/>
          </w:tcPr>
          <w:p w14:paraId="7D97E7D8" w14:textId="77777777" w:rsidR="00F913A3" w:rsidRPr="00AD5074" w:rsidRDefault="00F913A3" w:rsidP="00FB0F0B">
            <w:pPr>
              <w:pStyle w:val="NoSpacing"/>
              <w:rPr>
                <w:rFonts w:asciiTheme="majorHAnsi" w:hAnsiTheme="majorHAnsi" w:cstheme="majorHAnsi"/>
              </w:rPr>
            </w:pPr>
          </w:p>
        </w:tc>
        <w:tc>
          <w:tcPr>
            <w:tcW w:w="539" w:type="pct"/>
          </w:tcPr>
          <w:p w14:paraId="47A64E8B" w14:textId="630E0703" w:rsidR="00F913A3" w:rsidRPr="00AD5074" w:rsidRDefault="00F913A3" w:rsidP="00FB0F0B">
            <w:pPr>
              <w:pStyle w:val="NoSpacing"/>
              <w:rPr>
                <w:rFonts w:asciiTheme="majorHAnsi" w:hAnsiTheme="majorHAnsi" w:cstheme="majorHAnsi"/>
              </w:rPr>
            </w:pPr>
            <w:r w:rsidRPr="00AD5074">
              <w:rPr>
                <w:rFonts w:asciiTheme="majorHAnsi" w:hAnsiTheme="majorHAnsi" w:cstheme="majorHAnsi"/>
              </w:rPr>
              <w:t>Phone:</w:t>
            </w:r>
          </w:p>
        </w:tc>
        <w:tc>
          <w:tcPr>
            <w:tcW w:w="1250" w:type="pct"/>
          </w:tcPr>
          <w:p w14:paraId="521FF4C0" w14:textId="77777777" w:rsidR="00F913A3" w:rsidRPr="00AD5074" w:rsidRDefault="00F913A3" w:rsidP="00FB0F0B">
            <w:pPr>
              <w:pStyle w:val="NoSpacing"/>
              <w:rPr>
                <w:rFonts w:asciiTheme="majorHAnsi" w:hAnsiTheme="majorHAnsi" w:cstheme="majorHAnsi"/>
              </w:rPr>
            </w:pPr>
          </w:p>
        </w:tc>
      </w:tr>
      <w:tr w:rsidR="00FB0F0B" w:rsidRPr="00AD5074" w14:paraId="54BB4A09" w14:textId="77777777" w:rsidTr="009A2A5B">
        <w:tc>
          <w:tcPr>
            <w:tcW w:w="925" w:type="pct"/>
          </w:tcPr>
          <w:p w14:paraId="19BC841B" w14:textId="3F929A22" w:rsidR="00FB0F0B" w:rsidRPr="00AD5074" w:rsidRDefault="00FB0F0B" w:rsidP="00FB0F0B">
            <w:pPr>
              <w:pStyle w:val="NoSpacing"/>
              <w:rPr>
                <w:rFonts w:asciiTheme="majorHAnsi" w:hAnsiTheme="majorHAnsi" w:cstheme="majorHAnsi"/>
              </w:rPr>
            </w:pPr>
            <w:r w:rsidRPr="00AD5074">
              <w:rPr>
                <w:rFonts w:asciiTheme="majorHAnsi" w:hAnsiTheme="majorHAnsi" w:cstheme="majorHAnsi"/>
              </w:rPr>
              <w:t>Office location:</w:t>
            </w:r>
          </w:p>
        </w:tc>
        <w:tc>
          <w:tcPr>
            <w:tcW w:w="4075" w:type="pct"/>
            <w:gridSpan w:val="3"/>
          </w:tcPr>
          <w:p w14:paraId="2EE9A713" w14:textId="77777777" w:rsidR="00FB0F0B" w:rsidRPr="00AD5074" w:rsidRDefault="00FB0F0B" w:rsidP="00FB0F0B">
            <w:pPr>
              <w:pStyle w:val="NoSpacing"/>
              <w:rPr>
                <w:rFonts w:asciiTheme="majorHAnsi" w:hAnsiTheme="majorHAnsi" w:cstheme="majorHAnsi"/>
              </w:rPr>
            </w:pPr>
          </w:p>
        </w:tc>
      </w:tr>
    </w:tbl>
    <w:p w14:paraId="48FFA689" w14:textId="551404A2" w:rsidR="00060DC9" w:rsidRPr="00AD5074" w:rsidRDefault="00F86A14" w:rsidP="00891603">
      <w:pPr>
        <w:pStyle w:val="Heading2"/>
        <w:pBdr>
          <w:top w:val="single" w:sz="4" w:space="1" w:color="auto"/>
          <w:bottom w:val="single" w:sz="4" w:space="1" w:color="auto"/>
        </w:pBdr>
        <w:shd w:val="clear" w:color="auto" w:fill="F2F2F2" w:themeFill="background1" w:themeFillShade="F2"/>
        <w:rPr>
          <w:rFonts w:cstheme="majorHAnsi"/>
        </w:rPr>
      </w:pPr>
      <w:r w:rsidRPr="00AD5074">
        <w:rPr>
          <w:rFonts w:cstheme="majorHAnsi"/>
        </w:rPr>
        <w:lastRenderedPageBreak/>
        <w:t xml:space="preserve">SECTION </w:t>
      </w:r>
      <w:r w:rsidR="006C10E6">
        <w:rPr>
          <w:rFonts w:cstheme="majorHAnsi"/>
        </w:rPr>
        <w:t>D</w:t>
      </w:r>
      <w:r w:rsidRPr="00AD5074">
        <w:rPr>
          <w:rFonts w:cstheme="majorHAnsi"/>
        </w:rPr>
        <w:t xml:space="preserve">: CO-INVESTIGATORS </w:t>
      </w:r>
      <w:r w:rsidRPr="00891603">
        <w:rPr>
          <w:rFonts w:cstheme="majorHAnsi"/>
        </w:rPr>
        <w:t>(if applicable)</w:t>
      </w:r>
    </w:p>
    <w:p w14:paraId="6CB3FAC7" w14:textId="54D44F4D" w:rsidR="00060DC9" w:rsidRPr="00AD5074" w:rsidRDefault="00F86A14">
      <w:pPr>
        <w:rPr>
          <w:rFonts w:asciiTheme="majorHAnsi" w:hAnsiTheme="majorHAnsi" w:cstheme="majorHAnsi"/>
        </w:rPr>
      </w:pPr>
      <w:r w:rsidRPr="00AD5074">
        <w:rPr>
          <w:rFonts w:asciiTheme="majorHAnsi" w:hAnsiTheme="majorHAnsi" w:cstheme="majorHAnsi"/>
          <w:b/>
        </w:rPr>
        <w:t>Instructions:</w:t>
      </w:r>
      <w:r w:rsidRPr="00AD5074">
        <w:rPr>
          <w:rFonts w:asciiTheme="majorHAnsi" w:hAnsiTheme="majorHAnsi" w:cstheme="majorHAnsi"/>
        </w:rPr>
        <w:t xml:space="preserve"> List all individuals who will have significant involvement in the research design, data collection, data analysis, or participant interaction. All co-investigators must complete human subjects research training (CITI) and sign the certification in Section L. If you have no co-investigators, write "None".</w:t>
      </w:r>
    </w:p>
    <w:tbl>
      <w:tblPr>
        <w:tblStyle w:val="TableGrid"/>
        <w:tblW w:w="5000" w:type="pct"/>
        <w:tblLook w:val="04A0" w:firstRow="1" w:lastRow="0" w:firstColumn="1" w:lastColumn="0" w:noHBand="0" w:noVBand="1"/>
      </w:tblPr>
      <w:tblGrid>
        <w:gridCol w:w="2394"/>
        <w:gridCol w:w="3076"/>
        <w:gridCol w:w="1712"/>
        <w:gridCol w:w="2394"/>
      </w:tblGrid>
      <w:tr w:rsidR="00055D71" w:rsidRPr="00AD5074" w14:paraId="63E2F4BB" w14:textId="77777777" w:rsidTr="009A2A5B">
        <w:tc>
          <w:tcPr>
            <w:tcW w:w="1250" w:type="pct"/>
          </w:tcPr>
          <w:p w14:paraId="1DD33D36" w14:textId="6AC2A49E" w:rsidR="00055D71" w:rsidRPr="00AD5074" w:rsidRDefault="00055D71" w:rsidP="00055D71">
            <w:pPr>
              <w:pStyle w:val="NoSpacing"/>
              <w:rPr>
                <w:rFonts w:asciiTheme="majorHAnsi" w:hAnsiTheme="majorHAnsi" w:cstheme="majorHAnsi"/>
              </w:rPr>
            </w:pPr>
            <w:r w:rsidRPr="00AD5074">
              <w:rPr>
                <w:rFonts w:asciiTheme="majorHAnsi" w:hAnsiTheme="majorHAnsi" w:cstheme="majorHAnsi"/>
              </w:rPr>
              <w:t>Co-Investigator 1 Name:</w:t>
            </w:r>
          </w:p>
        </w:tc>
        <w:tc>
          <w:tcPr>
            <w:tcW w:w="1606" w:type="pct"/>
          </w:tcPr>
          <w:p w14:paraId="4BDFF5D1" w14:textId="77777777" w:rsidR="00055D71" w:rsidRPr="00AD5074" w:rsidRDefault="00055D71" w:rsidP="00055D71">
            <w:pPr>
              <w:pStyle w:val="NoSpacing"/>
              <w:rPr>
                <w:rFonts w:asciiTheme="majorHAnsi" w:hAnsiTheme="majorHAnsi" w:cstheme="majorHAnsi"/>
              </w:rPr>
            </w:pPr>
          </w:p>
        </w:tc>
        <w:tc>
          <w:tcPr>
            <w:tcW w:w="894" w:type="pct"/>
          </w:tcPr>
          <w:p w14:paraId="69E62B6A" w14:textId="1D57CB91" w:rsidR="00055D71" w:rsidRPr="00AD5074" w:rsidRDefault="00055D71" w:rsidP="00055D71">
            <w:pPr>
              <w:pStyle w:val="NoSpacing"/>
              <w:rPr>
                <w:rFonts w:asciiTheme="majorHAnsi" w:hAnsiTheme="majorHAnsi" w:cstheme="majorHAnsi"/>
              </w:rPr>
            </w:pPr>
            <w:r w:rsidRPr="00AD5074">
              <w:rPr>
                <w:rFonts w:asciiTheme="majorHAnsi" w:hAnsiTheme="majorHAnsi" w:cstheme="majorHAnsi"/>
              </w:rPr>
              <w:t>Department:</w:t>
            </w:r>
          </w:p>
        </w:tc>
        <w:tc>
          <w:tcPr>
            <w:tcW w:w="1250" w:type="pct"/>
          </w:tcPr>
          <w:p w14:paraId="3E1C6F34" w14:textId="77777777" w:rsidR="00055D71" w:rsidRPr="00AD5074" w:rsidRDefault="00055D71" w:rsidP="00055D71">
            <w:pPr>
              <w:pStyle w:val="NoSpacing"/>
              <w:rPr>
                <w:rFonts w:asciiTheme="majorHAnsi" w:hAnsiTheme="majorHAnsi" w:cstheme="majorHAnsi"/>
              </w:rPr>
            </w:pPr>
          </w:p>
        </w:tc>
      </w:tr>
      <w:tr w:rsidR="00055D71" w:rsidRPr="00AD5074" w14:paraId="2362490A" w14:textId="77777777" w:rsidTr="009A2A5B">
        <w:tc>
          <w:tcPr>
            <w:tcW w:w="1250" w:type="pct"/>
          </w:tcPr>
          <w:p w14:paraId="6B8CC2B1" w14:textId="6A1284A3" w:rsidR="00055D71" w:rsidRPr="00AD5074" w:rsidRDefault="00055D71" w:rsidP="00055D71">
            <w:pPr>
              <w:pStyle w:val="NoSpacing"/>
              <w:rPr>
                <w:rFonts w:asciiTheme="majorHAnsi" w:hAnsiTheme="majorHAnsi" w:cstheme="majorHAnsi"/>
              </w:rPr>
            </w:pPr>
            <w:r w:rsidRPr="00AD5074">
              <w:rPr>
                <w:rFonts w:asciiTheme="majorHAnsi" w:hAnsiTheme="majorHAnsi" w:cstheme="majorHAnsi"/>
              </w:rPr>
              <w:t>Email:</w:t>
            </w:r>
          </w:p>
        </w:tc>
        <w:tc>
          <w:tcPr>
            <w:tcW w:w="1606" w:type="pct"/>
          </w:tcPr>
          <w:p w14:paraId="12160022" w14:textId="77777777" w:rsidR="00055D71" w:rsidRPr="00AD5074" w:rsidRDefault="00055D71" w:rsidP="00055D71">
            <w:pPr>
              <w:pStyle w:val="NoSpacing"/>
              <w:rPr>
                <w:rFonts w:asciiTheme="majorHAnsi" w:hAnsiTheme="majorHAnsi" w:cstheme="majorHAnsi"/>
              </w:rPr>
            </w:pPr>
          </w:p>
        </w:tc>
        <w:tc>
          <w:tcPr>
            <w:tcW w:w="894" w:type="pct"/>
          </w:tcPr>
          <w:p w14:paraId="710FC754" w14:textId="77777777" w:rsidR="00055D71" w:rsidRPr="00AD5074" w:rsidRDefault="00055D71" w:rsidP="00055D71">
            <w:pPr>
              <w:pStyle w:val="NoSpacing"/>
              <w:rPr>
                <w:rFonts w:asciiTheme="majorHAnsi" w:hAnsiTheme="majorHAnsi" w:cstheme="majorHAnsi"/>
              </w:rPr>
            </w:pPr>
          </w:p>
        </w:tc>
        <w:tc>
          <w:tcPr>
            <w:tcW w:w="1250" w:type="pct"/>
          </w:tcPr>
          <w:p w14:paraId="055EDD73" w14:textId="77777777" w:rsidR="00055D71" w:rsidRPr="00AD5074" w:rsidRDefault="00055D71" w:rsidP="00055D71">
            <w:pPr>
              <w:pStyle w:val="NoSpacing"/>
              <w:rPr>
                <w:rFonts w:asciiTheme="majorHAnsi" w:hAnsiTheme="majorHAnsi" w:cstheme="majorHAnsi"/>
              </w:rPr>
            </w:pPr>
          </w:p>
        </w:tc>
      </w:tr>
      <w:tr w:rsidR="00055D71" w:rsidRPr="00AD5074" w14:paraId="10882CDF" w14:textId="77777777" w:rsidTr="009A2A5B">
        <w:tc>
          <w:tcPr>
            <w:tcW w:w="1250" w:type="pct"/>
          </w:tcPr>
          <w:p w14:paraId="14D397C8" w14:textId="0EF62F92" w:rsidR="00055D71" w:rsidRPr="00AD5074" w:rsidRDefault="00055D71" w:rsidP="00055D71">
            <w:pPr>
              <w:pStyle w:val="NoSpacing"/>
              <w:rPr>
                <w:rFonts w:asciiTheme="majorHAnsi" w:hAnsiTheme="majorHAnsi" w:cstheme="majorHAnsi"/>
              </w:rPr>
            </w:pPr>
            <w:r w:rsidRPr="00AD5074">
              <w:rPr>
                <w:rFonts w:asciiTheme="majorHAnsi" w:hAnsiTheme="majorHAnsi" w:cstheme="majorHAnsi"/>
              </w:rPr>
              <w:t>Co-Investigator 2 Name:</w:t>
            </w:r>
          </w:p>
        </w:tc>
        <w:tc>
          <w:tcPr>
            <w:tcW w:w="1606" w:type="pct"/>
          </w:tcPr>
          <w:p w14:paraId="14729213" w14:textId="77777777" w:rsidR="00055D71" w:rsidRPr="00AD5074" w:rsidRDefault="00055D71" w:rsidP="00055D71">
            <w:pPr>
              <w:pStyle w:val="NoSpacing"/>
              <w:rPr>
                <w:rFonts w:asciiTheme="majorHAnsi" w:hAnsiTheme="majorHAnsi" w:cstheme="majorHAnsi"/>
              </w:rPr>
            </w:pPr>
          </w:p>
        </w:tc>
        <w:tc>
          <w:tcPr>
            <w:tcW w:w="894" w:type="pct"/>
          </w:tcPr>
          <w:p w14:paraId="0A5AA225" w14:textId="45B05A87" w:rsidR="00055D71" w:rsidRPr="00AD5074" w:rsidRDefault="00055D71" w:rsidP="00055D71">
            <w:pPr>
              <w:pStyle w:val="NoSpacing"/>
              <w:rPr>
                <w:rFonts w:asciiTheme="majorHAnsi" w:hAnsiTheme="majorHAnsi" w:cstheme="majorHAnsi"/>
              </w:rPr>
            </w:pPr>
            <w:r w:rsidRPr="00AD5074">
              <w:rPr>
                <w:rFonts w:asciiTheme="majorHAnsi" w:hAnsiTheme="majorHAnsi" w:cstheme="majorHAnsi"/>
              </w:rPr>
              <w:t>Department:</w:t>
            </w:r>
          </w:p>
        </w:tc>
        <w:tc>
          <w:tcPr>
            <w:tcW w:w="1250" w:type="pct"/>
          </w:tcPr>
          <w:p w14:paraId="520B249B" w14:textId="77777777" w:rsidR="00055D71" w:rsidRPr="00AD5074" w:rsidRDefault="00055D71" w:rsidP="00055D71">
            <w:pPr>
              <w:pStyle w:val="NoSpacing"/>
              <w:rPr>
                <w:rFonts w:asciiTheme="majorHAnsi" w:hAnsiTheme="majorHAnsi" w:cstheme="majorHAnsi"/>
              </w:rPr>
            </w:pPr>
          </w:p>
        </w:tc>
      </w:tr>
      <w:tr w:rsidR="00055D71" w:rsidRPr="00AD5074" w14:paraId="074159AF" w14:textId="77777777" w:rsidTr="009A2A5B">
        <w:tc>
          <w:tcPr>
            <w:tcW w:w="1250" w:type="pct"/>
          </w:tcPr>
          <w:p w14:paraId="13FB4B35" w14:textId="45B68FE2" w:rsidR="00055D71" w:rsidRPr="00AD5074" w:rsidRDefault="00055D71" w:rsidP="00055D71">
            <w:pPr>
              <w:pStyle w:val="NoSpacing"/>
              <w:rPr>
                <w:rFonts w:asciiTheme="majorHAnsi" w:hAnsiTheme="majorHAnsi" w:cstheme="majorHAnsi"/>
              </w:rPr>
            </w:pPr>
            <w:r w:rsidRPr="00AD5074">
              <w:rPr>
                <w:rFonts w:asciiTheme="majorHAnsi" w:hAnsiTheme="majorHAnsi" w:cstheme="majorHAnsi"/>
              </w:rPr>
              <w:t>Email:</w:t>
            </w:r>
          </w:p>
        </w:tc>
        <w:tc>
          <w:tcPr>
            <w:tcW w:w="1606" w:type="pct"/>
          </w:tcPr>
          <w:p w14:paraId="2A80DF16" w14:textId="77777777" w:rsidR="00055D71" w:rsidRPr="00AD5074" w:rsidRDefault="00055D71" w:rsidP="00055D71">
            <w:pPr>
              <w:pStyle w:val="NoSpacing"/>
              <w:rPr>
                <w:rFonts w:asciiTheme="majorHAnsi" w:hAnsiTheme="majorHAnsi" w:cstheme="majorHAnsi"/>
              </w:rPr>
            </w:pPr>
          </w:p>
        </w:tc>
        <w:tc>
          <w:tcPr>
            <w:tcW w:w="894" w:type="pct"/>
          </w:tcPr>
          <w:p w14:paraId="2CFB16A0" w14:textId="77777777" w:rsidR="00055D71" w:rsidRPr="00AD5074" w:rsidRDefault="00055D71" w:rsidP="00055D71">
            <w:pPr>
              <w:pStyle w:val="NoSpacing"/>
              <w:rPr>
                <w:rFonts w:asciiTheme="majorHAnsi" w:hAnsiTheme="majorHAnsi" w:cstheme="majorHAnsi"/>
              </w:rPr>
            </w:pPr>
          </w:p>
        </w:tc>
        <w:tc>
          <w:tcPr>
            <w:tcW w:w="1250" w:type="pct"/>
          </w:tcPr>
          <w:p w14:paraId="379FC47A" w14:textId="77777777" w:rsidR="00055D71" w:rsidRPr="00AD5074" w:rsidRDefault="00055D71" w:rsidP="00055D71">
            <w:pPr>
              <w:pStyle w:val="NoSpacing"/>
              <w:rPr>
                <w:rFonts w:asciiTheme="majorHAnsi" w:hAnsiTheme="majorHAnsi" w:cstheme="majorHAnsi"/>
              </w:rPr>
            </w:pPr>
          </w:p>
        </w:tc>
      </w:tr>
    </w:tbl>
    <w:p w14:paraId="0D7B1321" w14:textId="089E5C7A" w:rsidR="00060DC9" w:rsidRPr="00AD5074" w:rsidRDefault="00DB1295">
      <w:pPr>
        <w:rPr>
          <w:rFonts w:asciiTheme="majorHAnsi" w:hAnsiTheme="majorHAnsi" w:cstheme="majorHAnsi"/>
        </w:rPr>
      </w:pPr>
      <w:r w:rsidRPr="00AD5074">
        <w:rPr>
          <w:rFonts w:asciiTheme="majorHAnsi" w:hAnsiTheme="majorHAnsi" w:cstheme="majorHAnsi"/>
          <w:b/>
        </w:rPr>
        <w:br/>
      </w:r>
      <w:r w:rsidR="00F86A14" w:rsidRPr="00AD5074">
        <w:rPr>
          <w:rFonts w:asciiTheme="majorHAnsi" w:hAnsiTheme="majorHAnsi" w:cstheme="majorHAnsi"/>
          <w:b/>
        </w:rPr>
        <w:t>Additional Co-Investigators</w:t>
      </w:r>
      <w:r w:rsidR="00F86A14" w:rsidRPr="00AD5074">
        <w:rPr>
          <w:rFonts w:asciiTheme="majorHAnsi" w:hAnsiTheme="majorHAnsi" w:cstheme="majorHAnsi"/>
        </w:rPr>
        <w:t xml:space="preserve"> </w:t>
      </w:r>
      <w:r w:rsidR="00F86A14" w:rsidRPr="00AD5074">
        <w:rPr>
          <w:rFonts w:asciiTheme="majorHAnsi" w:hAnsiTheme="majorHAnsi" w:cstheme="majorHAnsi"/>
          <w:i/>
        </w:rPr>
        <w:t>(list names and contact information)</w:t>
      </w:r>
      <w:r w:rsidR="00F86A14" w:rsidRPr="00AD5074">
        <w:rPr>
          <w:rFonts w:asciiTheme="majorHAnsi" w:hAnsiTheme="majorHAnsi" w:cstheme="majorHAnsi"/>
        </w:rPr>
        <w:t>:</w:t>
      </w:r>
    </w:p>
    <w:p w14:paraId="09B96487" w14:textId="0AFDB13E" w:rsidR="00060DC9" w:rsidRPr="00AD5074" w:rsidRDefault="00F86A14" w:rsidP="00891603">
      <w:pPr>
        <w:pStyle w:val="Heading2"/>
        <w:pBdr>
          <w:top w:val="single" w:sz="4" w:space="1" w:color="auto"/>
          <w:bottom w:val="single" w:sz="4" w:space="1" w:color="auto"/>
        </w:pBdr>
        <w:shd w:val="clear" w:color="auto" w:fill="F2F2F2" w:themeFill="background1" w:themeFillShade="F2"/>
        <w:rPr>
          <w:rFonts w:cstheme="majorHAnsi"/>
        </w:rPr>
      </w:pPr>
      <w:r w:rsidRPr="00AD5074">
        <w:rPr>
          <w:rFonts w:cstheme="majorHAnsi"/>
        </w:rPr>
        <w:t xml:space="preserve">SECTION </w:t>
      </w:r>
      <w:r w:rsidR="006C10E6">
        <w:rPr>
          <w:rFonts w:cstheme="majorHAnsi"/>
        </w:rPr>
        <w:t>E</w:t>
      </w:r>
      <w:r w:rsidRPr="00AD5074">
        <w:rPr>
          <w:rFonts w:cstheme="majorHAnsi"/>
        </w:rPr>
        <w:t>: PROJECT TIMELINE</w:t>
      </w:r>
    </w:p>
    <w:p w14:paraId="2852448B" w14:textId="33B627AB" w:rsidR="00060DC9" w:rsidRPr="00AD5074" w:rsidRDefault="00F86A14">
      <w:pPr>
        <w:rPr>
          <w:rFonts w:asciiTheme="majorHAnsi" w:hAnsiTheme="majorHAnsi" w:cstheme="majorHAnsi"/>
        </w:rPr>
      </w:pPr>
      <w:r w:rsidRPr="00AD5074">
        <w:rPr>
          <w:rFonts w:asciiTheme="majorHAnsi" w:hAnsiTheme="majorHAnsi" w:cstheme="majorHAnsi"/>
          <w:b/>
        </w:rPr>
        <w:t>Instructions:</w:t>
      </w:r>
      <w:r w:rsidRPr="00AD5074">
        <w:rPr>
          <w:rFonts w:asciiTheme="majorHAnsi" w:hAnsiTheme="majorHAnsi" w:cstheme="majorHAnsi"/>
        </w:rPr>
        <w:t xml:space="preserve"> Provide realistic dates for when you plan to begin and end data collection with human participants. The start date should be AFTER you expect to receive IRB approval (allow at least 2-4 weeks for review). Data collection includes surveys, interviews, observations, or any other interaction with participants or their data. If your project </w:t>
      </w:r>
      <w:r w:rsidR="006832C3" w:rsidRPr="00AD5074">
        <w:rPr>
          <w:rFonts w:asciiTheme="majorHAnsi" w:hAnsiTheme="majorHAnsi" w:cstheme="majorHAnsi"/>
        </w:rPr>
        <w:t>continues</w:t>
      </w:r>
      <w:r w:rsidRPr="00AD5074">
        <w:rPr>
          <w:rFonts w:asciiTheme="majorHAnsi" w:hAnsiTheme="majorHAnsi" w:cstheme="majorHAnsi"/>
        </w:rPr>
        <w:t xml:space="preserve"> beyond one year, you must submit an annual continuing review report to the IRB.</w:t>
      </w:r>
    </w:p>
    <w:p w14:paraId="661F45A6" w14:textId="77777777" w:rsidR="006832C3" w:rsidRPr="00AD5074" w:rsidRDefault="006832C3" w:rsidP="006832C3">
      <w:pPr>
        <w:rPr>
          <w:rFonts w:asciiTheme="majorHAnsi" w:hAnsiTheme="majorHAnsi" w:cstheme="majorHAnsi"/>
        </w:rPr>
      </w:pPr>
      <w:r w:rsidRPr="00AD5074">
        <w:rPr>
          <w:rFonts w:asciiTheme="majorHAnsi" w:hAnsiTheme="majorHAnsi" w:cstheme="majorHAnsi"/>
          <w:b/>
        </w:rPr>
        <w:t>Total Project Duration:</w:t>
      </w:r>
    </w:p>
    <w:p w14:paraId="771C567E" w14:textId="77777777" w:rsidR="00060DC9" w:rsidRPr="00AD5074" w:rsidRDefault="00F86A14">
      <w:pPr>
        <w:rPr>
          <w:rFonts w:asciiTheme="majorHAnsi" w:hAnsiTheme="majorHAnsi" w:cstheme="majorHAnsi"/>
        </w:rPr>
      </w:pPr>
      <w:r w:rsidRPr="00AD5074">
        <w:rPr>
          <w:rFonts w:asciiTheme="majorHAnsi" w:hAnsiTheme="majorHAnsi" w:cstheme="majorHAnsi"/>
          <w:b/>
        </w:rPr>
        <w:t>Anticipated Start Date for Data Collection:</w:t>
      </w:r>
    </w:p>
    <w:p w14:paraId="4C6BE5AC" w14:textId="77777777" w:rsidR="00060DC9" w:rsidRPr="00AD5074" w:rsidRDefault="00F86A14">
      <w:pPr>
        <w:rPr>
          <w:rFonts w:asciiTheme="majorHAnsi" w:hAnsiTheme="majorHAnsi" w:cstheme="majorHAnsi"/>
        </w:rPr>
      </w:pPr>
      <w:r w:rsidRPr="00AD5074">
        <w:rPr>
          <w:rFonts w:asciiTheme="majorHAnsi" w:hAnsiTheme="majorHAnsi" w:cstheme="majorHAnsi"/>
          <w:b/>
        </w:rPr>
        <w:t>Anticipated End Date for Data Collection:</w:t>
      </w:r>
    </w:p>
    <w:p w14:paraId="711D3BA2" w14:textId="32084BC2" w:rsidR="00060DC9" w:rsidRPr="00AD5074" w:rsidRDefault="00F86A14" w:rsidP="00891603">
      <w:pPr>
        <w:pStyle w:val="Heading2"/>
        <w:pBdr>
          <w:top w:val="single" w:sz="4" w:space="1" w:color="auto"/>
          <w:bottom w:val="single" w:sz="4" w:space="1" w:color="auto"/>
        </w:pBdr>
        <w:shd w:val="clear" w:color="auto" w:fill="F2F2F2" w:themeFill="background1" w:themeFillShade="F2"/>
        <w:rPr>
          <w:rFonts w:cstheme="majorHAnsi"/>
        </w:rPr>
      </w:pPr>
      <w:r w:rsidRPr="00AD5074">
        <w:rPr>
          <w:rFonts w:cstheme="majorHAnsi"/>
        </w:rPr>
        <w:t xml:space="preserve">SECTION </w:t>
      </w:r>
      <w:r w:rsidR="006C10E6">
        <w:rPr>
          <w:rFonts w:cstheme="majorHAnsi"/>
        </w:rPr>
        <w:t>F</w:t>
      </w:r>
      <w:r w:rsidRPr="00AD5074">
        <w:rPr>
          <w:rFonts w:cstheme="majorHAnsi"/>
        </w:rPr>
        <w:t>: FUNDING INFORMATION</w:t>
      </w:r>
    </w:p>
    <w:p w14:paraId="6974AF02" w14:textId="5B4D6EC7" w:rsidR="00E63969" w:rsidRDefault="00E63969">
      <w:r>
        <w:rPr>
          <w:rFonts w:ascii="Calibri" w:hAnsi="Calibri" w:cs="Calibri"/>
          <w:b/>
          <w:bCs/>
        </w:rPr>
        <w:t>Instructions:</w:t>
      </w:r>
      <w:r>
        <w:rPr>
          <w:rFonts w:ascii="Calibri" w:hAnsi="Calibri" w:cs="Calibri"/>
        </w:rPr>
        <w:t xml:space="preserve"> Place an X to indicate identify the funding source</w:t>
      </w:r>
      <w:r w:rsidR="00BA0496">
        <w:rPr>
          <w:rFonts w:ascii="Calibri" w:hAnsi="Calibri" w:cs="Calibri"/>
        </w:rPr>
        <w:t xml:space="preserve"> for your research</w:t>
      </w:r>
      <w:r>
        <w:rPr>
          <w:rFonts w:ascii="Calibri" w:hAnsi="Calibri" w:cs="Calibri"/>
        </w:rPr>
        <w:t xml:space="preserve">. </w:t>
      </w:r>
    </w:p>
    <w:tbl>
      <w:tblPr>
        <w:tblStyle w:val="TableGrid"/>
        <w:tblW w:w="5000" w:type="pct"/>
        <w:tblLook w:val="04A0" w:firstRow="1" w:lastRow="0" w:firstColumn="1" w:lastColumn="0" w:noHBand="0" w:noVBand="1"/>
      </w:tblPr>
      <w:tblGrid>
        <w:gridCol w:w="5508"/>
        <w:gridCol w:w="4068"/>
      </w:tblGrid>
      <w:tr w:rsidR="00060DC9" w:rsidRPr="00AD5074" w14:paraId="34A13A44" w14:textId="77777777" w:rsidTr="00C04C81">
        <w:tc>
          <w:tcPr>
            <w:tcW w:w="2876" w:type="pct"/>
            <w:shd w:val="clear" w:color="auto" w:fill="F2F2F2" w:themeFill="background1" w:themeFillShade="F2"/>
          </w:tcPr>
          <w:p w14:paraId="1FE8CCA7" w14:textId="77777777" w:rsidR="00060DC9" w:rsidRPr="0069758E" w:rsidRDefault="00F86A14" w:rsidP="00771DDC">
            <w:pPr>
              <w:pStyle w:val="NoSpacing"/>
              <w:rPr>
                <w:rFonts w:asciiTheme="majorHAnsi" w:hAnsiTheme="majorHAnsi" w:cstheme="majorHAnsi"/>
                <w:b/>
                <w:bCs/>
              </w:rPr>
            </w:pPr>
            <w:r w:rsidRPr="0069758E">
              <w:rPr>
                <w:rFonts w:asciiTheme="majorHAnsi" w:hAnsiTheme="majorHAnsi" w:cstheme="majorHAnsi"/>
                <w:b/>
                <w:bCs/>
              </w:rPr>
              <w:t>Funding Type</w:t>
            </w:r>
          </w:p>
        </w:tc>
        <w:tc>
          <w:tcPr>
            <w:tcW w:w="2124" w:type="pct"/>
            <w:shd w:val="clear" w:color="auto" w:fill="F2F2F2" w:themeFill="background1" w:themeFillShade="F2"/>
          </w:tcPr>
          <w:p w14:paraId="40FFE92D" w14:textId="75698650" w:rsidR="00060DC9" w:rsidRPr="0069758E" w:rsidRDefault="00C04C81" w:rsidP="00771DDC">
            <w:pPr>
              <w:pStyle w:val="NoSpacing"/>
              <w:rPr>
                <w:rFonts w:asciiTheme="majorHAnsi" w:hAnsiTheme="majorHAnsi" w:cstheme="majorHAnsi"/>
                <w:b/>
                <w:bCs/>
              </w:rPr>
            </w:pPr>
            <w:r>
              <w:rPr>
                <w:rFonts w:asciiTheme="majorHAnsi" w:hAnsiTheme="majorHAnsi" w:cstheme="majorHAnsi"/>
                <w:b/>
                <w:bCs/>
              </w:rPr>
              <w:t>Place an X in the appropriate row</w:t>
            </w:r>
          </w:p>
        </w:tc>
      </w:tr>
      <w:tr w:rsidR="00060DC9" w:rsidRPr="00AD5074" w14:paraId="0310B5A2" w14:textId="77777777" w:rsidTr="00C04C81">
        <w:tc>
          <w:tcPr>
            <w:tcW w:w="2876" w:type="pct"/>
          </w:tcPr>
          <w:p w14:paraId="28451128" w14:textId="77777777" w:rsidR="00060DC9" w:rsidRPr="0069758E" w:rsidRDefault="00F86A14" w:rsidP="00771DDC">
            <w:pPr>
              <w:pStyle w:val="NoSpacing"/>
              <w:rPr>
                <w:rFonts w:asciiTheme="majorHAnsi" w:hAnsiTheme="majorHAnsi" w:cstheme="majorHAnsi"/>
              </w:rPr>
            </w:pPr>
            <w:r w:rsidRPr="0069758E">
              <w:rPr>
                <w:rFonts w:asciiTheme="majorHAnsi" w:hAnsiTheme="majorHAnsi" w:cstheme="majorHAnsi"/>
              </w:rPr>
              <w:t>Externally Funded</w:t>
            </w:r>
          </w:p>
        </w:tc>
        <w:tc>
          <w:tcPr>
            <w:tcW w:w="2124" w:type="pct"/>
          </w:tcPr>
          <w:p w14:paraId="7CAFE5D2" w14:textId="359D54BC" w:rsidR="00060DC9" w:rsidRPr="0069758E" w:rsidRDefault="00060DC9" w:rsidP="00771DDC">
            <w:pPr>
              <w:pStyle w:val="NoSpacing"/>
              <w:rPr>
                <w:rFonts w:asciiTheme="majorHAnsi" w:hAnsiTheme="majorHAnsi" w:cstheme="majorHAnsi"/>
              </w:rPr>
            </w:pPr>
          </w:p>
        </w:tc>
      </w:tr>
      <w:tr w:rsidR="00060DC9" w:rsidRPr="00AD5074" w14:paraId="09563CCE" w14:textId="77777777" w:rsidTr="00C04C81">
        <w:tc>
          <w:tcPr>
            <w:tcW w:w="2876" w:type="pct"/>
          </w:tcPr>
          <w:p w14:paraId="3314C392" w14:textId="77777777" w:rsidR="00060DC9" w:rsidRPr="0069758E" w:rsidRDefault="00F86A14" w:rsidP="00771DDC">
            <w:pPr>
              <w:pStyle w:val="NoSpacing"/>
              <w:rPr>
                <w:rFonts w:asciiTheme="majorHAnsi" w:hAnsiTheme="majorHAnsi" w:cstheme="majorHAnsi"/>
              </w:rPr>
            </w:pPr>
            <w:r w:rsidRPr="0069758E">
              <w:rPr>
                <w:rFonts w:asciiTheme="majorHAnsi" w:hAnsiTheme="majorHAnsi" w:cstheme="majorHAnsi"/>
              </w:rPr>
              <w:t>Internally Funded</w:t>
            </w:r>
          </w:p>
        </w:tc>
        <w:tc>
          <w:tcPr>
            <w:tcW w:w="2124" w:type="pct"/>
          </w:tcPr>
          <w:p w14:paraId="3E9F88F7" w14:textId="6FC877C7" w:rsidR="00060DC9" w:rsidRPr="0069758E" w:rsidRDefault="00060DC9" w:rsidP="00771DDC">
            <w:pPr>
              <w:pStyle w:val="NoSpacing"/>
              <w:rPr>
                <w:rFonts w:asciiTheme="majorHAnsi" w:hAnsiTheme="majorHAnsi" w:cstheme="majorHAnsi"/>
              </w:rPr>
            </w:pPr>
          </w:p>
        </w:tc>
      </w:tr>
      <w:tr w:rsidR="00060DC9" w:rsidRPr="00AD5074" w14:paraId="18ABFFBB" w14:textId="77777777" w:rsidTr="00C04C81">
        <w:tc>
          <w:tcPr>
            <w:tcW w:w="2876" w:type="pct"/>
          </w:tcPr>
          <w:p w14:paraId="4C6772D7" w14:textId="77777777" w:rsidR="00060DC9" w:rsidRPr="0069758E" w:rsidRDefault="00F86A14" w:rsidP="00771DDC">
            <w:pPr>
              <w:pStyle w:val="NoSpacing"/>
              <w:rPr>
                <w:rFonts w:asciiTheme="majorHAnsi" w:hAnsiTheme="majorHAnsi" w:cstheme="majorHAnsi"/>
              </w:rPr>
            </w:pPr>
            <w:r w:rsidRPr="0069758E">
              <w:rPr>
                <w:rFonts w:asciiTheme="majorHAnsi" w:hAnsiTheme="majorHAnsi" w:cstheme="majorHAnsi"/>
              </w:rPr>
              <w:t>Unfunded</w:t>
            </w:r>
          </w:p>
        </w:tc>
        <w:tc>
          <w:tcPr>
            <w:tcW w:w="2124" w:type="pct"/>
          </w:tcPr>
          <w:p w14:paraId="37AD914D" w14:textId="78A7F212" w:rsidR="00060DC9" w:rsidRPr="0069758E" w:rsidRDefault="00060DC9" w:rsidP="00771DDC">
            <w:pPr>
              <w:pStyle w:val="NoSpacing"/>
              <w:rPr>
                <w:rFonts w:asciiTheme="majorHAnsi" w:hAnsiTheme="majorHAnsi" w:cstheme="majorHAnsi"/>
              </w:rPr>
            </w:pPr>
          </w:p>
        </w:tc>
      </w:tr>
    </w:tbl>
    <w:p w14:paraId="197E6AB9" w14:textId="0C7F313A" w:rsidR="00060DC9" w:rsidRPr="00AD5074" w:rsidRDefault="00771DDC">
      <w:pPr>
        <w:rPr>
          <w:rFonts w:asciiTheme="majorHAnsi" w:hAnsiTheme="majorHAnsi" w:cstheme="majorHAnsi"/>
        </w:rPr>
      </w:pPr>
      <w:r w:rsidRPr="00AD5074">
        <w:rPr>
          <w:rFonts w:asciiTheme="majorHAnsi" w:hAnsiTheme="majorHAnsi" w:cstheme="majorHAnsi"/>
          <w:b/>
        </w:rPr>
        <w:br/>
      </w:r>
      <w:r w:rsidR="00F86A14" w:rsidRPr="00AD5074">
        <w:rPr>
          <w:rFonts w:asciiTheme="majorHAnsi" w:hAnsiTheme="majorHAnsi" w:cstheme="majorHAnsi"/>
          <w:b/>
        </w:rPr>
        <w:t xml:space="preserve">If Externally Funded, provide </w:t>
      </w:r>
      <w:r w:rsidR="0056151B" w:rsidRPr="00AD5074">
        <w:rPr>
          <w:rFonts w:asciiTheme="majorHAnsi" w:hAnsiTheme="majorHAnsi" w:cstheme="majorHAnsi"/>
          <w:b/>
        </w:rPr>
        <w:t>Sponsor, Award #, Project Title</w:t>
      </w:r>
      <w:r w:rsidR="00F86A14" w:rsidRPr="00AD5074">
        <w:rPr>
          <w:rFonts w:asciiTheme="majorHAnsi" w:hAnsiTheme="majorHAnsi" w:cstheme="majorHAnsi"/>
          <w:b/>
        </w:rPr>
        <w:t>:</w:t>
      </w:r>
    </w:p>
    <w:p w14:paraId="21D1011E" w14:textId="77777777" w:rsidR="00060DC9" w:rsidRPr="00AD5074" w:rsidRDefault="00F86A14" w:rsidP="00771DDC">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AD5074">
        <w:rPr>
          <w:rFonts w:asciiTheme="majorHAnsi" w:hAnsiTheme="majorHAnsi" w:cstheme="majorHAnsi"/>
        </w:rPr>
        <w:t>[Text box - 2 lines]</w:t>
      </w:r>
    </w:p>
    <w:p w14:paraId="19FE81EC" w14:textId="77777777" w:rsidR="0064317C" w:rsidRDefault="0064317C">
      <w:pPr>
        <w:pStyle w:val="Heading2"/>
        <w:shd w:val="clear" w:color="auto" w:fill="F2F2F2"/>
        <w:divId w:val="1144934408"/>
        <w:rPr>
          <w:rFonts w:eastAsia="Times New Roman"/>
          <w:szCs w:val="32"/>
        </w:rPr>
      </w:pPr>
      <w:r>
        <w:rPr>
          <w:rFonts w:eastAsia="Times New Roman"/>
        </w:rPr>
        <w:t>SECTION G: CONFLICT OF INTEREST (COI) DISCLOSURE</w:t>
      </w:r>
    </w:p>
    <w:p w14:paraId="43879146" w14:textId="77777777" w:rsidR="00BD40FB" w:rsidRDefault="00BD40FB">
      <w:r>
        <w:rPr>
          <w:rFonts w:ascii="Calibri" w:hAnsi="Calibri" w:cs="Calibri"/>
          <w:b/>
          <w:bCs/>
        </w:rPr>
        <w:t>Instructions:</w:t>
      </w:r>
      <w:r>
        <w:rPr>
          <w:rFonts w:ascii="Calibri" w:hAnsi="Calibri" w:cs="Calibri"/>
        </w:rPr>
        <w:t xml:space="preserve"> As a faculty or staff researcher, you must disclose any situation that could reasonably be perceived as influencing your research decisions, use of institutional resources, or how participants are recruited and treated. Examples include: receiving compensation, honoraria, consulting fees, travel support, discounts, gift cards, or free products/services related to the project; holding an ownership </w:t>
      </w:r>
      <w:r>
        <w:rPr>
          <w:rFonts w:ascii="Calibri" w:hAnsi="Calibri" w:cs="Calibri"/>
        </w:rPr>
        <w:lastRenderedPageBreak/>
        <w:t xml:space="preserve">interest, board membership, leadership role, or other formal affiliation with an organization connected to the research; conducting research in your workplace unit or in settings where you have supervisory, instructional, evaluative, or disciplinary authority (e.g., your department, clinic, lab, athletics, residence life, or student services); recruiting students, employees, advisees, or others in a dependent relationship (including individuals you supervise or evaluate); using institutional purchasing/vendor relationships that involve you or your unit; or having a family member/close associate who could benefit from or be affected by the results. </w:t>
      </w:r>
      <w:r w:rsidRPr="00693F12">
        <w:rPr>
          <w:rFonts w:ascii="Calibri" w:hAnsi="Calibri" w:cs="Calibri"/>
          <w:b/>
          <w:bCs/>
        </w:rPr>
        <w:t>Complete the COI Disclosure in Form 2 and provide all required details</w:t>
      </w:r>
      <w:r>
        <w:rPr>
          <w:rFonts w:ascii="Calibri" w:hAnsi="Calibri" w:cs="Calibri"/>
        </w:rPr>
        <w:t>. If none apply, indicate “No COI” in Form 2.</w:t>
      </w:r>
    </w:p>
    <w:p w14:paraId="708BEAEB" w14:textId="4724F647" w:rsidR="0064317C" w:rsidRPr="006E5776" w:rsidRDefault="0064317C">
      <w:pPr>
        <w:pStyle w:val="Heading2"/>
        <w:shd w:val="clear" w:color="auto" w:fill="F2F2F2"/>
        <w:divId w:val="1655377295"/>
        <w:rPr>
          <w:rFonts w:eastAsia="Times New Roman"/>
        </w:rPr>
      </w:pPr>
      <w:r>
        <w:rPr>
          <w:rFonts w:eastAsia="Times New Roman"/>
        </w:rPr>
        <w:t>SECTION H:  EXTERNAL EVALUATOR (If applicable)</w:t>
      </w:r>
    </w:p>
    <w:p w14:paraId="216EC7E7" w14:textId="77777777" w:rsidR="00C04C25" w:rsidRPr="00AD5074" w:rsidRDefault="00C04C25" w:rsidP="00C04C25">
      <w:pPr>
        <w:rPr>
          <w:rFonts w:asciiTheme="majorHAnsi" w:hAnsiTheme="majorHAnsi" w:cstheme="majorHAnsi"/>
        </w:rPr>
      </w:pPr>
      <w:r w:rsidRPr="00AD5074">
        <w:rPr>
          <w:rFonts w:asciiTheme="majorHAnsi" w:hAnsiTheme="majorHAnsi" w:cstheme="majorHAnsi"/>
          <w:b/>
          <w:bCs/>
        </w:rPr>
        <w:t>Instructions:</w:t>
      </w:r>
      <w:r w:rsidRPr="00AD5074">
        <w:rPr>
          <w:rFonts w:asciiTheme="majorHAnsi" w:hAnsiTheme="majorHAnsi" w:cstheme="majorHAnsi"/>
        </w:rPr>
        <w:t> Some research projects, particularly those funded by external agencies like NSF, require an independent external evaluator to assess project outcomes and provide formative and summative evaluation. An external evaluator must be independent from the project team (not a Co-PI or senior/key personnel) and should work in a separate organizational unit with a different reporting line if employed by your institution. If your project requires or includes an external evaluator, provide their information below and include their biographical sketch/CV in the appendix.</w:t>
      </w:r>
    </w:p>
    <w:p w14:paraId="31F7A9A8" w14:textId="6B512F56" w:rsidR="00C04C25" w:rsidRPr="00AD5074" w:rsidRDefault="00C04C25" w:rsidP="00C04C25">
      <w:pPr>
        <w:rPr>
          <w:rFonts w:asciiTheme="majorHAnsi" w:hAnsiTheme="majorHAnsi" w:cstheme="majorHAnsi"/>
        </w:rPr>
      </w:pPr>
      <w:r w:rsidRPr="00AD5074">
        <w:rPr>
          <w:rFonts w:asciiTheme="majorHAnsi" w:hAnsiTheme="majorHAnsi" w:cstheme="majorHAnsi"/>
          <w:b/>
          <w:bCs/>
        </w:rPr>
        <w:t>Does this project include an external evaluator?</w:t>
      </w:r>
      <w:r w:rsidR="00CD4585" w:rsidRPr="00AD5074">
        <w:rPr>
          <w:rFonts w:asciiTheme="majorHAnsi" w:hAnsiTheme="majorHAnsi" w:cstheme="majorHAnsi"/>
          <w:b/>
          <w:bCs/>
        </w:rPr>
        <w:t xml:space="preserve"> </w:t>
      </w:r>
      <w:r w:rsidR="00CD4585" w:rsidRPr="00AD5074">
        <w:rPr>
          <w:rFonts w:asciiTheme="majorHAnsi" w:hAnsiTheme="majorHAnsi" w:cstheme="majorHAnsi"/>
        </w:rPr>
        <w:t>Place an X on the appropriate row</w:t>
      </w:r>
    </w:p>
    <w:tbl>
      <w:tblPr>
        <w:tblStyle w:val="TableGrid"/>
        <w:tblW w:w="4990" w:type="pct"/>
        <w:tblLook w:val="04A0" w:firstRow="1" w:lastRow="0" w:firstColumn="1" w:lastColumn="0" w:noHBand="0" w:noVBand="1"/>
      </w:tblPr>
      <w:tblGrid>
        <w:gridCol w:w="6048"/>
        <w:gridCol w:w="3509"/>
      </w:tblGrid>
      <w:tr w:rsidR="00CD4585" w:rsidRPr="00AD5074" w14:paraId="2B4D1FB7" w14:textId="77777777" w:rsidTr="00C04C81">
        <w:tc>
          <w:tcPr>
            <w:tcW w:w="3164" w:type="pct"/>
            <w:shd w:val="clear" w:color="auto" w:fill="F2F2F2" w:themeFill="background1" w:themeFillShade="F2"/>
          </w:tcPr>
          <w:p w14:paraId="764A707D" w14:textId="7A468873" w:rsidR="00CD4585" w:rsidRPr="004920FB" w:rsidRDefault="00CD4585" w:rsidP="00CD4585">
            <w:pPr>
              <w:pStyle w:val="NoSpacing"/>
              <w:rPr>
                <w:rFonts w:asciiTheme="majorHAnsi" w:hAnsiTheme="majorHAnsi" w:cstheme="majorHAnsi"/>
                <w:b/>
                <w:bCs/>
              </w:rPr>
            </w:pPr>
            <w:r w:rsidRPr="004920FB">
              <w:rPr>
                <w:rFonts w:asciiTheme="majorHAnsi" w:hAnsiTheme="majorHAnsi" w:cstheme="majorHAnsi"/>
                <w:b/>
                <w:bCs/>
              </w:rPr>
              <w:t>External Evaluator Status</w:t>
            </w:r>
          </w:p>
        </w:tc>
        <w:tc>
          <w:tcPr>
            <w:tcW w:w="1836" w:type="pct"/>
            <w:shd w:val="clear" w:color="auto" w:fill="F2F2F2" w:themeFill="background1" w:themeFillShade="F2"/>
          </w:tcPr>
          <w:p w14:paraId="2A071C4C" w14:textId="3E47D1D8" w:rsidR="00CD4585" w:rsidRPr="004920FB" w:rsidRDefault="00C04C81" w:rsidP="00CD4585">
            <w:pPr>
              <w:pStyle w:val="NoSpacing"/>
              <w:rPr>
                <w:rFonts w:asciiTheme="majorHAnsi" w:hAnsiTheme="majorHAnsi" w:cstheme="majorHAnsi"/>
                <w:b/>
                <w:bCs/>
              </w:rPr>
            </w:pPr>
            <w:r>
              <w:rPr>
                <w:rFonts w:asciiTheme="majorHAnsi" w:hAnsiTheme="majorHAnsi" w:cstheme="majorHAnsi"/>
                <w:b/>
                <w:bCs/>
              </w:rPr>
              <w:t>Place an X in the appropriate row</w:t>
            </w:r>
          </w:p>
        </w:tc>
      </w:tr>
      <w:tr w:rsidR="00CD4585" w:rsidRPr="00AD5074" w14:paraId="48F63770" w14:textId="77777777" w:rsidTr="00C04C81">
        <w:tc>
          <w:tcPr>
            <w:tcW w:w="3164" w:type="pct"/>
          </w:tcPr>
          <w:p w14:paraId="2D3FA04C" w14:textId="7EED90A5" w:rsidR="00CD4585" w:rsidRPr="004920FB" w:rsidRDefault="00CD4585" w:rsidP="00CD4585">
            <w:pPr>
              <w:pStyle w:val="NoSpacing"/>
              <w:rPr>
                <w:rFonts w:asciiTheme="majorHAnsi" w:hAnsiTheme="majorHAnsi" w:cstheme="majorHAnsi"/>
              </w:rPr>
            </w:pPr>
            <w:r w:rsidRPr="004920FB">
              <w:rPr>
                <w:rFonts w:asciiTheme="majorHAnsi" w:hAnsiTheme="majorHAnsi" w:cstheme="majorHAnsi"/>
              </w:rPr>
              <w:t>Yes - External evaluator identified (complete information below)</w:t>
            </w:r>
          </w:p>
        </w:tc>
        <w:tc>
          <w:tcPr>
            <w:tcW w:w="1836" w:type="pct"/>
          </w:tcPr>
          <w:p w14:paraId="48C6796F" w14:textId="6EEA4AAC" w:rsidR="00CD4585" w:rsidRPr="00AD5074" w:rsidRDefault="00CD4585" w:rsidP="00CD4585">
            <w:pPr>
              <w:pStyle w:val="NoSpacing"/>
              <w:rPr>
                <w:rFonts w:asciiTheme="majorHAnsi" w:hAnsiTheme="majorHAnsi" w:cstheme="majorHAnsi"/>
              </w:rPr>
            </w:pPr>
          </w:p>
        </w:tc>
      </w:tr>
      <w:tr w:rsidR="00CD4585" w:rsidRPr="00AD5074" w14:paraId="3EC5B1F8" w14:textId="77777777" w:rsidTr="00C04C81">
        <w:tc>
          <w:tcPr>
            <w:tcW w:w="3164" w:type="pct"/>
          </w:tcPr>
          <w:p w14:paraId="391FAD01" w14:textId="7AD3074B" w:rsidR="00CD4585" w:rsidRPr="004920FB" w:rsidRDefault="00CD4585" w:rsidP="00CD4585">
            <w:pPr>
              <w:pStyle w:val="NoSpacing"/>
              <w:rPr>
                <w:rFonts w:asciiTheme="majorHAnsi" w:hAnsiTheme="majorHAnsi" w:cstheme="majorHAnsi"/>
              </w:rPr>
            </w:pPr>
            <w:r w:rsidRPr="004920FB">
              <w:rPr>
                <w:rFonts w:asciiTheme="majorHAnsi" w:hAnsiTheme="majorHAnsi" w:cstheme="majorHAnsi"/>
              </w:rPr>
              <w:t>Yes - External evaluator to be identified (explain timeline below)</w:t>
            </w:r>
          </w:p>
        </w:tc>
        <w:tc>
          <w:tcPr>
            <w:tcW w:w="1836" w:type="pct"/>
          </w:tcPr>
          <w:p w14:paraId="28B98F38" w14:textId="3A285A5E" w:rsidR="00CD4585" w:rsidRPr="00AD5074" w:rsidRDefault="00CD4585" w:rsidP="00CD4585">
            <w:pPr>
              <w:pStyle w:val="NoSpacing"/>
              <w:rPr>
                <w:rFonts w:asciiTheme="majorHAnsi" w:hAnsiTheme="majorHAnsi" w:cstheme="majorHAnsi"/>
              </w:rPr>
            </w:pPr>
          </w:p>
        </w:tc>
      </w:tr>
      <w:tr w:rsidR="00CD4585" w:rsidRPr="00AD5074" w14:paraId="19BF2534" w14:textId="77777777" w:rsidTr="00C04C81">
        <w:tc>
          <w:tcPr>
            <w:tcW w:w="3164" w:type="pct"/>
          </w:tcPr>
          <w:p w14:paraId="41D0047E" w14:textId="0CCBC41B" w:rsidR="00CD4585" w:rsidRPr="004920FB" w:rsidRDefault="00CD4585" w:rsidP="00CD4585">
            <w:pPr>
              <w:pStyle w:val="NoSpacing"/>
              <w:rPr>
                <w:rFonts w:asciiTheme="majorHAnsi" w:hAnsiTheme="majorHAnsi" w:cstheme="majorHAnsi"/>
              </w:rPr>
            </w:pPr>
            <w:r w:rsidRPr="004920FB">
              <w:rPr>
                <w:rFonts w:asciiTheme="majorHAnsi" w:hAnsiTheme="majorHAnsi" w:cstheme="majorHAnsi"/>
              </w:rPr>
              <w:t>No - External evaluator not required for this project</w:t>
            </w:r>
          </w:p>
        </w:tc>
        <w:tc>
          <w:tcPr>
            <w:tcW w:w="1836" w:type="pct"/>
          </w:tcPr>
          <w:p w14:paraId="414939DB" w14:textId="6EB21B58" w:rsidR="00CD4585" w:rsidRPr="00AD5074" w:rsidRDefault="00CD4585" w:rsidP="00CD4585">
            <w:pPr>
              <w:pStyle w:val="NoSpacing"/>
              <w:rPr>
                <w:rFonts w:asciiTheme="majorHAnsi" w:hAnsiTheme="majorHAnsi" w:cstheme="majorHAnsi"/>
              </w:rPr>
            </w:pPr>
          </w:p>
        </w:tc>
      </w:tr>
    </w:tbl>
    <w:p w14:paraId="5685383B" w14:textId="01186264" w:rsidR="00F1441D" w:rsidRPr="00AD5074" w:rsidRDefault="008926D0" w:rsidP="00F1441D">
      <w:pPr>
        <w:rPr>
          <w:rFonts w:asciiTheme="majorHAnsi" w:hAnsiTheme="majorHAnsi" w:cstheme="majorHAnsi"/>
          <w:b/>
          <w:bCs/>
        </w:rPr>
      </w:pPr>
      <w:r>
        <w:rPr>
          <w:rFonts w:asciiTheme="majorHAnsi" w:hAnsiTheme="majorHAnsi" w:cstheme="majorHAnsi"/>
          <w:b/>
          <w:bCs/>
        </w:rPr>
        <w:br/>
      </w:r>
      <w:r w:rsidR="00F1441D" w:rsidRPr="00AD5074">
        <w:rPr>
          <w:rFonts w:asciiTheme="majorHAnsi" w:hAnsiTheme="majorHAnsi" w:cstheme="majorHAnsi"/>
          <w:b/>
          <w:bCs/>
        </w:rPr>
        <w:t>If external evaluator is included, provide the following information:</w:t>
      </w:r>
    </w:p>
    <w:tbl>
      <w:tblPr>
        <w:tblStyle w:val="TableGrid"/>
        <w:tblW w:w="5000" w:type="pct"/>
        <w:tblLook w:val="04A0" w:firstRow="1" w:lastRow="0" w:firstColumn="1" w:lastColumn="0" w:noHBand="0" w:noVBand="1"/>
      </w:tblPr>
      <w:tblGrid>
        <w:gridCol w:w="2744"/>
        <w:gridCol w:w="3601"/>
        <w:gridCol w:w="973"/>
        <w:gridCol w:w="2258"/>
      </w:tblGrid>
      <w:tr w:rsidR="002E2812" w:rsidRPr="00AD5074" w14:paraId="6CEB5C56" w14:textId="75863913" w:rsidTr="00C04C81">
        <w:tc>
          <w:tcPr>
            <w:tcW w:w="1433" w:type="pct"/>
          </w:tcPr>
          <w:p w14:paraId="58BC7A37" w14:textId="70F2C9E5" w:rsidR="002E2812" w:rsidRPr="00B32BAB" w:rsidRDefault="002E2812" w:rsidP="002E2812">
            <w:pPr>
              <w:pStyle w:val="NoSpacing"/>
              <w:rPr>
                <w:rFonts w:asciiTheme="majorHAnsi" w:hAnsiTheme="majorHAnsi" w:cstheme="majorHAnsi"/>
              </w:rPr>
            </w:pPr>
            <w:r w:rsidRPr="00B32BAB">
              <w:rPr>
                <w:rFonts w:asciiTheme="majorHAnsi" w:hAnsiTheme="majorHAnsi" w:cstheme="majorHAnsi"/>
              </w:rPr>
              <w:t>Name:</w:t>
            </w:r>
          </w:p>
        </w:tc>
        <w:tc>
          <w:tcPr>
            <w:tcW w:w="1880" w:type="pct"/>
          </w:tcPr>
          <w:p w14:paraId="51A9749C" w14:textId="77777777" w:rsidR="002E2812" w:rsidRPr="00B32BAB" w:rsidRDefault="002E2812" w:rsidP="002E2812">
            <w:pPr>
              <w:pStyle w:val="NoSpacing"/>
              <w:rPr>
                <w:rFonts w:asciiTheme="majorHAnsi" w:hAnsiTheme="majorHAnsi" w:cstheme="majorHAnsi"/>
              </w:rPr>
            </w:pPr>
          </w:p>
        </w:tc>
        <w:tc>
          <w:tcPr>
            <w:tcW w:w="508" w:type="pct"/>
          </w:tcPr>
          <w:p w14:paraId="44BB8956" w14:textId="2D3847C9" w:rsidR="002E2812" w:rsidRPr="00B32BAB" w:rsidRDefault="002E2812" w:rsidP="002E2812">
            <w:pPr>
              <w:pStyle w:val="NoSpacing"/>
              <w:rPr>
                <w:rFonts w:asciiTheme="majorHAnsi" w:hAnsiTheme="majorHAnsi" w:cstheme="majorHAnsi"/>
              </w:rPr>
            </w:pPr>
            <w:r w:rsidRPr="00B32BAB">
              <w:rPr>
                <w:rFonts w:asciiTheme="majorHAnsi" w:hAnsiTheme="majorHAnsi" w:cstheme="majorHAnsi"/>
              </w:rPr>
              <w:t>Email:</w:t>
            </w:r>
          </w:p>
        </w:tc>
        <w:tc>
          <w:tcPr>
            <w:tcW w:w="1179" w:type="pct"/>
          </w:tcPr>
          <w:p w14:paraId="39488C9B" w14:textId="6EA82C61" w:rsidR="002E2812" w:rsidRPr="00B32BAB" w:rsidRDefault="002E2812" w:rsidP="002E2812">
            <w:pPr>
              <w:pStyle w:val="NoSpacing"/>
              <w:rPr>
                <w:rFonts w:asciiTheme="majorHAnsi" w:hAnsiTheme="majorHAnsi" w:cstheme="majorHAnsi"/>
              </w:rPr>
            </w:pPr>
          </w:p>
        </w:tc>
      </w:tr>
      <w:tr w:rsidR="002E2812" w:rsidRPr="00AD5074" w14:paraId="02F33627" w14:textId="342E3FF7" w:rsidTr="00C04C81">
        <w:trPr>
          <w:trHeight w:val="180"/>
        </w:trPr>
        <w:tc>
          <w:tcPr>
            <w:tcW w:w="1433" w:type="pct"/>
          </w:tcPr>
          <w:p w14:paraId="1C423D04" w14:textId="5F295A76" w:rsidR="002E2812" w:rsidRPr="00B32BAB" w:rsidRDefault="002E2812" w:rsidP="002E2812">
            <w:pPr>
              <w:pStyle w:val="NoSpacing"/>
              <w:rPr>
                <w:rFonts w:asciiTheme="majorHAnsi" w:hAnsiTheme="majorHAnsi" w:cstheme="majorHAnsi"/>
              </w:rPr>
            </w:pPr>
            <w:r w:rsidRPr="00B32BAB">
              <w:rPr>
                <w:rFonts w:asciiTheme="majorHAnsi" w:hAnsiTheme="majorHAnsi" w:cstheme="majorHAnsi"/>
              </w:rPr>
              <w:t>Affiliation/ Organization</w:t>
            </w:r>
            <w:r w:rsidR="00993F63" w:rsidRPr="00B32BAB">
              <w:rPr>
                <w:rFonts w:asciiTheme="majorHAnsi" w:hAnsiTheme="majorHAnsi" w:cstheme="majorHAnsi"/>
              </w:rPr>
              <w:t>:</w:t>
            </w:r>
            <w:r w:rsidR="00FD46CA" w:rsidRPr="00B32BAB">
              <w:rPr>
                <w:rFonts w:asciiTheme="majorHAnsi" w:hAnsiTheme="majorHAnsi" w:cstheme="majorHAnsi"/>
              </w:rPr>
              <w:t xml:space="preserve"> </w:t>
            </w:r>
          </w:p>
        </w:tc>
        <w:tc>
          <w:tcPr>
            <w:tcW w:w="1880" w:type="pct"/>
          </w:tcPr>
          <w:p w14:paraId="342B79FA" w14:textId="77777777" w:rsidR="002E2812" w:rsidRPr="00B32BAB" w:rsidRDefault="002E2812" w:rsidP="002E2812">
            <w:pPr>
              <w:pStyle w:val="NoSpacing"/>
              <w:rPr>
                <w:rFonts w:asciiTheme="majorHAnsi" w:hAnsiTheme="majorHAnsi" w:cstheme="majorHAnsi"/>
              </w:rPr>
            </w:pPr>
          </w:p>
        </w:tc>
        <w:tc>
          <w:tcPr>
            <w:tcW w:w="508" w:type="pct"/>
          </w:tcPr>
          <w:p w14:paraId="0AB4C659" w14:textId="5D914A7E" w:rsidR="002E2812" w:rsidRPr="00B32BAB" w:rsidRDefault="002E2812" w:rsidP="002E2812">
            <w:pPr>
              <w:pStyle w:val="NoSpacing"/>
              <w:rPr>
                <w:rFonts w:asciiTheme="majorHAnsi" w:hAnsiTheme="majorHAnsi" w:cstheme="majorHAnsi"/>
              </w:rPr>
            </w:pPr>
            <w:r w:rsidRPr="00B32BAB">
              <w:rPr>
                <w:rFonts w:asciiTheme="majorHAnsi" w:hAnsiTheme="majorHAnsi" w:cstheme="majorHAnsi"/>
              </w:rPr>
              <w:t>Phone:</w:t>
            </w:r>
          </w:p>
        </w:tc>
        <w:tc>
          <w:tcPr>
            <w:tcW w:w="1179" w:type="pct"/>
          </w:tcPr>
          <w:p w14:paraId="6D58AC90" w14:textId="1000D33F" w:rsidR="002E2812" w:rsidRPr="00B32BAB" w:rsidRDefault="002E2812" w:rsidP="002E2812">
            <w:pPr>
              <w:pStyle w:val="NoSpacing"/>
              <w:rPr>
                <w:rFonts w:asciiTheme="majorHAnsi" w:hAnsiTheme="majorHAnsi" w:cstheme="majorHAnsi"/>
              </w:rPr>
            </w:pPr>
          </w:p>
        </w:tc>
      </w:tr>
      <w:tr w:rsidR="001A5BB5" w:rsidRPr="00AD5074" w14:paraId="084319C0" w14:textId="77777777" w:rsidTr="00C04C81">
        <w:trPr>
          <w:trHeight w:val="241"/>
        </w:trPr>
        <w:tc>
          <w:tcPr>
            <w:tcW w:w="1433" w:type="pct"/>
          </w:tcPr>
          <w:p w14:paraId="54AD943C" w14:textId="508044E5" w:rsidR="001A5BB5" w:rsidRPr="00B32BAB" w:rsidRDefault="001A5BB5" w:rsidP="002E2812">
            <w:pPr>
              <w:pStyle w:val="NoSpacing"/>
              <w:rPr>
                <w:rFonts w:asciiTheme="majorHAnsi" w:hAnsiTheme="majorHAnsi" w:cstheme="majorHAnsi"/>
              </w:rPr>
            </w:pPr>
            <w:r w:rsidRPr="00B32BAB">
              <w:rPr>
                <w:rFonts w:asciiTheme="majorHAnsi" w:hAnsiTheme="majorHAnsi" w:cstheme="majorHAnsi"/>
              </w:rPr>
              <w:t>Department</w:t>
            </w:r>
            <w:r w:rsidR="00993F63" w:rsidRPr="00B32BAB">
              <w:rPr>
                <w:rFonts w:asciiTheme="majorHAnsi" w:hAnsiTheme="majorHAnsi" w:cstheme="majorHAnsi"/>
              </w:rPr>
              <w:t>:</w:t>
            </w:r>
          </w:p>
        </w:tc>
        <w:tc>
          <w:tcPr>
            <w:tcW w:w="1880" w:type="pct"/>
          </w:tcPr>
          <w:p w14:paraId="221CA00F" w14:textId="77777777" w:rsidR="001A5BB5" w:rsidRPr="00B32BAB" w:rsidRDefault="001A5BB5" w:rsidP="002E2812">
            <w:pPr>
              <w:pStyle w:val="NoSpacing"/>
              <w:rPr>
                <w:rFonts w:asciiTheme="majorHAnsi" w:hAnsiTheme="majorHAnsi" w:cstheme="majorHAnsi"/>
              </w:rPr>
            </w:pPr>
          </w:p>
        </w:tc>
        <w:tc>
          <w:tcPr>
            <w:tcW w:w="508" w:type="pct"/>
          </w:tcPr>
          <w:p w14:paraId="3F352642" w14:textId="2194B339" w:rsidR="001A5BB5" w:rsidRPr="00B32BAB" w:rsidRDefault="001A5BB5" w:rsidP="002E2812">
            <w:pPr>
              <w:pStyle w:val="NoSpacing"/>
              <w:rPr>
                <w:rFonts w:asciiTheme="majorHAnsi" w:hAnsiTheme="majorHAnsi" w:cstheme="majorHAnsi"/>
              </w:rPr>
            </w:pPr>
          </w:p>
        </w:tc>
        <w:tc>
          <w:tcPr>
            <w:tcW w:w="1179" w:type="pct"/>
          </w:tcPr>
          <w:p w14:paraId="75097E67" w14:textId="77777777" w:rsidR="001A5BB5" w:rsidRPr="00B32BAB" w:rsidRDefault="001A5BB5" w:rsidP="002E2812">
            <w:pPr>
              <w:pStyle w:val="NoSpacing"/>
              <w:rPr>
                <w:rFonts w:asciiTheme="majorHAnsi" w:hAnsiTheme="majorHAnsi" w:cstheme="majorHAnsi"/>
              </w:rPr>
            </w:pPr>
          </w:p>
        </w:tc>
      </w:tr>
    </w:tbl>
    <w:p w14:paraId="42BFD6C8" w14:textId="798E15DF" w:rsidR="00F1441D" w:rsidRPr="00AD5074" w:rsidRDefault="00A12EE8" w:rsidP="00F1441D">
      <w:pPr>
        <w:rPr>
          <w:rFonts w:asciiTheme="majorHAnsi" w:hAnsiTheme="majorHAnsi" w:cstheme="majorHAnsi"/>
        </w:rPr>
      </w:pPr>
      <w:r w:rsidRPr="00AD5074">
        <w:rPr>
          <w:rFonts w:asciiTheme="majorHAnsi" w:hAnsiTheme="majorHAnsi" w:cstheme="majorHAnsi"/>
          <w:b/>
          <w:bCs/>
        </w:rPr>
        <w:br/>
      </w:r>
      <w:r w:rsidR="00F1441D" w:rsidRPr="00AD5074">
        <w:rPr>
          <w:rFonts w:asciiTheme="majorHAnsi" w:hAnsiTheme="majorHAnsi" w:cstheme="majorHAnsi"/>
          <w:b/>
          <w:bCs/>
        </w:rPr>
        <w:t xml:space="preserve">If employed by </w:t>
      </w:r>
      <w:r w:rsidR="001C4D98" w:rsidRPr="00AD5074">
        <w:rPr>
          <w:rFonts w:asciiTheme="majorHAnsi" w:hAnsiTheme="majorHAnsi" w:cstheme="majorHAnsi"/>
          <w:b/>
          <w:bCs/>
        </w:rPr>
        <w:t>McMurry University</w:t>
      </w:r>
      <w:r w:rsidR="00F1441D" w:rsidRPr="00AD5074">
        <w:rPr>
          <w:rFonts w:asciiTheme="majorHAnsi" w:hAnsiTheme="majorHAnsi" w:cstheme="majorHAnsi"/>
          <w:b/>
          <w:bCs/>
        </w:rPr>
        <w:t>, specify department and confirm different reporting line:</w:t>
      </w:r>
    </w:p>
    <w:p w14:paraId="549F9A63" w14:textId="77777777" w:rsidR="00F1441D" w:rsidRPr="00AD5074" w:rsidRDefault="00F1441D" w:rsidP="001C4D98">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AD5074">
        <w:rPr>
          <w:rFonts w:asciiTheme="majorHAnsi" w:hAnsiTheme="majorHAnsi" w:cstheme="majorHAnsi"/>
        </w:rPr>
        <w:t>[Text box - 2 lines]</w:t>
      </w:r>
    </w:p>
    <w:p w14:paraId="09F298BE" w14:textId="77777777" w:rsidR="00F1441D" w:rsidRPr="00AD5074" w:rsidRDefault="00F1441D" w:rsidP="00F1441D">
      <w:pPr>
        <w:rPr>
          <w:rFonts w:asciiTheme="majorHAnsi" w:hAnsiTheme="majorHAnsi" w:cstheme="majorHAnsi"/>
        </w:rPr>
      </w:pPr>
      <w:r w:rsidRPr="00AD5074">
        <w:rPr>
          <w:rFonts w:asciiTheme="majorHAnsi" w:hAnsiTheme="majorHAnsi" w:cstheme="majorHAnsi"/>
          <w:b/>
          <w:bCs/>
        </w:rPr>
        <w:t>External Evaluator Qualifications</w:t>
      </w:r>
      <w:r w:rsidRPr="00AD5074">
        <w:rPr>
          <w:rFonts w:asciiTheme="majorHAnsi" w:hAnsiTheme="majorHAnsi" w:cstheme="majorHAnsi"/>
        </w:rPr>
        <w:t> (brief summary):</w:t>
      </w:r>
    </w:p>
    <w:p w14:paraId="3ADA5D28" w14:textId="77777777" w:rsidR="00F1441D" w:rsidRPr="00AD5074" w:rsidRDefault="00F1441D" w:rsidP="001C4D98">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AD5074">
        <w:rPr>
          <w:rFonts w:asciiTheme="majorHAnsi" w:hAnsiTheme="majorHAnsi" w:cstheme="majorHAnsi"/>
        </w:rPr>
        <w:t>[Text box - 3 lines]</w:t>
      </w:r>
    </w:p>
    <w:p w14:paraId="6634A0D8" w14:textId="77777777" w:rsidR="00F1441D" w:rsidRPr="00AD5074" w:rsidRDefault="00F1441D" w:rsidP="00F1441D">
      <w:pPr>
        <w:rPr>
          <w:rFonts w:asciiTheme="majorHAnsi" w:hAnsiTheme="majorHAnsi" w:cstheme="majorHAnsi"/>
        </w:rPr>
      </w:pPr>
      <w:r w:rsidRPr="00AD5074">
        <w:rPr>
          <w:rFonts w:asciiTheme="majorHAnsi" w:hAnsiTheme="majorHAnsi" w:cstheme="majorHAnsi"/>
          <w:b/>
          <w:bCs/>
        </w:rPr>
        <w:t>Evaluation Experience Relevant to This Project:</w:t>
      </w:r>
    </w:p>
    <w:p w14:paraId="0C0B6C18" w14:textId="77777777" w:rsidR="00F1441D" w:rsidRPr="00AD5074" w:rsidRDefault="00F1441D" w:rsidP="001C4D98">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AD5074">
        <w:rPr>
          <w:rFonts w:asciiTheme="majorHAnsi" w:hAnsiTheme="majorHAnsi" w:cstheme="majorHAnsi"/>
        </w:rPr>
        <w:t>[Text box - 3 lines]</w:t>
      </w:r>
    </w:p>
    <w:p w14:paraId="2D3E7E3B" w14:textId="341CAB17" w:rsidR="00F1441D" w:rsidRDefault="00F1441D" w:rsidP="00F1441D">
      <w:pPr>
        <w:rPr>
          <w:rFonts w:asciiTheme="majorHAnsi" w:hAnsiTheme="majorHAnsi" w:cstheme="majorHAnsi"/>
        </w:rPr>
      </w:pPr>
      <w:r w:rsidRPr="00AD5074">
        <w:rPr>
          <w:rFonts w:asciiTheme="majorHAnsi" w:hAnsiTheme="majorHAnsi" w:cstheme="majorHAnsi"/>
          <w:b/>
          <w:bCs/>
        </w:rPr>
        <w:t>Required Documentation</w:t>
      </w:r>
      <w:r w:rsidRPr="00AD5074">
        <w:rPr>
          <w:rFonts w:asciiTheme="majorHAnsi" w:hAnsiTheme="majorHAnsi" w:cstheme="majorHAnsi"/>
        </w:rPr>
        <w:t> (</w:t>
      </w:r>
      <w:r w:rsidR="007C66D3">
        <w:rPr>
          <w:rFonts w:asciiTheme="majorHAnsi" w:hAnsiTheme="majorHAnsi" w:cstheme="majorHAnsi"/>
        </w:rPr>
        <w:t>I</w:t>
      </w:r>
      <w:r w:rsidRPr="00AD5074">
        <w:rPr>
          <w:rFonts w:asciiTheme="majorHAnsi" w:hAnsiTheme="majorHAnsi" w:cstheme="majorHAnsi"/>
        </w:rPr>
        <w:t>nclude in appendix):</w:t>
      </w:r>
    </w:p>
    <w:p w14:paraId="66A50854" w14:textId="5F30BA3D" w:rsidR="00585DC9" w:rsidRPr="00585DC9" w:rsidRDefault="00585DC9" w:rsidP="00585DC9">
      <w:pPr>
        <w:pStyle w:val="ListParagraph"/>
        <w:numPr>
          <w:ilvl w:val="0"/>
          <w:numId w:val="13"/>
        </w:numPr>
        <w:rPr>
          <w:rFonts w:asciiTheme="majorHAnsi" w:hAnsiTheme="majorHAnsi" w:cstheme="majorHAnsi"/>
        </w:rPr>
      </w:pPr>
      <w:r w:rsidRPr="00585DC9">
        <w:rPr>
          <w:rFonts w:asciiTheme="majorHAnsi" w:hAnsiTheme="majorHAnsi" w:cstheme="majorHAnsi"/>
        </w:rPr>
        <w:t>Biographical Sketch/CV</w:t>
      </w:r>
    </w:p>
    <w:p w14:paraId="350F821E" w14:textId="585ECDEA" w:rsidR="00585DC9" w:rsidRPr="00585DC9" w:rsidRDefault="00585DC9" w:rsidP="00585DC9">
      <w:pPr>
        <w:pStyle w:val="ListParagraph"/>
        <w:numPr>
          <w:ilvl w:val="0"/>
          <w:numId w:val="13"/>
        </w:numPr>
        <w:rPr>
          <w:rFonts w:asciiTheme="majorHAnsi" w:hAnsiTheme="majorHAnsi" w:cstheme="majorHAnsi"/>
        </w:rPr>
      </w:pPr>
      <w:r w:rsidRPr="00585DC9">
        <w:rPr>
          <w:rFonts w:asciiTheme="majorHAnsi" w:hAnsiTheme="majorHAnsi" w:cstheme="majorHAnsi"/>
        </w:rPr>
        <w:t>Letter of Commitment</w:t>
      </w:r>
      <w:r w:rsidR="009D30E0">
        <w:rPr>
          <w:rFonts w:asciiTheme="majorHAnsi" w:hAnsiTheme="majorHAnsi" w:cstheme="majorHAnsi"/>
        </w:rPr>
        <w:t xml:space="preserve"> and Compensation Expectation</w:t>
      </w:r>
    </w:p>
    <w:p w14:paraId="167040EE" w14:textId="0A5F3837" w:rsidR="00585DC9" w:rsidRPr="00585DC9" w:rsidRDefault="00585DC9" w:rsidP="00585DC9">
      <w:pPr>
        <w:pStyle w:val="ListParagraph"/>
        <w:numPr>
          <w:ilvl w:val="0"/>
          <w:numId w:val="13"/>
        </w:numPr>
        <w:rPr>
          <w:rFonts w:asciiTheme="majorHAnsi" w:hAnsiTheme="majorHAnsi" w:cstheme="majorHAnsi"/>
        </w:rPr>
      </w:pPr>
      <w:r w:rsidRPr="00585DC9">
        <w:rPr>
          <w:rFonts w:asciiTheme="majorHAnsi" w:hAnsiTheme="majorHAnsi" w:cstheme="majorHAnsi"/>
        </w:rPr>
        <w:lastRenderedPageBreak/>
        <w:t>Other documentation of evaluation experience</w:t>
      </w:r>
      <w:r>
        <w:rPr>
          <w:rFonts w:asciiTheme="majorHAnsi" w:hAnsiTheme="majorHAnsi" w:cstheme="majorHAnsi"/>
        </w:rPr>
        <w:t xml:space="preserve"> (if needed)</w:t>
      </w:r>
    </w:p>
    <w:p w14:paraId="53BC72D2" w14:textId="757DF9ED" w:rsidR="00F1441D" w:rsidRPr="00AD5074" w:rsidRDefault="00F1441D" w:rsidP="00F1441D">
      <w:pPr>
        <w:rPr>
          <w:rFonts w:asciiTheme="majorHAnsi" w:hAnsiTheme="majorHAnsi" w:cstheme="majorHAnsi"/>
        </w:rPr>
      </w:pPr>
      <w:r w:rsidRPr="00AD5074">
        <w:rPr>
          <w:rFonts w:asciiTheme="majorHAnsi" w:hAnsiTheme="majorHAnsi" w:cstheme="majorHAnsi"/>
          <w:b/>
          <w:bCs/>
        </w:rPr>
        <w:t>If external evaluator has not yet been identified, explain selection timeline</w:t>
      </w:r>
      <w:r w:rsidR="00E26254" w:rsidRPr="00AD5074">
        <w:rPr>
          <w:rFonts w:asciiTheme="majorHAnsi" w:hAnsiTheme="majorHAnsi" w:cstheme="majorHAnsi"/>
          <w:b/>
          <w:bCs/>
        </w:rPr>
        <w:t xml:space="preserve"> and qualifications</w:t>
      </w:r>
      <w:r w:rsidRPr="00AD5074">
        <w:rPr>
          <w:rFonts w:asciiTheme="majorHAnsi" w:hAnsiTheme="majorHAnsi" w:cstheme="majorHAnsi"/>
          <w:b/>
          <w:bCs/>
        </w:rPr>
        <w:t>:</w:t>
      </w:r>
    </w:p>
    <w:p w14:paraId="7F8DC797" w14:textId="77777777" w:rsidR="00F1441D" w:rsidRPr="00AD5074" w:rsidRDefault="00F1441D" w:rsidP="00850D5D">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AD5074">
        <w:rPr>
          <w:rFonts w:asciiTheme="majorHAnsi" w:hAnsiTheme="majorHAnsi" w:cstheme="majorHAnsi"/>
        </w:rPr>
        <w:t>[Text box - 2 lines]</w:t>
      </w:r>
    </w:p>
    <w:p w14:paraId="280240B7" w14:textId="77777777" w:rsidR="0064317C" w:rsidRDefault="0064317C">
      <w:pPr>
        <w:pStyle w:val="Heading2"/>
        <w:shd w:val="clear" w:color="auto" w:fill="F2F2F2"/>
        <w:divId w:val="752968645"/>
        <w:rPr>
          <w:rFonts w:eastAsia="Times New Roman"/>
          <w:szCs w:val="32"/>
        </w:rPr>
      </w:pPr>
      <w:r>
        <w:rPr>
          <w:rFonts w:eastAsia="Times New Roman"/>
        </w:rPr>
        <w:t>SECTION I: HUMAN SUBJECTS RESEARCH TRAINING</w:t>
      </w:r>
    </w:p>
    <w:p w14:paraId="0AA6DEAD" w14:textId="77777777" w:rsidR="00060DC9" w:rsidRPr="00AD5074" w:rsidRDefault="00F86A14">
      <w:pPr>
        <w:rPr>
          <w:rFonts w:asciiTheme="majorHAnsi" w:hAnsiTheme="majorHAnsi" w:cstheme="majorHAnsi"/>
        </w:rPr>
      </w:pPr>
      <w:r w:rsidRPr="00AD5074">
        <w:rPr>
          <w:rFonts w:asciiTheme="majorHAnsi" w:hAnsiTheme="majorHAnsi" w:cstheme="majorHAnsi"/>
          <w:b/>
        </w:rPr>
        <w:t>Instructions:</w:t>
      </w:r>
      <w:r w:rsidRPr="00AD5074">
        <w:rPr>
          <w:rFonts w:asciiTheme="majorHAnsi" w:hAnsiTheme="majorHAnsi" w:cstheme="majorHAnsi"/>
        </w:rPr>
        <w:t xml:space="preserve"> All investigators (PI, co-investigators, and research assistants who will interact with participants or identifiable data) must complete CITI Human Subjects Research Training before IRB approval can be granted. Training certificates must be attached to your protocol submission in the appendix. If your training is in progress, provide the expected completion date, but note that final IRB approval cannot be granted until training is complete.</w:t>
      </w:r>
    </w:p>
    <w:p w14:paraId="3EB95635" w14:textId="31D1D8D7" w:rsidR="00060DC9" w:rsidRPr="00AD5074" w:rsidRDefault="00F86A14">
      <w:pPr>
        <w:rPr>
          <w:rFonts w:asciiTheme="majorHAnsi" w:hAnsiTheme="majorHAnsi" w:cstheme="majorHAnsi"/>
        </w:rPr>
      </w:pPr>
      <w:r w:rsidRPr="00AD5074">
        <w:rPr>
          <w:rFonts w:asciiTheme="majorHAnsi" w:hAnsiTheme="majorHAnsi" w:cstheme="majorHAnsi"/>
          <w:b/>
        </w:rPr>
        <w:t>CITI Training Completion:</w:t>
      </w:r>
      <w:r w:rsidR="008E2C24" w:rsidRPr="00AD5074">
        <w:rPr>
          <w:rFonts w:asciiTheme="majorHAnsi" w:hAnsiTheme="majorHAnsi" w:cstheme="majorHAnsi"/>
          <w:b/>
        </w:rPr>
        <w:t xml:space="preserve">  </w:t>
      </w:r>
      <w:r w:rsidR="008E2C24" w:rsidRPr="00AD5074">
        <w:rPr>
          <w:rFonts w:asciiTheme="majorHAnsi" w:hAnsiTheme="majorHAnsi" w:cstheme="majorHAnsi"/>
          <w:bCs/>
        </w:rPr>
        <w:t>Place an X next to the appropriate status</w:t>
      </w:r>
    </w:p>
    <w:tbl>
      <w:tblPr>
        <w:tblStyle w:val="TableGrid"/>
        <w:tblW w:w="5001" w:type="pct"/>
        <w:tblLook w:val="04A0" w:firstRow="1" w:lastRow="0" w:firstColumn="1" w:lastColumn="0" w:noHBand="0" w:noVBand="1"/>
      </w:tblPr>
      <w:tblGrid>
        <w:gridCol w:w="2716"/>
        <w:gridCol w:w="6862"/>
      </w:tblGrid>
      <w:tr w:rsidR="00CA3441" w:rsidRPr="00AD5074" w14:paraId="6457DE35" w14:textId="77777777" w:rsidTr="00CA3441">
        <w:tc>
          <w:tcPr>
            <w:tcW w:w="1418" w:type="pct"/>
            <w:shd w:val="clear" w:color="auto" w:fill="F2F2F2" w:themeFill="background1" w:themeFillShade="F2"/>
          </w:tcPr>
          <w:p w14:paraId="672D1468" w14:textId="33A0CA0D" w:rsidR="00CA3441" w:rsidRPr="00B32BAB" w:rsidRDefault="00CA3441" w:rsidP="00CA3441">
            <w:pPr>
              <w:pStyle w:val="NoSpacing"/>
              <w:rPr>
                <w:rFonts w:asciiTheme="majorHAnsi" w:hAnsiTheme="majorHAnsi" w:cstheme="majorHAnsi"/>
                <w:b/>
                <w:bCs/>
              </w:rPr>
            </w:pPr>
            <w:r w:rsidRPr="00B32BAB">
              <w:rPr>
                <w:rFonts w:asciiTheme="majorHAnsi" w:hAnsiTheme="majorHAnsi" w:cstheme="majorHAnsi"/>
                <w:b/>
                <w:bCs/>
              </w:rPr>
              <w:t>Training Status</w:t>
            </w:r>
          </w:p>
        </w:tc>
        <w:tc>
          <w:tcPr>
            <w:tcW w:w="3582" w:type="pct"/>
            <w:shd w:val="clear" w:color="auto" w:fill="F2F2F2" w:themeFill="background1" w:themeFillShade="F2"/>
          </w:tcPr>
          <w:p w14:paraId="4E028ED8" w14:textId="45006F9C" w:rsidR="00CA3441" w:rsidRPr="00B32BAB" w:rsidRDefault="00CA3441" w:rsidP="00CA3441">
            <w:pPr>
              <w:pStyle w:val="NoSpacing"/>
              <w:rPr>
                <w:rFonts w:asciiTheme="majorHAnsi" w:hAnsiTheme="majorHAnsi" w:cstheme="majorHAnsi"/>
                <w:b/>
                <w:bCs/>
              </w:rPr>
            </w:pPr>
            <w:r>
              <w:rPr>
                <w:rFonts w:asciiTheme="majorHAnsi" w:hAnsiTheme="majorHAnsi" w:cstheme="majorHAnsi"/>
                <w:b/>
                <w:bCs/>
              </w:rPr>
              <w:t>Place an X in the appropriate row</w:t>
            </w:r>
          </w:p>
        </w:tc>
      </w:tr>
      <w:tr w:rsidR="00CA3441" w:rsidRPr="00AD5074" w14:paraId="6F5C7718" w14:textId="77777777" w:rsidTr="00CA3441">
        <w:tc>
          <w:tcPr>
            <w:tcW w:w="1418" w:type="pct"/>
          </w:tcPr>
          <w:p w14:paraId="19F477B0" w14:textId="02C4F70D" w:rsidR="00CA3441" w:rsidRPr="00B32BAB" w:rsidRDefault="00CA3441" w:rsidP="00CA3441">
            <w:pPr>
              <w:pStyle w:val="NoSpacing"/>
              <w:rPr>
                <w:rFonts w:asciiTheme="majorHAnsi" w:hAnsiTheme="majorHAnsi" w:cstheme="majorHAnsi"/>
              </w:rPr>
            </w:pPr>
            <w:r w:rsidRPr="00B32BAB">
              <w:rPr>
                <w:rFonts w:asciiTheme="majorHAnsi" w:hAnsiTheme="majorHAnsi" w:cstheme="majorHAnsi"/>
              </w:rPr>
              <w:t xml:space="preserve">CITI Training Completed </w:t>
            </w:r>
          </w:p>
        </w:tc>
        <w:tc>
          <w:tcPr>
            <w:tcW w:w="3582" w:type="pct"/>
          </w:tcPr>
          <w:p w14:paraId="65513CC8" w14:textId="3CC6935B" w:rsidR="00CA3441" w:rsidRPr="00B32BAB" w:rsidRDefault="00CA3441" w:rsidP="00CA3441">
            <w:pPr>
              <w:pStyle w:val="NoSpacing"/>
              <w:rPr>
                <w:rFonts w:asciiTheme="majorHAnsi" w:hAnsiTheme="majorHAnsi" w:cstheme="majorHAnsi"/>
              </w:rPr>
            </w:pPr>
            <w:r>
              <w:rPr>
                <w:rFonts w:asciiTheme="majorHAnsi" w:hAnsiTheme="majorHAnsi" w:cstheme="majorHAnsi"/>
              </w:rPr>
              <w:tab/>
            </w:r>
            <w:r w:rsidRPr="00B32BAB">
              <w:rPr>
                <w:rFonts w:asciiTheme="majorHAnsi" w:hAnsiTheme="majorHAnsi" w:cstheme="majorHAnsi"/>
              </w:rPr>
              <w:t>Certificate Attached</w:t>
            </w:r>
          </w:p>
        </w:tc>
      </w:tr>
      <w:tr w:rsidR="00CA3441" w:rsidRPr="00AD5074" w14:paraId="412D47FE" w14:textId="77777777" w:rsidTr="00CA3441">
        <w:tc>
          <w:tcPr>
            <w:tcW w:w="1418" w:type="pct"/>
          </w:tcPr>
          <w:p w14:paraId="4951C2E9" w14:textId="7D564453" w:rsidR="00CA3441" w:rsidRPr="00B32BAB" w:rsidRDefault="00CA3441" w:rsidP="00CA3441">
            <w:pPr>
              <w:pStyle w:val="NoSpacing"/>
              <w:rPr>
                <w:rFonts w:asciiTheme="majorHAnsi" w:hAnsiTheme="majorHAnsi" w:cstheme="majorHAnsi"/>
              </w:rPr>
            </w:pPr>
            <w:r w:rsidRPr="00B32BAB">
              <w:rPr>
                <w:rFonts w:asciiTheme="majorHAnsi" w:hAnsiTheme="majorHAnsi" w:cstheme="majorHAnsi"/>
              </w:rPr>
              <w:t xml:space="preserve">CITI Training In Progress </w:t>
            </w:r>
          </w:p>
        </w:tc>
        <w:tc>
          <w:tcPr>
            <w:tcW w:w="3582" w:type="pct"/>
          </w:tcPr>
          <w:p w14:paraId="6F481F10" w14:textId="290FE22D" w:rsidR="00CA3441" w:rsidRPr="00B32BAB" w:rsidRDefault="00CA3441" w:rsidP="00CA3441">
            <w:pPr>
              <w:pStyle w:val="NoSpacing"/>
              <w:rPr>
                <w:rFonts w:asciiTheme="majorHAnsi" w:hAnsiTheme="majorHAnsi" w:cstheme="majorHAnsi"/>
              </w:rPr>
            </w:pPr>
            <w:r>
              <w:rPr>
                <w:rFonts w:asciiTheme="majorHAnsi" w:hAnsiTheme="majorHAnsi" w:cstheme="majorHAnsi"/>
              </w:rPr>
              <w:tab/>
            </w:r>
            <w:r w:rsidRPr="00B32BAB">
              <w:rPr>
                <w:rFonts w:asciiTheme="majorHAnsi" w:hAnsiTheme="majorHAnsi" w:cstheme="majorHAnsi"/>
              </w:rPr>
              <w:t>Provide Expected Completion Date:</w:t>
            </w:r>
          </w:p>
        </w:tc>
      </w:tr>
    </w:tbl>
    <w:p w14:paraId="012FA130" w14:textId="697DA4BD" w:rsidR="00060DC9" w:rsidRPr="00AD5074" w:rsidRDefault="00C305A9">
      <w:pPr>
        <w:rPr>
          <w:rFonts w:asciiTheme="majorHAnsi" w:hAnsiTheme="majorHAnsi" w:cstheme="majorHAnsi"/>
        </w:rPr>
      </w:pPr>
      <w:r w:rsidRPr="00AD5074">
        <w:rPr>
          <w:rFonts w:asciiTheme="majorHAnsi" w:hAnsiTheme="majorHAnsi" w:cstheme="majorHAnsi"/>
          <w:b/>
        </w:rPr>
        <w:br/>
      </w:r>
      <w:r w:rsidR="00F86A14" w:rsidRPr="00AD5074">
        <w:rPr>
          <w:rFonts w:asciiTheme="majorHAnsi" w:hAnsiTheme="majorHAnsi" w:cstheme="majorHAnsi"/>
          <w:b/>
        </w:rPr>
        <w:t>Note:</w:t>
      </w:r>
      <w:r w:rsidR="00F86A14" w:rsidRPr="00AD5074">
        <w:rPr>
          <w:rFonts w:asciiTheme="majorHAnsi" w:hAnsiTheme="majorHAnsi" w:cstheme="majorHAnsi"/>
        </w:rPr>
        <w:t xml:space="preserve"> </w:t>
      </w:r>
      <w:r w:rsidR="00F86A14" w:rsidRPr="00AD5074">
        <w:rPr>
          <w:rFonts w:asciiTheme="majorHAnsi" w:hAnsiTheme="majorHAnsi" w:cstheme="majorHAnsi"/>
          <w:i/>
        </w:rPr>
        <w:t>All investigators must complete CITI Human Subjects Research Training before IRB approval can be granted. Attach certificates to appendix.</w:t>
      </w:r>
    </w:p>
    <w:p w14:paraId="1B474D9C" w14:textId="03AA5C9C" w:rsidR="00060DC9" w:rsidRPr="00AD5074" w:rsidRDefault="00F86A14">
      <w:pPr>
        <w:rPr>
          <w:rFonts w:asciiTheme="majorHAnsi" w:hAnsiTheme="majorHAnsi" w:cstheme="majorHAnsi"/>
        </w:rPr>
      </w:pPr>
      <w:r w:rsidRPr="00AD5074">
        <w:rPr>
          <w:rFonts w:asciiTheme="majorHAnsi" w:hAnsiTheme="majorHAnsi" w:cstheme="majorHAnsi"/>
          <w:b/>
        </w:rPr>
        <w:t>To access CITI Training:</w:t>
      </w:r>
      <w:r w:rsidRPr="00AD5074">
        <w:rPr>
          <w:rFonts w:asciiTheme="majorHAnsi" w:hAnsiTheme="majorHAnsi" w:cstheme="majorHAnsi"/>
        </w:rPr>
        <w:t xml:space="preserve"> Visit www.citiprogram.org and </w:t>
      </w:r>
      <w:r w:rsidR="002F292A" w:rsidRPr="00AD5074">
        <w:rPr>
          <w:rFonts w:asciiTheme="majorHAnsi" w:hAnsiTheme="majorHAnsi" w:cstheme="majorHAnsi"/>
        </w:rPr>
        <w:t>log in</w:t>
      </w:r>
      <w:r w:rsidRPr="00AD5074">
        <w:rPr>
          <w:rFonts w:asciiTheme="majorHAnsi" w:hAnsiTheme="majorHAnsi" w:cstheme="majorHAnsi"/>
        </w:rPr>
        <w:t xml:space="preserve"> using your McMurry University email address.</w:t>
      </w:r>
    </w:p>
    <w:p w14:paraId="5EC47BED" w14:textId="77777777" w:rsidR="0064317C" w:rsidRDefault="0064317C">
      <w:pPr>
        <w:pStyle w:val="Heading2"/>
        <w:shd w:val="clear" w:color="auto" w:fill="F2F2F2"/>
        <w:divId w:val="1212040528"/>
        <w:rPr>
          <w:rFonts w:eastAsia="Times New Roman"/>
          <w:szCs w:val="32"/>
        </w:rPr>
      </w:pPr>
      <w:r>
        <w:rPr>
          <w:rFonts w:eastAsia="Times New Roman"/>
        </w:rPr>
        <w:t>SECTION J: PI/CO-PI/FACULTY SPONSOR SIGNATURES</w:t>
      </w:r>
    </w:p>
    <w:p w14:paraId="5488D6CF" w14:textId="77777777" w:rsidR="008F448D" w:rsidRDefault="008F448D">
      <w:pPr>
        <w:rPr>
          <w:rFonts w:ascii="Calibri" w:hAnsi="Calibri" w:cs="Calibri"/>
        </w:rPr>
      </w:pPr>
      <w:r>
        <w:rPr>
          <w:rFonts w:ascii="Calibri" w:hAnsi="Calibri" w:cs="Calibri"/>
          <w:b/>
          <w:bCs/>
        </w:rPr>
        <w:t>Instructions:</w:t>
      </w:r>
      <w:r>
        <w:rPr>
          <w:rFonts w:ascii="Calibri" w:hAnsi="Calibri" w:cs="Calibri"/>
        </w:rPr>
        <w:t xml:space="preserve"> All signatures certify that the information provided is accurate and complete, and that the research will be conducted as described in this protocol. Any changes to the approved protocol must be submitted to the IRB for review and approval before implementation.</w:t>
      </w:r>
    </w:p>
    <w:p w14:paraId="022E2A11" w14:textId="576A6218" w:rsidR="00D262F2" w:rsidRDefault="00D262F2" w:rsidP="00D262F2">
      <w:r>
        <w:rPr>
          <w:rFonts w:ascii="Calibri" w:hAnsi="Calibri" w:cs="Calibri"/>
        </w:rPr>
        <w:t xml:space="preserve">Each Co-Investigator must complete a separate </w:t>
      </w:r>
      <w:r w:rsidR="00A42045">
        <w:rPr>
          <w:rFonts w:ascii="Calibri" w:hAnsi="Calibri" w:cs="Calibri"/>
        </w:rPr>
        <w:t>signature</w:t>
      </w:r>
      <w:r>
        <w:rPr>
          <w:rFonts w:ascii="Calibri" w:hAnsi="Calibri" w:cs="Calibri"/>
        </w:rPr>
        <w:t xml:space="preserve"> page (signed and dated) and attach to the appendix.  </w:t>
      </w:r>
    </w:p>
    <w:p w14:paraId="5FED302F" w14:textId="77777777" w:rsidR="00E970AC" w:rsidRDefault="00E970AC"/>
    <w:p w14:paraId="1AC9745F" w14:textId="2A4F5D88" w:rsidR="00593637" w:rsidRPr="0072154B" w:rsidRDefault="00593637" w:rsidP="00F127BD">
      <w:pPr>
        <w:rPr>
          <w:i/>
          <w:iCs/>
        </w:rPr>
      </w:pPr>
      <w:r>
        <w:rPr>
          <w:rFonts w:ascii="Calibri" w:hAnsi="Calibri" w:cs="Calibri"/>
          <w:b/>
          <w:bCs/>
        </w:rPr>
        <w:t>Electronic signature (DOCX):</w:t>
      </w:r>
      <w:r>
        <w:rPr>
          <w:rFonts w:ascii="Calibri" w:hAnsi="Calibri" w:cs="Calibri"/>
        </w:rPr>
        <w:t xml:space="preserve"> </w:t>
      </w:r>
      <w:r w:rsidRPr="00F127BD">
        <w:rPr>
          <w:rFonts w:ascii="Calibri" w:eastAsia="Times New Roman" w:hAnsi="Calibri" w:cs="Calibri"/>
        </w:rPr>
        <w:t xml:space="preserve">Type </w:t>
      </w:r>
      <w:r w:rsidRPr="00F127BD">
        <w:rPr>
          <w:rFonts w:ascii="Calibri" w:eastAsia="Times New Roman" w:hAnsi="Calibri" w:cs="Calibri"/>
          <w:i/>
          <w:iCs/>
        </w:rPr>
        <w:t>/s/ First Last</w:t>
      </w:r>
      <w:r w:rsidRPr="00F127BD">
        <w:rPr>
          <w:rFonts w:ascii="Calibri" w:eastAsia="Times New Roman" w:hAnsi="Calibri" w:cs="Calibri"/>
        </w:rPr>
        <w:t xml:space="preserve"> </w:t>
      </w:r>
      <w:r w:rsidR="00F127BD">
        <w:rPr>
          <w:rFonts w:ascii="Calibri" w:eastAsia="Times New Roman" w:hAnsi="Calibri" w:cs="Calibri"/>
        </w:rPr>
        <w:t xml:space="preserve">to sign.  </w:t>
      </w:r>
      <w:r w:rsidR="0072154B">
        <w:rPr>
          <w:rFonts w:ascii="Calibri" w:eastAsia="Times New Roman" w:hAnsi="Calibri" w:cs="Calibri"/>
        </w:rPr>
        <w:br/>
        <w:t xml:space="preserve">Note:  </w:t>
      </w:r>
      <w:r w:rsidRPr="00F127BD">
        <w:rPr>
          <w:rFonts w:ascii="Calibri" w:eastAsia="Times New Roman" w:hAnsi="Calibri" w:cs="Calibri"/>
        </w:rPr>
        <w:t xml:space="preserve"> </w:t>
      </w:r>
      <w:r w:rsidRPr="0072154B">
        <w:rPr>
          <w:rFonts w:ascii="Calibri" w:eastAsia="Times New Roman" w:hAnsi="Calibri" w:cs="Calibri"/>
          <w:i/>
          <w:iCs/>
        </w:rPr>
        <w:t>“/s/” means “signed” and indicates the typed name is your signature.</w:t>
      </w:r>
    </w:p>
    <w:p w14:paraId="1768260E" w14:textId="1A041722" w:rsidR="00060DC9" w:rsidRPr="00AD5074" w:rsidRDefault="00F86A14">
      <w:pPr>
        <w:rPr>
          <w:rFonts w:asciiTheme="majorHAnsi" w:hAnsiTheme="majorHAnsi" w:cstheme="majorHAnsi"/>
        </w:rPr>
      </w:pPr>
      <w:r w:rsidRPr="00AD5074">
        <w:rPr>
          <w:rFonts w:asciiTheme="majorHAnsi" w:hAnsiTheme="majorHAnsi" w:cstheme="majorHAnsi"/>
          <w:b/>
        </w:rPr>
        <w:t>Principal Investigator Signature</w:t>
      </w:r>
      <w:r w:rsidR="002E0BB0">
        <w:rPr>
          <w:rFonts w:asciiTheme="majorHAnsi" w:hAnsiTheme="majorHAnsi" w:cstheme="majorHAnsi"/>
          <w:b/>
        </w:rPr>
        <w:t xml:space="preserve"> and Date</w:t>
      </w:r>
      <w:r w:rsidRPr="00AD5074">
        <w:rPr>
          <w:rFonts w:asciiTheme="majorHAnsi" w:hAnsiTheme="majorHAnsi" w:cstheme="majorHAnsi"/>
          <w:b/>
        </w:rPr>
        <w:t>:</w:t>
      </w:r>
    </w:p>
    <w:p w14:paraId="094B9A25" w14:textId="77777777" w:rsidR="005F57B2" w:rsidRDefault="005F57B2">
      <w:pPr>
        <w:rPr>
          <w:rFonts w:asciiTheme="majorHAnsi" w:hAnsiTheme="majorHAnsi" w:cstheme="majorHAnsi"/>
          <w:b/>
        </w:rPr>
      </w:pPr>
    </w:p>
    <w:p w14:paraId="2ACD2521" w14:textId="77777777" w:rsidR="005F57B2" w:rsidRDefault="005F57B2">
      <w:pPr>
        <w:rPr>
          <w:rFonts w:asciiTheme="majorHAnsi" w:hAnsiTheme="majorHAnsi" w:cstheme="majorHAnsi"/>
          <w:b/>
        </w:rPr>
      </w:pPr>
    </w:p>
    <w:p w14:paraId="2836272F" w14:textId="77777777" w:rsidR="002206B2" w:rsidRDefault="002206B2">
      <w:pPr>
        <w:pStyle w:val="Heading2"/>
        <w:rPr>
          <w:rFonts w:eastAsia="Times New Roman"/>
          <w:szCs w:val="32"/>
        </w:rPr>
      </w:pPr>
      <w:r>
        <w:rPr>
          <w:rFonts w:eastAsia="Times New Roman"/>
        </w:rPr>
        <w:lastRenderedPageBreak/>
        <w:t>APPENDIX CONTENTS CHECKLIST (attach as applicable)</w:t>
      </w:r>
    </w:p>
    <w:p w14:paraId="618DA8C1" w14:textId="77777777" w:rsidR="002206B2" w:rsidRDefault="002206B2">
      <w:r>
        <w:rPr>
          <w:rFonts w:ascii="Calibri" w:hAnsi="Calibri" w:cs="Calibri"/>
        </w:rPr>
        <w:t>Check each item that is included with this submission.</w:t>
      </w:r>
    </w:p>
    <w:p w14:paraId="2DF397D9" w14:textId="77777777" w:rsidR="00BE34F1" w:rsidRDefault="00BE34F1">
      <w:r>
        <w:rPr>
          <w:rFonts w:ascii="Calibri" w:hAnsi="Calibri" w:cs="Calibri"/>
          <w:b/>
          <w:bCs/>
        </w:rPr>
        <w:t>Training Documentation (Section I)</w:t>
      </w:r>
    </w:p>
    <w:p w14:paraId="4568C1A8" w14:textId="77777777" w:rsidR="00BE34F1" w:rsidRDefault="00BE34F1">
      <w:pPr>
        <w:pStyle w:val="ListParagraph"/>
      </w:pPr>
      <w:r>
        <w:rPr>
          <w:rFonts w:ascii="Segoe UI Symbol" w:hAnsi="Segoe UI Symbol"/>
        </w:rPr>
        <w:t>☐</w:t>
      </w:r>
      <w:r>
        <w:rPr>
          <w:rFonts w:ascii="Calibri" w:hAnsi="Calibri" w:cs="Calibri"/>
        </w:rPr>
        <w:t xml:space="preserve"> CITI Human Subjects Research Training certificate(s) for PI and all other investigators (co-investigators/research assistants interacting with participants or identifiable data)</w:t>
      </w:r>
    </w:p>
    <w:p w14:paraId="00EEA80E" w14:textId="77777777" w:rsidR="0075055D" w:rsidRDefault="0075055D">
      <w:r>
        <w:rPr>
          <w:rFonts w:ascii="Calibri" w:hAnsi="Calibri" w:cs="Calibri"/>
          <w:b/>
          <w:bCs/>
        </w:rPr>
        <w:t>Signatures and Certifications (Sections J and Form 2)</w:t>
      </w:r>
    </w:p>
    <w:p w14:paraId="0126BB44" w14:textId="77777777" w:rsidR="00BE34F1" w:rsidRDefault="00BE34F1">
      <w:pPr>
        <w:pStyle w:val="ListParagraph"/>
      </w:pPr>
      <w:r>
        <w:rPr>
          <w:rFonts w:ascii="Segoe UI Symbol" w:hAnsi="Segoe UI Symbol"/>
        </w:rPr>
        <w:t>☐</w:t>
      </w:r>
      <w:r>
        <w:rPr>
          <w:rFonts w:ascii="Calibri" w:hAnsi="Calibri" w:cs="Calibri"/>
        </w:rPr>
        <w:t xml:space="preserve"> Co-Investigator signature page(s) (signed and dated), if applicable</w:t>
      </w:r>
    </w:p>
    <w:p w14:paraId="35463630" w14:textId="297EB096" w:rsidR="00BE34F1" w:rsidRDefault="00BE34F1">
      <w:r>
        <w:rPr>
          <w:rFonts w:ascii="Calibri" w:hAnsi="Calibri" w:cs="Calibri"/>
          <w:b/>
          <w:bCs/>
        </w:rPr>
        <w:t>External Evaluator (Section H</w:t>
      </w:r>
      <w:r w:rsidR="001D5B85">
        <w:rPr>
          <w:rFonts w:ascii="Calibri" w:hAnsi="Calibri" w:cs="Calibri"/>
          <w:b/>
          <w:bCs/>
        </w:rPr>
        <w:t xml:space="preserve"> if needed</w:t>
      </w:r>
      <w:r>
        <w:rPr>
          <w:rFonts w:ascii="Calibri" w:hAnsi="Calibri" w:cs="Calibri"/>
          <w:b/>
          <w:bCs/>
        </w:rPr>
        <w:t>)</w:t>
      </w:r>
    </w:p>
    <w:p w14:paraId="77CA4E07" w14:textId="141C3BC8" w:rsidR="00BE34F1" w:rsidRDefault="00BE34F1">
      <w:pPr>
        <w:pStyle w:val="ListParagraph"/>
      </w:pPr>
      <w:r>
        <w:rPr>
          <w:rFonts w:ascii="Segoe UI Symbol" w:hAnsi="Segoe UI Symbol"/>
        </w:rPr>
        <w:t>☐</w:t>
      </w:r>
      <w:r>
        <w:rPr>
          <w:rFonts w:ascii="Calibri" w:hAnsi="Calibri" w:cs="Calibri"/>
        </w:rPr>
        <w:t xml:space="preserve"> External Evaluator biographical sketch/CV</w:t>
      </w:r>
    </w:p>
    <w:p w14:paraId="2089734D" w14:textId="77777777" w:rsidR="0075055D" w:rsidRDefault="0075055D">
      <w:pPr>
        <w:pStyle w:val="ListParagraph"/>
      </w:pPr>
      <w:r>
        <w:rPr>
          <w:rFonts w:ascii="Segoe UI Symbol" w:hAnsi="Segoe UI Symbol"/>
        </w:rPr>
        <w:t>☐</w:t>
      </w:r>
      <w:r>
        <w:rPr>
          <w:rFonts w:ascii="Calibri" w:hAnsi="Calibri" w:cs="Calibri"/>
        </w:rPr>
        <w:t xml:space="preserve"> External Evaluator letter of commitment and expected compensation</w:t>
      </w:r>
    </w:p>
    <w:p w14:paraId="1BC98376" w14:textId="5BE0F5C0" w:rsidR="00BE34F1" w:rsidRDefault="00BE34F1">
      <w:pPr>
        <w:pStyle w:val="ListParagraph"/>
        <w:rPr>
          <w:rFonts w:ascii="Calibri" w:hAnsi="Calibri" w:cs="Calibri"/>
        </w:rPr>
      </w:pPr>
      <w:r>
        <w:rPr>
          <w:rFonts w:ascii="Segoe UI Symbol" w:hAnsi="Segoe UI Symbol"/>
        </w:rPr>
        <w:t>☐</w:t>
      </w:r>
      <w:r>
        <w:rPr>
          <w:rFonts w:ascii="Calibri" w:hAnsi="Calibri" w:cs="Calibri"/>
        </w:rPr>
        <w:t xml:space="preserve"> Other documentation of evaluation experience</w:t>
      </w:r>
    </w:p>
    <w:p w14:paraId="1D67E824" w14:textId="77777777" w:rsidR="008926D0" w:rsidRDefault="008926D0">
      <w:pPr>
        <w:pStyle w:val="ListParagraph"/>
        <w:rPr>
          <w:rFonts w:ascii="Calibri" w:hAnsi="Calibri" w:cs="Calibri"/>
        </w:rPr>
      </w:pPr>
    </w:p>
    <w:p w14:paraId="09D0A355" w14:textId="77777777" w:rsidR="008926D0" w:rsidRDefault="008926D0">
      <w:pPr>
        <w:pStyle w:val="ListParagraph"/>
        <w:rPr>
          <w:rFonts w:ascii="Calibri" w:hAnsi="Calibri" w:cs="Calibri"/>
        </w:rPr>
      </w:pPr>
    </w:p>
    <w:p w14:paraId="0CF77C2A" w14:textId="77777777" w:rsidR="008926D0" w:rsidRPr="00AD5074" w:rsidRDefault="008926D0" w:rsidP="008926D0">
      <w:pPr>
        <w:rPr>
          <w:rFonts w:asciiTheme="majorHAnsi" w:hAnsiTheme="majorHAnsi" w:cstheme="majorHAnsi"/>
        </w:rPr>
      </w:pPr>
      <w:r w:rsidRPr="00AD5074">
        <w:rPr>
          <w:rFonts w:asciiTheme="majorHAnsi" w:hAnsiTheme="majorHAnsi" w:cstheme="majorHAnsi"/>
          <w:i/>
        </w:rPr>
        <w:t>Please proceed to Form 2: Protocol Narrative</w:t>
      </w:r>
    </w:p>
    <w:p w14:paraId="153BB2EE" w14:textId="77777777" w:rsidR="008926D0" w:rsidRDefault="008926D0" w:rsidP="008926D0">
      <w:pPr>
        <w:pStyle w:val="ListParagraph"/>
        <w:ind w:left="0"/>
      </w:pPr>
    </w:p>
    <w:sectPr w:rsidR="008926D0" w:rsidSect="00F404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AD3B12"/>
    <w:multiLevelType w:val="multilevel"/>
    <w:tmpl w:val="D8560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E6776A"/>
    <w:multiLevelType w:val="multilevel"/>
    <w:tmpl w:val="E63AC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CF16A3"/>
    <w:multiLevelType w:val="hybridMultilevel"/>
    <w:tmpl w:val="4FA49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633028"/>
    <w:multiLevelType w:val="multilevel"/>
    <w:tmpl w:val="71F8B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9306912">
    <w:abstractNumId w:val="8"/>
  </w:num>
  <w:num w:numId="2" w16cid:durableId="1055666723">
    <w:abstractNumId w:val="6"/>
  </w:num>
  <w:num w:numId="3" w16cid:durableId="582186235">
    <w:abstractNumId w:val="5"/>
  </w:num>
  <w:num w:numId="4" w16cid:durableId="1138302048">
    <w:abstractNumId w:val="4"/>
  </w:num>
  <w:num w:numId="5" w16cid:durableId="144201083">
    <w:abstractNumId w:val="7"/>
  </w:num>
  <w:num w:numId="6" w16cid:durableId="1403479129">
    <w:abstractNumId w:val="3"/>
  </w:num>
  <w:num w:numId="7" w16cid:durableId="269774652">
    <w:abstractNumId w:val="2"/>
  </w:num>
  <w:num w:numId="8" w16cid:durableId="1510367898">
    <w:abstractNumId w:val="1"/>
  </w:num>
  <w:num w:numId="9" w16cid:durableId="1140997915">
    <w:abstractNumId w:val="0"/>
  </w:num>
  <w:num w:numId="10" w16cid:durableId="1754737424">
    <w:abstractNumId w:val="9"/>
  </w:num>
  <w:num w:numId="11" w16cid:durableId="1569536340">
    <w:abstractNumId w:val="10"/>
  </w:num>
  <w:num w:numId="12" w16cid:durableId="1678387278">
    <w:abstractNumId w:val="12"/>
  </w:num>
  <w:num w:numId="13" w16cid:durableId="3056694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4508"/>
    <w:rsid w:val="00034616"/>
    <w:rsid w:val="000525A9"/>
    <w:rsid w:val="00055D71"/>
    <w:rsid w:val="0006063C"/>
    <w:rsid w:val="00060DC9"/>
    <w:rsid w:val="000B12F7"/>
    <w:rsid w:val="000F337F"/>
    <w:rsid w:val="00125B5F"/>
    <w:rsid w:val="0013150F"/>
    <w:rsid w:val="00147916"/>
    <w:rsid w:val="0015074B"/>
    <w:rsid w:val="0015770B"/>
    <w:rsid w:val="00165BDE"/>
    <w:rsid w:val="001A0312"/>
    <w:rsid w:val="001A5BB5"/>
    <w:rsid w:val="001C4D98"/>
    <w:rsid w:val="001D5B85"/>
    <w:rsid w:val="00200664"/>
    <w:rsid w:val="002143D6"/>
    <w:rsid w:val="002206B2"/>
    <w:rsid w:val="002304CC"/>
    <w:rsid w:val="0029639D"/>
    <w:rsid w:val="002C3086"/>
    <w:rsid w:val="002E0BB0"/>
    <w:rsid w:val="002E2812"/>
    <w:rsid w:val="002F292A"/>
    <w:rsid w:val="00326F90"/>
    <w:rsid w:val="00355626"/>
    <w:rsid w:val="003F0666"/>
    <w:rsid w:val="003F13E4"/>
    <w:rsid w:val="004423AF"/>
    <w:rsid w:val="004920FB"/>
    <w:rsid w:val="00496061"/>
    <w:rsid w:val="004C00F0"/>
    <w:rsid w:val="00500179"/>
    <w:rsid w:val="00525F1A"/>
    <w:rsid w:val="00540B2C"/>
    <w:rsid w:val="0056151B"/>
    <w:rsid w:val="00565402"/>
    <w:rsid w:val="00583020"/>
    <w:rsid w:val="00585DC9"/>
    <w:rsid w:val="00593637"/>
    <w:rsid w:val="005C3E88"/>
    <w:rsid w:val="005E153B"/>
    <w:rsid w:val="005E5F87"/>
    <w:rsid w:val="005F57B2"/>
    <w:rsid w:val="00611D3F"/>
    <w:rsid w:val="00636F78"/>
    <w:rsid w:val="0064317C"/>
    <w:rsid w:val="006819FD"/>
    <w:rsid w:val="006832C3"/>
    <w:rsid w:val="006866F0"/>
    <w:rsid w:val="0068695D"/>
    <w:rsid w:val="00693F12"/>
    <w:rsid w:val="0069758E"/>
    <w:rsid w:val="006A098A"/>
    <w:rsid w:val="006C10E6"/>
    <w:rsid w:val="006E5776"/>
    <w:rsid w:val="0072154B"/>
    <w:rsid w:val="0075055D"/>
    <w:rsid w:val="00771DDC"/>
    <w:rsid w:val="007C66D3"/>
    <w:rsid w:val="007D3533"/>
    <w:rsid w:val="00850D5D"/>
    <w:rsid w:val="00891603"/>
    <w:rsid w:val="008926D0"/>
    <w:rsid w:val="008B55F3"/>
    <w:rsid w:val="008E2C24"/>
    <w:rsid w:val="008E65EA"/>
    <w:rsid w:val="008F448D"/>
    <w:rsid w:val="009229A6"/>
    <w:rsid w:val="00950DE3"/>
    <w:rsid w:val="00993F63"/>
    <w:rsid w:val="009A2A5B"/>
    <w:rsid w:val="009C2241"/>
    <w:rsid w:val="009D30E0"/>
    <w:rsid w:val="009E2B67"/>
    <w:rsid w:val="009E6733"/>
    <w:rsid w:val="00A12EE8"/>
    <w:rsid w:val="00A42045"/>
    <w:rsid w:val="00AA16C9"/>
    <w:rsid w:val="00AA1D8D"/>
    <w:rsid w:val="00AD5074"/>
    <w:rsid w:val="00AF58A6"/>
    <w:rsid w:val="00B160C9"/>
    <w:rsid w:val="00B32BAB"/>
    <w:rsid w:val="00B44734"/>
    <w:rsid w:val="00B47730"/>
    <w:rsid w:val="00BA0496"/>
    <w:rsid w:val="00BA353C"/>
    <w:rsid w:val="00BA53E5"/>
    <w:rsid w:val="00BD38F0"/>
    <w:rsid w:val="00BD40FB"/>
    <w:rsid w:val="00BE34F1"/>
    <w:rsid w:val="00C04C25"/>
    <w:rsid w:val="00C04C81"/>
    <w:rsid w:val="00C305A9"/>
    <w:rsid w:val="00C75A0D"/>
    <w:rsid w:val="00C85504"/>
    <w:rsid w:val="00C94CA6"/>
    <w:rsid w:val="00CA3441"/>
    <w:rsid w:val="00CB0664"/>
    <w:rsid w:val="00CD04C7"/>
    <w:rsid w:val="00CD4585"/>
    <w:rsid w:val="00CF75F9"/>
    <w:rsid w:val="00D262F2"/>
    <w:rsid w:val="00D5334D"/>
    <w:rsid w:val="00D817EB"/>
    <w:rsid w:val="00D85F55"/>
    <w:rsid w:val="00D925AC"/>
    <w:rsid w:val="00D95D0F"/>
    <w:rsid w:val="00DB1295"/>
    <w:rsid w:val="00DC1A6C"/>
    <w:rsid w:val="00DE091F"/>
    <w:rsid w:val="00E2491C"/>
    <w:rsid w:val="00E26254"/>
    <w:rsid w:val="00E63969"/>
    <w:rsid w:val="00E970AC"/>
    <w:rsid w:val="00F07D38"/>
    <w:rsid w:val="00F127BD"/>
    <w:rsid w:val="00F1441D"/>
    <w:rsid w:val="00F4042F"/>
    <w:rsid w:val="00F85D91"/>
    <w:rsid w:val="00F86830"/>
    <w:rsid w:val="00F86A14"/>
    <w:rsid w:val="00F913A3"/>
    <w:rsid w:val="00F96891"/>
    <w:rsid w:val="00FB0F0B"/>
    <w:rsid w:val="00FC29DB"/>
    <w:rsid w:val="00FC693F"/>
    <w:rsid w:val="00FD46CA"/>
    <w:rsid w:val="00FF70DF"/>
    <w:rsid w:val="00FF76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5F3CA0"/>
  <w14:defaultImageDpi w14:val="300"/>
  <w15:docId w15:val="{570FA80C-F99B-459E-A69C-A22EC91E8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812"/>
    <w:pPr>
      <w:spacing w:after="240" w:line="240" w:lineRule="auto"/>
    </w:pPr>
    <w:rPr>
      <w:rFonts w:ascii="Arial" w:hAnsi="Arial"/>
    </w:rPr>
  </w:style>
  <w:style w:type="paragraph" w:styleId="Heading1">
    <w:name w:val="heading 1"/>
    <w:basedOn w:val="Normal"/>
    <w:next w:val="Normal"/>
    <w:link w:val="Heading1Char"/>
    <w:uiPriority w:val="9"/>
    <w:qFormat/>
    <w:rsid w:val="00FC693F"/>
    <w:pPr>
      <w:keepNext/>
      <w:keepLines/>
      <w:spacing w:before="360"/>
      <w:outlineLvl w:val="0"/>
    </w:pPr>
    <w:rPr>
      <w:rFonts w:asciiTheme="majorHAnsi" w:eastAsiaTheme="majorEastAsia" w:hAnsiTheme="majorHAnsi" w:cstheme="majorBidi"/>
      <w:b/>
      <w:bCs/>
      <w:color w:val="000000"/>
      <w:sz w:val="40"/>
      <w:szCs w:val="28"/>
    </w:rPr>
  </w:style>
  <w:style w:type="paragraph" w:styleId="Heading2">
    <w:name w:val="heading 2"/>
    <w:basedOn w:val="Normal"/>
    <w:next w:val="Normal"/>
    <w:link w:val="Heading2Char"/>
    <w:uiPriority w:val="9"/>
    <w:unhideWhenUsed/>
    <w:qFormat/>
    <w:rsid w:val="00FC693F"/>
    <w:pPr>
      <w:keepNext/>
      <w:keepLines/>
      <w:spacing w:before="240" w:after="160"/>
      <w:outlineLvl w:val="1"/>
    </w:pPr>
    <w:rPr>
      <w:rFonts w:asciiTheme="majorHAnsi" w:eastAsiaTheme="majorEastAsia" w:hAnsiTheme="majorHAnsi" w:cstheme="majorBidi"/>
      <w:b/>
      <w:bCs/>
      <w:color w:val="000000"/>
      <w:sz w:val="32"/>
      <w:szCs w:val="26"/>
    </w:rPr>
  </w:style>
  <w:style w:type="paragraph" w:styleId="Heading3">
    <w:name w:val="heading 3"/>
    <w:basedOn w:val="Normal"/>
    <w:next w:val="Normal"/>
    <w:link w:val="Heading3Char"/>
    <w:uiPriority w:val="9"/>
    <w:unhideWhenUsed/>
    <w:qFormat/>
    <w:rsid w:val="00FC693F"/>
    <w:pPr>
      <w:keepNext/>
      <w:keepLines/>
      <w:spacing w:before="160" w:after="120"/>
      <w:outlineLvl w:val="2"/>
    </w:pPr>
    <w:rPr>
      <w:rFonts w:asciiTheme="majorHAnsi" w:eastAsiaTheme="majorEastAsia" w:hAnsiTheme="majorHAnsi" w:cstheme="majorBidi"/>
      <w:b/>
      <w:bCs/>
      <w:color w:val="000000"/>
      <w:sz w:val="28"/>
    </w:rPr>
  </w:style>
  <w:style w:type="paragraph" w:styleId="Heading4">
    <w:name w:val="heading 4"/>
    <w:basedOn w:val="Normal"/>
    <w:next w:val="Normal"/>
    <w:link w:val="Heading4Char"/>
    <w:uiPriority w:val="9"/>
    <w:semiHidden/>
    <w:unhideWhenUsed/>
    <w:qFormat/>
    <w:rsid w:val="00FC693F"/>
    <w:pPr>
      <w:keepNext/>
      <w:keepLines/>
      <w:spacing w:before="120" w:after="80"/>
      <w:outlineLvl w:val="3"/>
    </w:pPr>
    <w:rPr>
      <w:rFonts w:asciiTheme="majorHAnsi" w:eastAsiaTheme="majorEastAsia" w:hAnsiTheme="majorHAnsi" w:cstheme="majorBidi"/>
      <w:bCs/>
      <w:i/>
      <w:iCs/>
      <w:color w:val="000000"/>
      <w:sz w:val="24"/>
    </w:rPr>
  </w:style>
  <w:style w:type="paragraph" w:styleId="Heading5">
    <w:name w:val="heading 5"/>
    <w:basedOn w:val="Normal"/>
    <w:next w:val="Normal"/>
    <w:link w:val="Heading5Char"/>
    <w:uiPriority w:val="9"/>
    <w:semiHidden/>
    <w:unhideWhenUsed/>
    <w:qFormat/>
    <w:rsid w:val="00FC693F"/>
    <w:pPr>
      <w:keepNext/>
      <w:keepLines/>
      <w:spacing w:before="80" w:after="6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FC693F"/>
    <w:pPr>
      <w:keepNext/>
      <w:keepLines/>
      <w:spacing w:before="60" w:after="40"/>
      <w:outlineLvl w:val="5"/>
    </w:pPr>
    <w:rPr>
      <w:rFonts w:asciiTheme="majorHAnsi" w:eastAsiaTheme="majorEastAsia" w:hAnsiTheme="majorHAnsi" w:cstheme="majorBidi"/>
      <w:i/>
      <w:iCs/>
      <w:color w:val="000000"/>
      <w:sz w:val="2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spacing w:before="120" w:after="120"/>
      <w:ind w:left="720"/>
    </w:pPr>
    <w:rPr>
      <w:i/>
      <w:iCs/>
      <w:color w:val="666666"/>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spacing w:before="120" w:after="120"/>
      <w:ind w:left="720"/>
    </w:pPr>
    <w:rPr>
      <w:rFonts w:ascii="Courier New" w:hAnsi="Courier New"/>
      <w:color w:val="333333"/>
      <w:sz w:val="18"/>
    </w:rPr>
  </w:style>
  <w:style w:type="character" w:customStyle="1" w:styleId="InlineCode">
    <w:name w:val="Inline Code"/>
    <w:rPr>
      <w:rFonts w:ascii="Courier New" w:hAnsi="Courier New"/>
      <w:color w:val="666666"/>
      <w:sz w:val="18"/>
    </w:rPr>
  </w:style>
  <w:style w:type="character" w:styleId="CommentReference">
    <w:name w:val="annotation reference"/>
    <w:basedOn w:val="DefaultParagraphFont"/>
    <w:uiPriority w:val="99"/>
    <w:semiHidden/>
    <w:unhideWhenUsed/>
    <w:rsid w:val="00F96891"/>
    <w:rPr>
      <w:sz w:val="16"/>
      <w:szCs w:val="16"/>
    </w:rPr>
  </w:style>
  <w:style w:type="paragraph" w:styleId="CommentText">
    <w:name w:val="annotation text"/>
    <w:basedOn w:val="Normal"/>
    <w:link w:val="CommentTextChar"/>
    <w:uiPriority w:val="99"/>
    <w:unhideWhenUsed/>
    <w:rsid w:val="00F96891"/>
    <w:rPr>
      <w:sz w:val="20"/>
      <w:szCs w:val="20"/>
    </w:rPr>
  </w:style>
  <w:style w:type="character" w:customStyle="1" w:styleId="CommentTextChar">
    <w:name w:val="Comment Text Char"/>
    <w:basedOn w:val="DefaultParagraphFont"/>
    <w:link w:val="CommentText"/>
    <w:uiPriority w:val="99"/>
    <w:rsid w:val="00F9689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96891"/>
    <w:rPr>
      <w:b/>
      <w:bCs/>
    </w:rPr>
  </w:style>
  <w:style w:type="character" w:customStyle="1" w:styleId="CommentSubjectChar">
    <w:name w:val="Comment Subject Char"/>
    <w:basedOn w:val="CommentTextChar"/>
    <w:link w:val="CommentSubject"/>
    <w:uiPriority w:val="99"/>
    <w:semiHidden/>
    <w:rsid w:val="00F96891"/>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908105">
      <w:marLeft w:val="0"/>
      <w:marRight w:val="0"/>
      <w:marTop w:val="0"/>
      <w:marBottom w:val="0"/>
      <w:divBdr>
        <w:top w:val="single" w:sz="8" w:space="1" w:color="auto"/>
        <w:left w:val="single" w:sz="8" w:space="4" w:color="auto"/>
        <w:bottom w:val="single" w:sz="8" w:space="1" w:color="auto"/>
        <w:right w:val="single" w:sz="8" w:space="4" w:color="auto"/>
      </w:divBdr>
    </w:div>
    <w:div w:id="460610909">
      <w:marLeft w:val="0"/>
      <w:marRight w:val="0"/>
      <w:marTop w:val="0"/>
      <w:marBottom w:val="0"/>
      <w:divBdr>
        <w:top w:val="single" w:sz="8" w:space="1" w:color="auto"/>
        <w:left w:val="single" w:sz="8" w:space="4" w:color="auto"/>
        <w:bottom w:val="single" w:sz="8" w:space="1" w:color="auto"/>
        <w:right w:val="single" w:sz="8" w:space="4" w:color="auto"/>
      </w:divBdr>
    </w:div>
    <w:div w:id="752968645">
      <w:marLeft w:val="0"/>
      <w:marRight w:val="0"/>
      <w:marTop w:val="0"/>
      <w:marBottom w:val="0"/>
      <w:divBdr>
        <w:top w:val="single" w:sz="8" w:space="1" w:color="auto"/>
        <w:left w:val="none" w:sz="0" w:space="0" w:color="auto"/>
        <w:bottom w:val="single" w:sz="8" w:space="1" w:color="auto"/>
        <w:right w:val="none" w:sz="0" w:space="0" w:color="auto"/>
      </w:divBdr>
    </w:div>
    <w:div w:id="1144934408">
      <w:marLeft w:val="0"/>
      <w:marRight w:val="0"/>
      <w:marTop w:val="0"/>
      <w:marBottom w:val="0"/>
      <w:divBdr>
        <w:top w:val="single" w:sz="8" w:space="1" w:color="auto"/>
        <w:left w:val="none" w:sz="0" w:space="0" w:color="auto"/>
        <w:bottom w:val="single" w:sz="8" w:space="1" w:color="auto"/>
        <w:right w:val="none" w:sz="0" w:space="0" w:color="auto"/>
      </w:divBdr>
    </w:div>
    <w:div w:id="1212040528">
      <w:marLeft w:val="0"/>
      <w:marRight w:val="0"/>
      <w:marTop w:val="0"/>
      <w:marBottom w:val="0"/>
      <w:divBdr>
        <w:top w:val="single" w:sz="8" w:space="1" w:color="auto"/>
        <w:left w:val="none" w:sz="0" w:space="0" w:color="auto"/>
        <w:bottom w:val="single" w:sz="8" w:space="1" w:color="auto"/>
        <w:right w:val="none" w:sz="0" w:space="0" w:color="auto"/>
      </w:divBdr>
    </w:div>
    <w:div w:id="1655377295">
      <w:marLeft w:val="0"/>
      <w:marRight w:val="0"/>
      <w:marTop w:val="0"/>
      <w:marBottom w:val="0"/>
      <w:divBdr>
        <w:top w:val="single" w:sz="8" w:space="1" w:color="auto"/>
        <w:left w:val="none" w:sz="0" w:space="0" w:color="auto"/>
        <w:bottom w:val="single" w:sz="8" w:space="1"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C0876C65B6514CADD26A3000B5162C" ma:contentTypeVersion="17" ma:contentTypeDescription="Create a new document." ma:contentTypeScope="" ma:versionID="4b53e29710259af52cdccacc9393665e">
  <xsd:schema xmlns:xsd="http://www.w3.org/2001/XMLSchema" xmlns:xs="http://www.w3.org/2001/XMLSchema" xmlns:p="http://schemas.microsoft.com/office/2006/metadata/properties" xmlns:ns2="16eac933-1c34-4cc5-b86a-409487146aef" xmlns:ns3="347521a8-c3f7-44a3-a2b9-f0a97a83849e" targetNamespace="http://schemas.microsoft.com/office/2006/metadata/properties" ma:root="true" ma:fieldsID="fed7e0b9cacb6105d66ddf0d307b188e" ns2:_="" ns3:_="">
    <xsd:import namespace="16eac933-1c34-4cc5-b86a-409487146aef"/>
    <xsd:import namespace="347521a8-c3f7-44a3-a2b9-f0a97a83849e"/>
    <xsd:element name="properties">
      <xsd:complexType>
        <xsd:sequence>
          <xsd:element name="documentManagement">
            <xsd:complexType>
              <xsd:all>
                <xsd:element ref="ns2:MediaServiceMetadata" minOccurs="0"/>
                <xsd:element ref="ns2:MediaServiceFastMetadata" minOccurs="0"/>
                <xsd:element ref="ns2:SponsoredProjectStep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Acces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eac933-1c34-4cc5-b86a-409487146a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ponsoredProjectSteps" ma:index="10" nillable="true" ma:displayName="Sponsored Project Steps" ma:description="Steps" ma:format="Dropdown" ma:internalName="SponsoredProjectSteps">
      <xsd:simpleType>
        <xsd:restriction base="dms:Choice">
          <xsd:enumeration value="Pre-Award"/>
          <xsd:enumeration value="Proposal &amp; Route"/>
          <xsd:enumeration value="Post-Award"/>
          <xsd:enumeration value="Manage Project"/>
          <xsd:enumeration value="Closeout"/>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38033ea-20f3-48ed-a27c-00407d462b3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Access" ma:index="21" nillable="true" ma:displayName="Access" ma:description="People granted access to this folder" ma:format="Dropdown" ma:list="UserInfo" ma:SharePointGroup="0" ma:internalName="Acces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7521a8-c3f7-44a3-a2b9-f0a97a83849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7d9b5ab-f6e9-4148-bdcf-57e1313c6328}" ma:internalName="TaxCatchAll" ma:showField="CatchAllData" ma:web="347521a8-c3f7-44a3-a2b9-f0a97a83849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ponsoredProjectSteps xmlns="16eac933-1c34-4cc5-b86a-409487146aef" xsi:nil="true"/>
    <TaxCatchAll xmlns="347521a8-c3f7-44a3-a2b9-f0a97a83849e" xsi:nil="true"/>
    <Access xmlns="16eac933-1c34-4cc5-b86a-409487146aef">
      <UserInfo>
        <DisplayName/>
        <AccountId xsi:nil="true"/>
        <AccountType/>
      </UserInfo>
    </Access>
    <lcf76f155ced4ddcb4097134ff3c332f xmlns="16eac933-1c34-4cc5-b86a-409487146ae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9138FD-FCF0-49B0-8F85-B4381D956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eac933-1c34-4cc5-b86a-409487146aef"/>
    <ds:schemaRef ds:uri="347521a8-c3f7-44a3-a2b9-f0a97a838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07C9BC17-186E-44D4-AF69-E552548E1CD6}">
  <ds:schemaRefs>
    <ds:schemaRef ds:uri="http://schemas.microsoft.com/office/2006/metadata/properties"/>
    <ds:schemaRef ds:uri="http://schemas.microsoft.com/office/infopath/2007/PartnerControls"/>
    <ds:schemaRef ds:uri="16eac933-1c34-4cc5-b86a-409487146aef"/>
    <ds:schemaRef ds:uri="347521a8-c3f7-44a3-a2b9-f0a97a83849e"/>
  </ds:schemaRefs>
</ds:datastoreItem>
</file>

<file path=customXml/itemProps4.xml><?xml version="1.0" encoding="utf-8"?>
<ds:datastoreItem xmlns:ds="http://schemas.openxmlformats.org/officeDocument/2006/customXml" ds:itemID="{06BD1B7C-06C3-441C-A79F-BB8FC081BB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5</Pages>
  <Words>1131</Words>
  <Characters>6844</Characters>
  <Application>Microsoft Office Word</Application>
  <DocSecurity>0</DocSecurity>
  <Lines>184</Lines>
  <Paragraphs>107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Alicia Wyatt</cp:lastModifiedBy>
  <cp:revision>118</cp:revision>
  <cp:lastPrinted>2026-02-19T17:08:00Z</cp:lastPrinted>
  <dcterms:created xsi:type="dcterms:W3CDTF">2026-02-19T16:12:00Z</dcterms:created>
  <dcterms:modified xsi:type="dcterms:W3CDTF">2026-03-18T19:03:00Z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0x010100ADC0876C65B6514CADD26A3000B5162C</vt:lpwstr>
  </property>
  <property fmtid="{D5CDD505-2E9C-101B-9397-08002B2CF9AE}" pid="3" name="MediaServiceImageTags">
    <vt:lpwstr/>
  </property>
</Properties>
</file>