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BCD3D" w14:textId="77777777" w:rsidR="001F3D8F" w:rsidRPr="00BB4745" w:rsidRDefault="001F3D8F">
      <w:pPr>
        <w:pStyle w:val="Heading1"/>
        <w:jc w:val="center"/>
        <w:rPr>
          <w:rFonts w:eastAsia="Times New Roman" w:cstheme="majorHAnsi"/>
          <w:kern w:val="36"/>
          <w:sz w:val="32"/>
          <w:szCs w:val="32"/>
        </w:rPr>
      </w:pPr>
      <w:proofErr w:type="spellStart"/>
      <w:r w:rsidRPr="00BB4745">
        <w:rPr>
          <w:rFonts w:eastAsia="Times New Roman" w:cstheme="majorHAnsi"/>
          <w:sz w:val="32"/>
          <w:szCs w:val="32"/>
        </w:rPr>
        <w:t>McMURRY</w:t>
      </w:r>
      <w:proofErr w:type="spellEnd"/>
      <w:r w:rsidRPr="00BB4745">
        <w:rPr>
          <w:rFonts w:eastAsia="Times New Roman" w:cstheme="majorHAnsi"/>
          <w:sz w:val="32"/>
          <w:szCs w:val="32"/>
        </w:rPr>
        <w:t xml:space="preserve"> UNIVERSITY INSTITUTIONAL REVIEW BOARD</w:t>
      </w:r>
    </w:p>
    <w:p w14:paraId="38F861E8" w14:textId="4D41F479" w:rsidR="007F098A" w:rsidRPr="00BB4745" w:rsidRDefault="007F098A" w:rsidP="00BB4745">
      <w:pPr>
        <w:pStyle w:val="Heading2"/>
        <w:jc w:val="center"/>
        <w:rPr>
          <w:rFonts w:eastAsia="Times New Roman" w:cstheme="majorHAnsi"/>
          <w:sz w:val="28"/>
          <w:szCs w:val="28"/>
        </w:rPr>
      </w:pPr>
      <w:r w:rsidRPr="00BB4745">
        <w:rPr>
          <w:rFonts w:eastAsia="Times New Roman" w:cstheme="majorHAnsi"/>
          <w:sz w:val="28"/>
          <w:szCs w:val="28"/>
        </w:rPr>
        <w:t>HUMAN SUBJECTS RESEARCH PROTOCOL – Faculty/Staff</w:t>
      </w:r>
      <w:r w:rsidR="006C5600">
        <w:rPr>
          <w:rFonts w:eastAsia="Times New Roman" w:cstheme="majorHAnsi"/>
          <w:sz w:val="28"/>
          <w:szCs w:val="28"/>
        </w:rPr>
        <w:t xml:space="preserve"> Researcher</w:t>
      </w:r>
    </w:p>
    <w:p w14:paraId="3D8FBA4F" w14:textId="77777777" w:rsidR="007F098A" w:rsidRPr="00AB7A29" w:rsidRDefault="007F098A" w:rsidP="00AB7A29">
      <w:pPr>
        <w:pStyle w:val="Heading3"/>
        <w:pBdr>
          <w:top w:val="single" w:sz="4" w:space="1" w:color="auto"/>
          <w:bottom w:val="single" w:sz="4" w:space="1" w:color="auto"/>
        </w:pBdr>
        <w:shd w:val="clear" w:color="auto" w:fill="C6D9F1" w:themeFill="text2" w:themeFillTint="33"/>
        <w:rPr>
          <w:rFonts w:cstheme="majorHAnsi"/>
          <w:sz w:val="32"/>
          <w:szCs w:val="32"/>
        </w:rPr>
      </w:pPr>
      <w:r w:rsidRPr="00AB7A29">
        <w:rPr>
          <w:rFonts w:cstheme="majorHAnsi"/>
          <w:sz w:val="32"/>
          <w:szCs w:val="32"/>
        </w:rPr>
        <w:t>FORM 2: PROTOCOL NARRATIVE</w:t>
      </w:r>
    </w:p>
    <w:p w14:paraId="1B07747E" w14:textId="77777777" w:rsidR="007F098A" w:rsidRPr="00BB4745" w:rsidRDefault="007F098A">
      <w:pPr>
        <w:rPr>
          <w:rFonts w:asciiTheme="majorHAnsi" w:hAnsiTheme="majorHAnsi" w:cstheme="majorHAnsi"/>
        </w:rPr>
      </w:pPr>
      <w:r w:rsidRPr="00BB4745">
        <w:rPr>
          <w:rFonts w:asciiTheme="majorHAnsi" w:hAnsiTheme="majorHAnsi" w:cstheme="majorHAnsi"/>
          <w:b/>
          <w:bCs/>
        </w:rPr>
        <w:t>Instructions:</w:t>
      </w:r>
      <w:r w:rsidRPr="00BB4745">
        <w:rPr>
          <w:rFonts w:asciiTheme="majorHAnsi" w:hAnsiTheme="majorHAnsi" w:cstheme="majorHAnsi"/>
        </w:rPr>
        <w:t xml:space="preserve"> This form provides a detailed description of your research study. Complete all sections thoroughly but concisely. Each section has a recommended word limit to help you focus on essential information. If a section does not apply to your study, write "N/A" and briefly explain why.</w:t>
      </w:r>
    </w:p>
    <w:p w14:paraId="20BC82FB" w14:textId="77777777" w:rsidR="00146E89" w:rsidRPr="00843BFB" w:rsidRDefault="00146E89" w:rsidP="00146E89">
      <w:pPr>
        <w:rPr>
          <w:rFonts w:asciiTheme="majorHAnsi" w:hAnsiTheme="majorHAnsi" w:cstheme="majorHAnsi"/>
        </w:rPr>
      </w:pPr>
      <w:r w:rsidRPr="00843BFB">
        <w:rPr>
          <w:rFonts w:asciiTheme="majorHAnsi" w:hAnsiTheme="majorHAnsi" w:cstheme="majorHAnsi"/>
          <w:b/>
          <w:bCs/>
        </w:rPr>
        <w:t>Important:</w:t>
      </w:r>
      <w:r w:rsidRPr="00843BFB">
        <w:rPr>
          <w:rFonts w:asciiTheme="majorHAnsi" w:hAnsiTheme="majorHAnsi" w:cstheme="majorHAnsi"/>
        </w:rPr>
        <w:t xml:space="preserve"> </w:t>
      </w:r>
      <w:r w:rsidRPr="00BC4816">
        <w:rPr>
          <w:rFonts w:asciiTheme="majorHAnsi" w:hAnsiTheme="majorHAnsi" w:cstheme="majorHAnsi"/>
          <w:i/>
          <w:iCs/>
        </w:rPr>
        <w:t>This narrative should be written in clear, straightforward language so that IRB members from various disciplines can understand. Avoid jargon when possible or define technical terms when necessary.</w:t>
      </w:r>
    </w:p>
    <w:p w14:paraId="6A68A9F4" w14:textId="77777777" w:rsidR="004F7A68" w:rsidRPr="00BB4745" w:rsidRDefault="009B633C" w:rsidP="00290FB6">
      <w:pPr>
        <w:pStyle w:val="Heading2"/>
        <w:pBdr>
          <w:top w:val="single" w:sz="4" w:space="1" w:color="auto"/>
          <w:bottom w:val="single" w:sz="4" w:space="1" w:color="auto"/>
        </w:pBdr>
        <w:shd w:val="clear" w:color="auto" w:fill="F2F2F2" w:themeFill="background1" w:themeFillShade="F2"/>
        <w:rPr>
          <w:rFonts w:cstheme="majorHAnsi"/>
        </w:rPr>
      </w:pPr>
      <w:r w:rsidRPr="00BB4745">
        <w:rPr>
          <w:rFonts w:cstheme="majorHAnsi"/>
        </w:rPr>
        <w:t>SECTION 1: STUDY OVERVIEW</w:t>
      </w:r>
    </w:p>
    <w:p w14:paraId="4C4CEF2D" w14:textId="77777777" w:rsidR="004F7A68" w:rsidRPr="00BB4745" w:rsidRDefault="009B633C">
      <w:pPr>
        <w:pStyle w:val="Heading3"/>
        <w:rPr>
          <w:rFonts w:cstheme="majorHAnsi"/>
        </w:rPr>
      </w:pPr>
      <w:r w:rsidRPr="00BB4745">
        <w:rPr>
          <w:rFonts w:cstheme="majorHAnsi"/>
        </w:rPr>
        <w:t>1.1 Study Purpose and Objectives</w:t>
      </w:r>
    </w:p>
    <w:p w14:paraId="3E805CA7" w14:textId="77777777" w:rsidR="004F7A68" w:rsidRPr="00BB4745" w:rsidRDefault="009B633C">
      <w:pPr>
        <w:rPr>
          <w:rFonts w:asciiTheme="majorHAnsi" w:hAnsiTheme="majorHAnsi" w:cstheme="majorHAnsi"/>
        </w:rPr>
      </w:pPr>
      <w:r w:rsidRPr="00BB4745">
        <w:rPr>
          <w:rFonts w:asciiTheme="majorHAnsi" w:hAnsiTheme="majorHAnsi" w:cstheme="majorHAnsi"/>
          <w:b/>
        </w:rPr>
        <w:t>Instructions:</w:t>
      </w:r>
      <w:r w:rsidRPr="00BB4745">
        <w:rPr>
          <w:rFonts w:asciiTheme="majorHAnsi" w:hAnsiTheme="majorHAnsi" w:cstheme="majorHAnsi"/>
        </w:rPr>
        <w:t xml:space="preserve"> Clearly state what you are trying to learn or accomplish through this research. What are your specific research questions or hypotheses? What are the main objectives of your study? This should provide reviewers with a clear understanding of your research goals.</w:t>
      </w:r>
    </w:p>
    <w:p w14:paraId="0F3EE6C7" w14:textId="77777777" w:rsidR="004F7A68" w:rsidRPr="00BB4745" w:rsidRDefault="009B633C">
      <w:pPr>
        <w:rPr>
          <w:rFonts w:asciiTheme="majorHAnsi" w:hAnsiTheme="majorHAnsi" w:cstheme="majorHAnsi"/>
        </w:rPr>
      </w:pPr>
      <w:r w:rsidRPr="00BB4745">
        <w:rPr>
          <w:rFonts w:asciiTheme="majorHAnsi" w:hAnsiTheme="majorHAnsi" w:cstheme="majorHAnsi"/>
          <w:b/>
        </w:rPr>
        <w:t>Study Purpose and Objectives:</w:t>
      </w:r>
    </w:p>
    <w:p w14:paraId="7B280C33" w14:textId="77777777" w:rsidR="004F7A68" w:rsidRPr="00BB4745" w:rsidRDefault="009B633C" w:rsidP="00CE2A92">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B4745">
        <w:rPr>
          <w:rFonts w:asciiTheme="majorHAnsi" w:hAnsiTheme="majorHAnsi" w:cstheme="majorHAnsi"/>
        </w:rPr>
        <w:t>[Text box - approximately 300 words]</w:t>
      </w:r>
    </w:p>
    <w:p w14:paraId="3617BCAB" w14:textId="77777777" w:rsidR="004F7A68" w:rsidRPr="00BB4745" w:rsidRDefault="009B633C">
      <w:pPr>
        <w:pStyle w:val="Heading3"/>
        <w:rPr>
          <w:rFonts w:cstheme="majorHAnsi"/>
        </w:rPr>
      </w:pPr>
      <w:r w:rsidRPr="00BB4745">
        <w:rPr>
          <w:rFonts w:cstheme="majorHAnsi"/>
        </w:rPr>
        <w:t>1.2 Rationale and Background</w:t>
      </w:r>
    </w:p>
    <w:p w14:paraId="2017F0C4" w14:textId="77777777" w:rsidR="00D53E18" w:rsidRPr="00BB4745" w:rsidRDefault="009B633C">
      <w:pPr>
        <w:rPr>
          <w:rFonts w:asciiTheme="majorHAnsi" w:hAnsiTheme="majorHAnsi" w:cstheme="majorHAnsi"/>
        </w:rPr>
      </w:pPr>
      <w:r w:rsidRPr="00BB4745">
        <w:rPr>
          <w:rFonts w:asciiTheme="majorHAnsi" w:hAnsiTheme="majorHAnsi" w:cstheme="majorHAnsi"/>
          <w:b/>
        </w:rPr>
        <w:t>Instructions:</w:t>
      </w:r>
      <w:r w:rsidRPr="00BB4745">
        <w:rPr>
          <w:rFonts w:asciiTheme="majorHAnsi" w:hAnsiTheme="majorHAnsi" w:cstheme="majorHAnsi"/>
        </w:rPr>
        <w:t xml:space="preserve"> Explain why this study is important and necessary. What gap in knowledge does it address? Provide a brief review of relevant literature that demonstrates the need for this research. Why is further human subjects research warranted? What will we learn from this study that we don't already know?</w:t>
      </w:r>
      <w:r w:rsidR="00CE2A92" w:rsidRPr="00BB4745">
        <w:rPr>
          <w:rFonts w:asciiTheme="majorHAnsi" w:hAnsiTheme="majorHAnsi" w:cstheme="majorHAnsi"/>
        </w:rPr>
        <w:t xml:space="preserve">  </w:t>
      </w:r>
    </w:p>
    <w:p w14:paraId="37D4D909" w14:textId="77777777" w:rsidR="004F7A68" w:rsidRPr="00BB4745" w:rsidRDefault="009B633C">
      <w:pPr>
        <w:rPr>
          <w:rFonts w:asciiTheme="majorHAnsi" w:hAnsiTheme="majorHAnsi" w:cstheme="majorHAnsi"/>
        </w:rPr>
      </w:pPr>
      <w:r w:rsidRPr="00BB4745">
        <w:rPr>
          <w:rFonts w:asciiTheme="majorHAnsi" w:hAnsiTheme="majorHAnsi" w:cstheme="majorHAnsi"/>
          <w:b/>
        </w:rPr>
        <w:t>Rationale and Background:</w:t>
      </w:r>
    </w:p>
    <w:p w14:paraId="7B970E66" w14:textId="77777777" w:rsidR="004F7A68" w:rsidRPr="00BB4745" w:rsidRDefault="009B633C" w:rsidP="00CE2A92">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B4745">
        <w:rPr>
          <w:rFonts w:asciiTheme="majorHAnsi" w:hAnsiTheme="majorHAnsi" w:cstheme="majorHAnsi"/>
        </w:rPr>
        <w:t>[Text box - approximately 300 words]</w:t>
      </w:r>
    </w:p>
    <w:p w14:paraId="286555D3" w14:textId="77777777" w:rsidR="004F7A68" w:rsidRPr="00BB4745" w:rsidRDefault="009B633C" w:rsidP="00A200EA">
      <w:pPr>
        <w:pStyle w:val="Heading2"/>
        <w:pBdr>
          <w:top w:val="single" w:sz="4" w:space="1" w:color="auto"/>
          <w:bottom w:val="single" w:sz="4" w:space="1" w:color="auto"/>
        </w:pBdr>
        <w:shd w:val="clear" w:color="auto" w:fill="F2F2F2" w:themeFill="background1" w:themeFillShade="F2"/>
        <w:rPr>
          <w:rFonts w:cstheme="majorHAnsi"/>
        </w:rPr>
      </w:pPr>
      <w:r w:rsidRPr="00BB4745">
        <w:rPr>
          <w:rFonts w:cstheme="majorHAnsi"/>
        </w:rPr>
        <w:t>SECTION 2: PARTICIPANT INFORMATION</w:t>
      </w:r>
    </w:p>
    <w:p w14:paraId="529A54FF" w14:textId="77777777" w:rsidR="004F7A68" w:rsidRPr="00BB4745" w:rsidRDefault="009B633C">
      <w:pPr>
        <w:pStyle w:val="Heading3"/>
        <w:rPr>
          <w:rFonts w:cstheme="majorHAnsi"/>
        </w:rPr>
      </w:pPr>
      <w:r w:rsidRPr="00BB4745">
        <w:rPr>
          <w:rFonts w:cstheme="majorHAnsi"/>
        </w:rPr>
        <w:t>2.1 Description of Subject Population</w:t>
      </w:r>
    </w:p>
    <w:p w14:paraId="05BB9035" w14:textId="77660C09" w:rsidR="004F7A68" w:rsidRPr="00BB4745" w:rsidRDefault="009B633C">
      <w:pPr>
        <w:rPr>
          <w:rFonts w:asciiTheme="majorHAnsi" w:hAnsiTheme="majorHAnsi" w:cstheme="majorHAnsi"/>
        </w:rPr>
      </w:pPr>
      <w:r w:rsidRPr="00BB4745">
        <w:rPr>
          <w:rFonts w:asciiTheme="majorHAnsi" w:hAnsiTheme="majorHAnsi" w:cstheme="majorHAnsi"/>
          <w:b/>
        </w:rPr>
        <w:t>Instructions:</w:t>
      </w:r>
      <w:r w:rsidRPr="00BB4745">
        <w:rPr>
          <w:rFonts w:asciiTheme="majorHAnsi" w:hAnsiTheme="majorHAnsi" w:cstheme="majorHAnsi"/>
        </w:rPr>
        <w:t xml:space="preserve"> Describe in detail who will participate in your study. </w:t>
      </w:r>
    </w:p>
    <w:p w14:paraId="449386C4" w14:textId="4EADB8A2" w:rsidR="001A7D31" w:rsidRPr="00BB4745" w:rsidRDefault="001A7D31" w:rsidP="001A7D31">
      <w:pPr>
        <w:rPr>
          <w:rFonts w:asciiTheme="majorHAnsi" w:hAnsiTheme="majorHAnsi" w:cstheme="majorHAnsi"/>
        </w:rPr>
      </w:pPr>
      <w:r w:rsidRPr="00BB4745">
        <w:rPr>
          <w:rFonts w:asciiTheme="majorHAnsi" w:hAnsiTheme="majorHAnsi" w:cstheme="majorHAnsi"/>
          <w:b/>
        </w:rPr>
        <w:t>Instructions:</w:t>
      </w:r>
      <w:r w:rsidRPr="00BB4745">
        <w:rPr>
          <w:rFonts w:asciiTheme="majorHAnsi" w:hAnsiTheme="majorHAnsi" w:cstheme="majorHAnsi"/>
        </w:rPr>
        <w:t xml:space="preserve"> Provide information about who will participate in your research. </w:t>
      </w:r>
      <w:r w:rsidR="00B22D14" w:rsidRPr="00BB4745">
        <w:rPr>
          <w:rFonts w:asciiTheme="majorHAnsi" w:hAnsiTheme="majorHAnsi" w:cstheme="majorHAnsi"/>
        </w:rPr>
        <w:t xml:space="preserve">Include relevant demographic characteristics (age range, gender, educational level, occupation, etc.), any specific qualifications or characteristics participants must have, and where/how you will access this </w:t>
      </w:r>
      <w:r w:rsidR="00B22D14" w:rsidRPr="00BB4745">
        <w:rPr>
          <w:rFonts w:asciiTheme="majorHAnsi" w:hAnsiTheme="majorHAnsi" w:cstheme="majorHAnsi"/>
        </w:rPr>
        <w:lastRenderedPageBreak/>
        <w:t>population. Be specific about the characteristics that make someone eligible for your study.</w:t>
      </w:r>
      <w:r w:rsidR="00104761">
        <w:rPr>
          <w:rFonts w:asciiTheme="majorHAnsi" w:hAnsiTheme="majorHAnsi" w:cstheme="majorHAnsi"/>
        </w:rPr>
        <w:t xml:space="preserve"> </w:t>
      </w:r>
      <w:r w:rsidRPr="00BB4745">
        <w:rPr>
          <w:rFonts w:asciiTheme="majorHAnsi" w:hAnsiTheme="majorHAnsi" w:cstheme="majorHAnsi"/>
        </w:rPr>
        <w:t>The estimated number should be realistic based on your recruitment plan and timeline. If your research involves vulnerable populations (minors, prisoners, pregnant women, cognitively impaired individuals, or economically/</w:t>
      </w:r>
      <w:r w:rsidR="007D1E57" w:rsidRPr="00BB4745">
        <w:rPr>
          <w:rFonts w:asciiTheme="majorHAnsi" w:hAnsiTheme="majorHAnsi" w:cstheme="majorHAnsi"/>
        </w:rPr>
        <w:t xml:space="preserve"> </w:t>
      </w:r>
      <w:r w:rsidRPr="00BB4745">
        <w:rPr>
          <w:rFonts w:asciiTheme="majorHAnsi" w:hAnsiTheme="majorHAnsi" w:cstheme="majorHAnsi"/>
        </w:rPr>
        <w:t>educationally disadvantaged persons), additional protections and review may be required.</w:t>
      </w:r>
    </w:p>
    <w:p w14:paraId="6AA5F6C6" w14:textId="77777777" w:rsidR="001A7D31" w:rsidRPr="00BB4745" w:rsidRDefault="001A7D31" w:rsidP="001A7D31">
      <w:pPr>
        <w:rPr>
          <w:rFonts w:asciiTheme="majorHAnsi" w:hAnsiTheme="majorHAnsi" w:cstheme="majorHAnsi"/>
        </w:rPr>
      </w:pPr>
      <w:r w:rsidRPr="00BB4745">
        <w:rPr>
          <w:rFonts w:asciiTheme="majorHAnsi" w:hAnsiTheme="majorHAnsi" w:cstheme="majorHAnsi"/>
          <w:b/>
        </w:rPr>
        <w:t>Estimated Total Number of Participants:</w:t>
      </w:r>
    </w:p>
    <w:p w14:paraId="1BA1F08D" w14:textId="17D8B8FD" w:rsidR="001A7D31" w:rsidRPr="00BB4745" w:rsidRDefault="001A7D31" w:rsidP="001A7D31">
      <w:pPr>
        <w:rPr>
          <w:rFonts w:asciiTheme="majorHAnsi" w:hAnsiTheme="majorHAnsi" w:cstheme="majorHAnsi"/>
        </w:rPr>
      </w:pPr>
      <w:r w:rsidRPr="00BB4745">
        <w:rPr>
          <w:rFonts w:asciiTheme="majorHAnsi" w:hAnsiTheme="majorHAnsi" w:cstheme="majorHAnsi"/>
          <w:b/>
        </w:rPr>
        <w:t>Participant Population</w:t>
      </w:r>
      <w:r w:rsidRPr="00BB4745">
        <w:rPr>
          <w:rFonts w:asciiTheme="majorHAnsi" w:hAnsiTheme="majorHAnsi" w:cstheme="majorHAnsi"/>
        </w:rPr>
        <w:t xml:space="preserve"> </w:t>
      </w:r>
      <w:r w:rsidRPr="00BB4745">
        <w:rPr>
          <w:rFonts w:asciiTheme="majorHAnsi" w:hAnsiTheme="majorHAnsi" w:cstheme="majorHAnsi"/>
          <w:i/>
        </w:rPr>
        <w:t>(</w:t>
      </w:r>
      <w:r w:rsidR="007D1E57" w:rsidRPr="00BB4745">
        <w:rPr>
          <w:rFonts w:asciiTheme="majorHAnsi" w:hAnsiTheme="majorHAnsi" w:cstheme="majorHAnsi"/>
          <w:i/>
        </w:rPr>
        <w:t xml:space="preserve">Place an X by each </w:t>
      </w:r>
      <w:r w:rsidR="00311DF2" w:rsidRPr="00BB4745">
        <w:rPr>
          <w:rFonts w:asciiTheme="majorHAnsi" w:hAnsiTheme="majorHAnsi" w:cstheme="majorHAnsi"/>
          <w:i/>
        </w:rPr>
        <w:t>target population</w:t>
      </w:r>
      <w:r w:rsidRPr="00BB4745">
        <w:rPr>
          <w:rFonts w:asciiTheme="majorHAnsi" w:hAnsiTheme="majorHAnsi" w:cstheme="majorHAnsi"/>
          <w:i/>
        </w:rPr>
        <w:t>)</w:t>
      </w:r>
      <w:r w:rsidRPr="00BB4745">
        <w:rPr>
          <w:rFonts w:asciiTheme="majorHAnsi" w:hAnsiTheme="majorHAnsi" w:cstheme="majorHAnsi"/>
        </w:rPr>
        <w:t>:</w:t>
      </w:r>
    </w:p>
    <w:tbl>
      <w:tblPr>
        <w:tblStyle w:val="TableGrid"/>
        <w:tblW w:w="5000" w:type="pct"/>
        <w:tblLook w:val="04A0" w:firstRow="1" w:lastRow="0" w:firstColumn="1" w:lastColumn="0" w:noHBand="0" w:noVBand="1"/>
      </w:tblPr>
      <w:tblGrid>
        <w:gridCol w:w="4247"/>
        <w:gridCol w:w="4609"/>
      </w:tblGrid>
      <w:tr w:rsidR="00290FB6" w:rsidRPr="00BB4745" w14:paraId="3CF6CFA6" w14:textId="77777777" w:rsidTr="00CC5970">
        <w:tc>
          <w:tcPr>
            <w:tcW w:w="2398" w:type="pct"/>
            <w:shd w:val="clear" w:color="auto" w:fill="F2F2F2" w:themeFill="background1" w:themeFillShade="F2"/>
            <w:hideMark/>
          </w:tcPr>
          <w:p w14:paraId="30BFF053" w14:textId="77777777" w:rsidR="00290FB6" w:rsidRPr="00BB4745" w:rsidRDefault="00290FB6">
            <w:pPr>
              <w:spacing w:after="0"/>
              <w:rPr>
                <w:rFonts w:asciiTheme="majorHAnsi" w:hAnsiTheme="majorHAnsi" w:cstheme="majorHAnsi"/>
              </w:rPr>
            </w:pPr>
            <w:r w:rsidRPr="00BB4745">
              <w:rPr>
                <w:rFonts w:asciiTheme="majorHAnsi" w:hAnsiTheme="majorHAnsi" w:cstheme="majorHAnsi"/>
                <w:b/>
                <w:bCs/>
              </w:rPr>
              <w:t>Population Type</w:t>
            </w:r>
          </w:p>
        </w:tc>
        <w:tc>
          <w:tcPr>
            <w:tcW w:w="2602" w:type="pct"/>
            <w:shd w:val="clear" w:color="auto" w:fill="F2F2F2" w:themeFill="background1" w:themeFillShade="F2"/>
            <w:hideMark/>
          </w:tcPr>
          <w:p w14:paraId="4E736BAE" w14:textId="79F0755D" w:rsidR="00290FB6" w:rsidRPr="00BB4745" w:rsidRDefault="00CC5970">
            <w:pPr>
              <w:spacing w:after="0"/>
              <w:rPr>
                <w:rFonts w:asciiTheme="majorHAnsi" w:hAnsiTheme="majorHAnsi" w:cstheme="majorHAnsi"/>
              </w:rPr>
            </w:pPr>
            <w:r>
              <w:rPr>
                <w:rFonts w:asciiTheme="majorHAnsi" w:hAnsiTheme="majorHAnsi" w:cstheme="majorHAnsi"/>
                <w:b/>
                <w:bCs/>
              </w:rPr>
              <w:t>Place an X in the appropriate row</w:t>
            </w:r>
          </w:p>
        </w:tc>
      </w:tr>
      <w:tr w:rsidR="00290FB6" w:rsidRPr="00BB4745" w14:paraId="3F6F6996" w14:textId="77777777" w:rsidTr="00CC5970">
        <w:tc>
          <w:tcPr>
            <w:tcW w:w="2398" w:type="pct"/>
            <w:hideMark/>
          </w:tcPr>
          <w:p w14:paraId="6388DA2F" w14:textId="77777777" w:rsidR="00290FB6" w:rsidRPr="00BB4745" w:rsidRDefault="00290FB6">
            <w:pPr>
              <w:spacing w:after="0"/>
              <w:rPr>
                <w:rFonts w:asciiTheme="majorHAnsi" w:hAnsiTheme="majorHAnsi" w:cstheme="majorHAnsi"/>
              </w:rPr>
            </w:pPr>
            <w:r w:rsidRPr="00BB4745">
              <w:rPr>
                <w:rFonts w:asciiTheme="majorHAnsi" w:hAnsiTheme="majorHAnsi" w:cstheme="majorHAnsi"/>
              </w:rPr>
              <w:t>Adults (18 and over)</w:t>
            </w:r>
          </w:p>
        </w:tc>
        <w:tc>
          <w:tcPr>
            <w:tcW w:w="2602" w:type="pct"/>
            <w:hideMark/>
          </w:tcPr>
          <w:p w14:paraId="142736D6" w14:textId="77777777" w:rsidR="00290FB6" w:rsidRPr="00BB4745" w:rsidRDefault="00290FB6">
            <w:pPr>
              <w:spacing w:after="0"/>
              <w:rPr>
                <w:rFonts w:asciiTheme="majorHAnsi" w:hAnsiTheme="majorHAnsi" w:cstheme="majorHAnsi"/>
              </w:rPr>
            </w:pPr>
            <w:r w:rsidRPr="00BB4745">
              <w:rPr>
                <w:rFonts w:asciiTheme="majorHAnsi" w:hAnsiTheme="majorHAnsi" w:cstheme="majorHAnsi"/>
              </w:rPr>
              <w:t> </w:t>
            </w:r>
          </w:p>
        </w:tc>
      </w:tr>
      <w:tr w:rsidR="00290FB6" w:rsidRPr="00BB4745" w14:paraId="185C8CEF" w14:textId="77777777" w:rsidTr="00CC5970">
        <w:tc>
          <w:tcPr>
            <w:tcW w:w="2398" w:type="pct"/>
            <w:hideMark/>
          </w:tcPr>
          <w:p w14:paraId="30328206" w14:textId="77777777" w:rsidR="00290FB6" w:rsidRPr="00BB4745" w:rsidRDefault="00290FB6">
            <w:pPr>
              <w:spacing w:after="0"/>
              <w:rPr>
                <w:rFonts w:asciiTheme="majorHAnsi" w:hAnsiTheme="majorHAnsi" w:cstheme="majorHAnsi"/>
              </w:rPr>
            </w:pPr>
            <w:r w:rsidRPr="00BB4745">
              <w:rPr>
                <w:rFonts w:asciiTheme="majorHAnsi" w:hAnsiTheme="majorHAnsi" w:cstheme="majorHAnsi"/>
              </w:rPr>
              <w:t>Minors (under 18)</w:t>
            </w:r>
          </w:p>
        </w:tc>
        <w:tc>
          <w:tcPr>
            <w:tcW w:w="2602" w:type="pct"/>
            <w:hideMark/>
          </w:tcPr>
          <w:p w14:paraId="1CB2F48D" w14:textId="77777777" w:rsidR="00290FB6" w:rsidRPr="00BB4745" w:rsidRDefault="00290FB6">
            <w:pPr>
              <w:spacing w:after="0"/>
              <w:rPr>
                <w:rFonts w:asciiTheme="majorHAnsi" w:hAnsiTheme="majorHAnsi" w:cstheme="majorHAnsi"/>
              </w:rPr>
            </w:pPr>
            <w:r w:rsidRPr="00BB4745">
              <w:rPr>
                <w:rFonts w:asciiTheme="majorHAnsi" w:hAnsiTheme="majorHAnsi" w:cstheme="majorHAnsi"/>
              </w:rPr>
              <w:t> </w:t>
            </w:r>
          </w:p>
        </w:tc>
      </w:tr>
      <w:tr w:rsidR="00290FB6" w:rsidRPr="00BB4745" w14:paraId="684D05D7" w14:textId="77777777" w:rsidTr="00CC5970">
        <w:tc>
          <w:tcPr>
            <w:tcW w:w="2398" w:type="pct"/>
            <w:hideMark/>
          </w:tcPr>
          <w:p w14:paraId="319759C8" w14:textId="77777777" w:rsidR="00290FB6" w:rsidRPr="00BB4745" w:rsidRDefault="00290FB6">
            <w:pPr>
              <w:spacing w:after="0"/>
              <w:rPr>
                <w:rFonts w:asciiTheme="majorHAnsi" w:hAnsiTheme="majorHAnsi" w:cstheme="majorHAnsi"/>
              </w:rPr>
            </w:pPr>
            <w:r w:rsidRPr="00BB4745">
              <w:rPr>
                <w:rFonts w:asciiTheme="majorHAnsi" w:hAnsiTheme="majorHAnsi" w:cstheme="majorHAnsi"/>
              </w:rPr>
              <w:t>College/University Students</w:t>
            </w:r>
          </w:p>
        </w:tc>
        <w:tc>
          <w:tcPr>
            <w:tcW w:w="2602" w:type="pct"/>
            <w:hideMark/>
          </w:tcPr>
          <w:p w14:paraId="165C26E6" w14:textId="77777777" w:rsidR="00290FB6" w:rsidRPr="00BB4745" w:rsidRDefault="00290FB6">
            <w:pPr>
              <w:spacing w:after="0"/>
              <w:rPr>
                <w:rFonts w:asciiTheme="majorHAnsi" w:hAnsiTheme="majorHAnsi" w:cstheme="majorHAnsi"/>
              </w:rPr>
            </w:pPr>
            <w:r w:rsidRPr="00BB4745">
              <w:rPr>
                <w:rFonts w:asciiTheme="majorHAnsi" w:hAnsiTheme="majorHAnsi" w:cstheme="majorHAnsi"/>
              </w:rPr>
              <w:t> </w:t>
            </w:r>
          </w:p>
        </w:tc>
      </w:tr>
      <w:tr w:rsidR="00290FB6" w:rsidRPr="00BB4745" w14:paraId="57CDEB6E" w14:textId="77777777" w:rsidTr="00CC5970">
        <w:tc>
          <w:tcPr>
            <w:tcW w:w="2398" w:type="pct"/>
            <w:hideMark/>
          </w:tcPr>
          <w:p w14:paraId="6DE60376" w14:textId="77777777" w:rsidR="00290FB6" w:rsidRPr="00BB4745" w:rsidRDefault="00290FB6">
            <w:pPr>
              <w:spacing w:after="0"/>
              <w:rPr>
                <w:rFonts w:asciiTheme="majorHAnsi" w:hAnsiTheme="majorHAnsi" w:cstheme="majorHAnsi"/>
              </w:rPr>
            </w:pPr>
            <w:r w:rsidRPr="00BB4745">
              <w:rPr>
                <w:rFonts w:asciiTheme="majorHAnsi" w:hAnsiTheme="majorHAnsi" w:cstheme="majorHAnsi"/>
              </w:rPr>
              <w:t>Prisoners</w:t>
            </w:r>
          </w:p>
        </w:tc>
        <w:tc>
          <w:tcPr>
            <w:tcW w:w="2602" w:type="pct"/>
            <w:hideMark/>
          </w:tcPr>
          <w:p w14:paraId="2C1FB776" w14:textId="77777777" w:rsidR="00290FB6" w:rsidRPr="00BB4745" w:rsidRDefault="00290FB6">
            <w:pPr>
              <w:spacing w:after="0"/>
              <w:rPr>
                <w:rFonts w:asciiTheme="majorHAnsi" w:hAnsiTheme="majorHAnsi" w:cstheme="majorHAnsi"/>
              </w:rPr>
            </w:pPr>
            <w:r w:rsidRPr="00BB4745">
              <w:rPr>
                <w:rFonts w:asciiTheme="majorHAnsi" w:hAnsiTheme="majorHAnsi" w:cstheme="majorHAnsi"/>
              </w:rPr>
              <w:t> </w:t>
            </w:r>
          </w:p>
        </w:tc>
      </w:tr>
      <w:tr w:rsidR="00290FB6" w:rsidRPr="00BB4745" w14:paraId="5DB23470" w14:textId="77777777" w:rsidTr="00CC5970">
        <w:tc>
          <w:tcPr>
            <w:tcW w:w="2398" w:type="pct"/>
            <w:hideMark/>
          </w:tcPr>
          <w:p w14:paraId="11CDB255" w14:textId="77777777" w:rsidR="00290FB6" w:rsidRPr="00BB4745" w:rsidRDefault="00290FB6">
            <w:pPr>
              <w:spacing w:after="0"/>
              <w:rPr>
                <w:rFonts w:asciiTheme="majorHAnsi" w:hAnsiTheme="majorHAnsi" w:cstheme="majorHAnsi"/>
              </w:rPr>
            </w:pPr>
            <w:r w:rsidRPr="00BB4745">
              <w:rPr>
                <w:rFonts w:asciiTheme="majorHAnsi" w:hAnsiTheme="majorHAnsi" w:cstheme="majorHAnsi"/>
              </w:rPr>
              <w:t>Pregnant Women</w:t>
            </w:r>
          </w:p>
        </w:tc>
        <w:tc>
          <w:tcPr>
            <w:tcW w:w="2602" w:type="pct"/>
            <w:hideMark/>
          </w:tcPr>
          <w:p w14:paraId="1B3F126A" w14:textId="77777777" w:rsidR="00290FB6" w:rsidRPr="00BB4745" w:rsidRDefault="00290FB6">
            <w:pPr>
              <w:spacing w:after="0"/>
              <w:rPr>
                <w:rFonts w:asciiTheme="majorHAnsi" w:hAnsiTheme="majorHAnsi" w:cstheme="majorHAnsi"/>
              </w:rPr>
            </w:pPr>
            <w:r w:rsidRPr="00BB4745">
              <w:rPr>
                <w:rFonts w:asciiTheme="majorHAnsi" w:hAnsiTheme="majorHAnsi" w:cstheme="majorHAnsi"/>
              </w:rPr>
              <w:t> </w:t>
            </w:r>
          </w:p>
        </w:tc>
      </w:tr>
      <w:tr w:rsidR="00290FB6" w:rsidRPr="00BB4745" w14:paraId="04BA42E2" w14:textId="77777777" w:rsidTr="00CC5970">
        <w:tc>
          <w:tcPr>
            <w:tcW w:w="2398" w:type="pct"/>
            <w:hideMark/>
          </w:tcPr>
          <w:p w14:paraId="189294EA" w14:textId="77777777" w:rsidR="00290FB6" w:rsidRPr="00BB4745" w:rsidRDefault="00290FB6">
            <w:pPr>
              <w:spacing w:after="0"/>
              <w:rPr>
                <w:rFonts w:asciiTheme="majorHAnsi" w:hAnsiTheme="majorHAnsi" w:cstheme="majorHAnsi"/>
              </w:rPr>
            </w:pPr>
            <w:r w:rsidRPr="00BB4745">
              <w:rPr>
                <w:rFonts w:asciiTheme="majorHAnsi" w:hAnsiTheme="majorHAnsi" w:cstheme="majorHAnsi"/>
              </w:rPr>
              <w:t>Cognitively Impaired Individuals</w:t>
            </w:r>
          </w:p>
        </w:tc>
        <w:tc>
          <w:tcPr>
            <w:tcW w:w="2602" w:type="pct"/>
            <w:hideMark/>
          </w:tcPr>
          <w:p w14:paraId="4A67A1E2" w14:textId="77777777" w:rsidR="00290FB6" w:rsidRPr="00BB4745" w:rsidRDefault="00290FB6">
            <w:pPr>
              <w:spacing w:after="0"/>
              <w:rPr>
                <w:rFonts w:asciiTheme="majorHAnsi" w:hAnsiTheme="majorHAnsi" w:cstheme="majorHAnsi"/>
              </w:rPr>
            </w:pPr>
            <w:r w:rsidRPr="00BB4745">
              <w:rPr>
                <w:rFonts w:asciiTheme="majorHAnsi" w:hAnsiTheme="majorHAnsi" w:cstheme="majorHAnsi"/>
              </w:rPr>
              <w:t> </w:t>
            </w:r>
          </w:p>
        </w:tc>
      </w:tr>
      <w:tr w:rsidR="00290FB6" w:rsidRPr="00BB4745" w14:paraId="3B41D219" w14:textId="77777777" w:rsidTr="00CC5970">
        <w:tc>
          <w:tcPr>
            <w:tcW w:w="2398" w:type="pct"/>
            <w:hideMark/>
          </w:tcPr>
          <w:p w14:paraId="78A47B2A" w14:textId="77777777" w:rsidR="00290FB6" w:rsidRPr="00BB4745" w:rsidRDefault="00290FB6">
            <w:pPr>
              <w:spacing w:after="0"/>
              <w:rPr>
                <w:rFonts w:asciiTheme="majorHAnsi" w:hAnsiTheme="majorHAnsi" w:cstheme="majorHAnsi"/>
              </w:rPr>
            </w:pPr>
            <w:r w:rsidRPr="00BB4745">
              <w:rPr>
                <w:rFonts w:asciiTheme="majorHAnsi" w:hAnsiTheme="majorHAnsi" w:cstheme="majorHAnsi"/>
              </w:rPr>
              <w:t>Economically/Educationally Disadvantaged</w:t>
            </w:r>
          </w:p>
        </w:tc>
        <w:tc>
          <w:tcPr>
            <w:tcW w:w="2602" w:type="pct"/>
            <w:hideMark/>
          </w:tcPr>
          <w:p w14:paraId="5915FAC2" w14:textId="77777777" w:rsidR="00290FB6" w:rsidRPr="00BB4745" w:rsidRDefault="00290FB6">
            <w:pPr>
              <w:spacing w:after="0"/>
              <w:rPr>
                <w:rFonts w:asciiTheme="majorHAnsi" w:hAnsiTheme="majorHAnsi" w:cstheme="majorHAnsi"/>
              </w:rPr>
            </w:pPr>
            <w:r w:rsidRPr="00BB4745">
              <w:rPr>
                <w:rFonts w:asciiTheme="majorHAnsi" w:hAnsiTheme="majorHAnsi" w:cstheme="majorHAnsi"/>
              </w:rPr>
              <w:t> </w:t>
            </w:r>
          </w:p>
        </w:tc>
      </w:tr>
      <w:tr w:rsidR="00290FB6" w:rsidRPr="00BB4745" w14:paraId="6A9AF0B6" w14:textId="77777777" w:rsidTr="00CC5970">
        <w:tc>
          <w:tcPr>
            <w:tcW w:w="2398" w:type="pct"/>
            <w:hideMark/>
          </w:tcPr>
          <w:p w14:paraId="6725D8F4" w14:textId="77777777" w:rsidR="00290FB6" w:rsidRPr="00BB4745" w:rsidRDefault="00290FB6">
            <w:pPr>
              <w:spacing w:after="0"/>
              <w:rPr>
                <w:rFonts w:asciiTheme="majorHAnsi" w:hAnsiTheme="majorHAnsi" w:cstheme="majorHAnsi"/>
              </w:rPr>
            </w:pPr>
            <w:r w:rsidRPr="00BB4745">
              <w:rPr>
                <w:rFonts w:asciiTheme="majorHAnsi" w:hAnsiTheme="majorHAnsi" w:cstheme="majorHAnsi"/>
              </w:rPr>
              <w:t>Other Vulnerable Population (specify below)</w:t>
            </w:r>
          </w:p>
        </w:tc>
        <w:tc>
          <w:tcPr>
            <w:tcW w:w="2602" w:type="pct"/>
            <w:hideMark/>
          </w:tcPr>
          <w:p w14:paraId="3200FA9C" w14:textId="77777777" w:rsidR="00290FB6" w:rsidRPr="00BB4745" w:rsidRDefault="00290FB6">
            <w:pPr>
              <w:spacing w:after="0"/>
              <w:rPr>
                <w:rFonts w:asciiTheme="majorHAnsi" w:hAnsiTheme="majorHAnsi" w:cstheme="majorHAnsi"/>
              </w:rPr>
            </w:pPr>
            <w:r w:rsidRPr="00BB4745">
              <w:rPr>
                <w:rFonts w:asciiTheme="majorHAnsi" w:hAnsiTheme="majorHAnsi" w:cstheme="majorHAnsi"/>
              </w:rPr>
              <w:t> </w:t>
            </w:r>
          </w:p>
        </w:tc>
      </w:tr>
    </w:tbl>
    <w:p w14:paraId="14617C11" w14:textId="29B53BDD" w:rsidR="001A7D31" w:rsidRPr="00BB4745" w:rsidRDefault="00311DF2" w:rsidP="001A7D31">
      <w:pPr>
        <w:rPr>
          <w:rFonts w:asciiTheme="majorHAnsi" w:hAnsiTheme="majorHAnsi" w:cstheme="majorHAnsi"/>
        </w:rPr>
      </w:pPr>
      <w:r w:rsidRPr="00BB4745">
        <w:rPr>
          <w:rFonts w:asciiTheme="majorHAnsi" w:hAnsiTheme="majorHAnsi" w:cstheme="majorHAnsi"/>
          <w:b/>
        </w:rPr>
        <w:br/>
      </w:r>
      <w:r w:rsidR="001A7D31" w:rsidRPr="00BB4745">
        <w:rPr>
          <w:rFonts w:asciiTheme="majorHAnsi" w:hAnsiTheme="majorHAnsi" w:cstheme="majorHAnsi"/>
          <w:b/>
        </w:rPr>
        <w:t>If vulnerable population selected, specify and explain protections:</w:t>
      </w:r>
    </w:p>
    <w:p w14:paraId="7AE142BB" w14:textId="77777777" w:rsidR="001A7D31" w:rsidRPr="00BB4745" w:rsidRDefault="001A7D31" w:rsidP="00311DF2">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B4745">
        <w:rPr>
          <w:rFonts w:asciiTheme="majorHAnsi" w:hAnsiTheme="majorHAnsi" w:cstheme="majorHAnsi"/>
        </w:rPr>
        <w:t>[Text box - 2 lines]</w:t>
      </w:r>
    </w:p>
    <w:p w14:paraId="3337FC28" w14:textId="77777777" w:rsidR="004F7A68" w:rsidRPr="00BB4745" w:rsidRDefault="009B633C">
      <w:pPr>
        <w:pStyle w:val="Heading3"/>
        <w:rPr>
          <w:rFonts w:cstheme="majorHAnsi"/>
        </w:rPr>
      </w:pPr>
      <w:r w:rsidRPr="00BB4745">
        <w:rPr>
          <w:rFonts w:cstheme="majorHAnsi"/>
        </w:rPr>
        <w:t>2.2 Sample Size and Justification</w:t>
      </w:r>
    </w:p>
    <w:p w14:paraId="05D14940" w14:textId="77777777" w:rsidR="004F7A68" w:rsidRPr="00BB4745" w:rsidRDefault="009B633C">
      <w:pPr>
        <w:rPr>
          <w:rFonts w:asciiTheme="majorHAnsi" w:hAnsiTheme="majorHAnsi" w:cstheme="majorHAnsi"/>
        </w:rPr>
      </w:pPr>
      <w:r w:rsidRPr="00BB4745">
        <w:rPr>
          <w:rFonts w:asciiTheme="majorHAnsi" w:hAnsiTheme="majorHAnsi" w:cstheme="majorHAnsi"/>
          <w:b/>
        </w:rPr>
        <w:t>Instructions:</w:t>
      </w:r>
      <w:r w:rsidRPr="00BB4745">
        <w:rPr>
          <w:rFonts w:asciiTheme="majorHAnsi" w:hAnsiTheme="majorHAnsi" w:cstheme="majorHAnsi"/>
        </w:rPr>
        <w:t xml:space="preserve"> State the total number of participants you plan to recruit and explain how you determined this number. If applicable, provide a statistical justification (power analysis) or explain why this sample size is appropriate for your research design (e.g., qualitative research, pilot study, case study). Consider including information about expected attrition rates if relevant.</w:t>
      </w:r>
    </w:p>
    <w:p w14:paraId="4CA5C20B" w14:textId="6BE59752" w:rsidR="004F7A68" w:rsidRPr="00BB4745" w:rsidRDefault="009B633C">
      <w:pPr>
        <w:rPr>
          <w:rFonts w:asciiTheme="majorHAnsi" w:hAnsiTheme="majorHAnsi" w:cstheme="majorHAnsi"/>
        </w:rPr>
      </w:pPr>
      <w:r w:rsidRPr="00BB4745">
        <w:rPr>
          <w:rFonts w:asciiTheme="majorHAnsi" w:hAnsiTheme="majorHAnsi" w:cstheme="majorHAnsi"/>
          <w:b/>
        </w:rPr>
        <w:t>Sample Size:</w:t>
      </w:r>
      <w:r w:rsidRPr="00BB4745">
        <w:rPr>
          <w:rFonts w:asciiTheme="majorHAnsi" w:hAnsiTheme="majorHAnsi" w:cstheme="majorHAnsi"/>
        </w:rPr>
        <w:t xml:space="preserve"> </w:t>
      </w:r>
    </w:p>
    <w:p w14:paraId="0E12000F" w14:textId="77777777" w:rsidR="004F7A68" w:rsidRPr="00BB4745" w:rsidRDefault="009B633C">
      <w:pPr>
        <w:rPr>
          <w:rFonts w:asciiTheme="majorHAnsi" w:hAnsiTheme="majorHAnsi" w:cstheme="majorHAnsi"/>
        </w:rPr>
      </w:pPr>
      <w:r w:rsidRPr="00BB4745">
        <w:rPr>
          <w:rFonts w:asciiTheme="majorHAnsi" w:hAnsiTheme="majorHAnsi" w:cstheme="majorHAnsi"/>
          <w:b/>
        </w:rPr>
        <w:t>Justification for Sample Size:</w:t>
      </w:r>
    </w:p>
    <w:p w14:paraId="6398EDAE" w14:textId="77777777" w:rsidR="004F7A68" w:rsidRPr="00BB4745" w:rsidRDefault="009B633C" w:rsidP="001A4821">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B4745">
        <w:rPr>
          <w:rFonts w:asciiTheme="majorHAnsi" w:hAnsiTheme="majorHAnsi" w:cstheme="majorHAnsi"/>
        </w:rPr>
        <w:t>[Text box - approximately 200 words]</w:t>
      </w:r>
    </w:p>
    <w:p w14:paraId="2CD64D9C" w14:textId="77777777" w:rsidR="004F7A68" w:rsidRPr="00BB4745" w:rsidRDefault="009B633C">
      <w:pPr>
        <w:pStyle w:val="Heading3"/>
        <w:rPr>
          <w:rFonts w:cstheme="majorHAnsi"/>
        </w:rPr>
      </w:pPr>
      <w:r w:rsidRPr="00BB4745">
        <w:rPr>
          <w:rFonts w:cstheme="majorHAnsi"/>
        </w:rPr>
        <w:t>2.3 Inclusion and Exclusion Criteria</w:t>
      </w:r>
    </w:p>
    <w:p w14:paraId="346C341D" w14:textId="77777777" w:rsidR="004F7A68" w:rsidRPr="00BB4745" w:rsidRDefault="009B633C">
      <w:pPr>
        <w:rPr>
          <w:rFonts w:asciiTheme="majorHAnsi" w:hAnsiTheme="majorHAnsi" w:cstheme="majorHAnsi"/>
        </w:rPr>
      </w:pPr>
      <w:r w:rsidRPr="00BB4745">
        <w:rPr>
          <w:rFonts w:asciiTheme="majorHAnsi" w:hAnsiTheme="majorHAnsi" w:cstheme="majorHAnsi"/>
          <w:b/>
        </w:rPr>
        <w:t>Instructions:</w:t>
      </w:r>
      <w:r w:rsidRPr="00BB4745">
        <w:rPr>
          <w:rFonts w:asciiTheme="majorHAnsi" w:hAnsiTheme="majorHAnsi" w:cstheme="majorHAnsi"/>
        </w:rPr>
        <w:t xml:space="preserve"> List the specific criteria that determine who can and cannot participate in your study. Inclusion criteria are the characteristics participants must have to be eligible. Exclusion criteria are characteristics that would make someone ineligible. Be specific and justify any restrictions.</w:t>
      </w:r>
    </w:p>
    <w:p w14:paraId="50C104DB" w14:textId="77777777" w:rsidR="004F7A68" w:rsidRPr="00BB4745" w:rsidRDefault="009B633C">
      <w:pPr>
        <w:rPr>
          <w:rFonts w:asciiTheme="majorHAnsi" w:hAnsiTheme="majorHAnsi" w:cstheme="majorHAnsi"/>
        </w:rPr>
      </w:pPr>
      <w:r w:rsidRPr="00BB4745">
        <w:rPr>
          <w:rFonts w:asciiTheme="majorHAnsi" w:hAnsiTheme="majorHAnsi" w:cstheme="majorHAnsi"/>
          <w:b/>
        </w:rPr>
        <w:t>Inclusion Criteria</w:t>
      </w:r>
      <w:r w:rsidRPr="00BB4745">
        <w:rPr>
          <w:rFonts w:asciiTheme="majorHAnsi" w:hAnsiTheme="majorHAnsi" w:cstheme="majorHAnsi"/>
        </w:rPr>
        <w:t xml:space="preserve"> (who CAN participate):</w:t>
      </w:r>
    </w:p>
    <w:p w14:paraId="17E416C9" w14:textId="77777777" w:rsidR="004F7A68" w:rsidRPr="00BB4745" w:rsidRDefault="009B633C" w:rsidP="001A4821">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B4745">
        <w:rPr>
          <w:rFonts w:asciiTheme="majorHAnsi" w:hAnsiTheme="majorHAnsi" w:cstheme="majorHAnsi"/>
        </w:rPr>
        <w:t>[Text box - approximately 150 words]</w:t>
      </w:r>
    </w:p>
    <w:p w14:paraId="244ACC9A" w14:textId="77777777" w:rsidR="004F7A68" w:rsidRPr="00BB4745" w:rsidRDefault="009B633C">
      <w:pPr>
        <w:rPr>
          <w:rFonts w:asciiTheme="majorHAnsi" w:hAnsiTheme="majorHAnsi" w:cstheme="majorHAnsi"/>
        </w:rPr>
      </w:pPr>
      <w:r w:rsidRPr="00BB4745">
        <w:rPr>
          <w:rFonts w:asciiTheme="majorHAnsi" w:hAnsiTheme="majorHAnsi" w:cstheme="majorHAnsi"/>
          <w:b/>
        </w:rPr>
        <w:lastRenderedPageBreak/>
        <w:t>Exclusion Criteria</w:t>
      </w:r>
      <w:r w:rsidRPr="00BB4745">
        <w:rPr>
          <w:rFonts w:asciiTheme="majorHAnsi" w:hAnsiTheme="majorHAnsi" w:cstheme="majorHAnsi"/>
        </w:rPr>
        <w:t xml:space="preserve"> (who CANNOT participate):</w:t>
      </w:r>
    </w:p>
    <w:p w14:paraId="6497F088" w14:textId="77777777" w:rsidR="004F7A68" w:rsidRPr="00BB4745" w:rsidRDefault="009B633C" w:rsidP="001A4821">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B4745">
        <w:rPr>
          <w:rFonts w:asciiTheme="majorHAnsi" w:hAnsiTheme="majorHAnsi" w:cstheme="majorHAnsi"/>
        </w:rPr>
        <w:t>[Text box - approximately 150 words]</w:t>
      </w:r>
    </w:p>
    <w:p w14:paraId="1FB33B8A" w14:textId="77777777" w:rsidR="004F7A68" w:rsidRPr="00BB4745" w:rsidRDefault="009B633C" w:rsidP="00A200EA">
      <w:pPr>
        <w:pStyle w:val="Heading2"/>
        <w:pBdr>
          <w:top w:val="single" w:sz="4" w:space="1" w:color="auto"/>
          <w:bottom w:val="single" w:sz="4" w:space="1" w:color="auto"/>
        </w:pBdr>
        <w:shd w:val="clear" w:color="auto" w:fill="F2F2F2" w:themeFill="background1" w:themeFillShade="F2"/>
        <w:rPr>
          <w:rFonts w:cstheme="majorHAnsi"/>
        </w:rPr>
      </w:pPr>
      <w:r w:rsidRPr="00BB4745">
        <w:rPr>
          <w:rFonts w:cstheme="majorHAnsi"/>
        </w:rPr>
        <w:t>SECTION 3: RECRUITMENT AND CONSENT</w:t>
      </w:r>
    </w:p>
    <w:p w14:paraId="39FFE032" w14:textId="77777777" w:rsidR="004F7A68" w:rsidRPr="00BB4745" w:rsidRDefault="009B633C">
      <w:pPr>
        <w:pStyle w:val="Heading3"/>
        <w:rPr>
          <w:rFonts w:cstheme="majorHAnsi"/>
        </w:rPr>
      </w:pPr>
      <w:r w:rsidRPr="00BB4745">
        <w:rPr>
          <w:rFonts w:cstheme="majorHAnsi"/>
        </w:rPr>
        <w:t>3.1 Recruitment Methods and Procedures</w:t>
      </w:r>
    </w:p>
    <w:p w14:paraId="2848A772" w14:textId="77777777" w:rsidR="004F7A68" w:rsidRPr="00BB4745" w:rsidRDefault="009B633C">
      <w:pPr>
        <w:rPr>
          <w:rFonts w:asciiTheme="majorHAnsi" w:hAnsiTheme="majorHAnsi" w:cstheme="majorHAnsi"/>
        </w:rPr>
      </w:pPr>
      <w:r w:rsidRPr="00BB4745">
        <w:rPr>
          <w:rFonts w:asciiTheme="majorHAnsi" w:hAnsiTheme="majorHAnsi" w:cstheme="majorHAnsi"/>
          <w:b/>
        </w:rPr>
        <w:t>Instructions:</w:t>
      </w:r>
      <w:r w:rsidRPr="00BB4745">
        <w:rPr>
          <w:rFonts w:asciiTheme="majorHAnsi" w:hAnsiTheme="majorHAnsi" w:cstheme="majorHAnsi"/>
        </w:rPr>
        <w:t xml:space="preserve"> Describe exactly how you will identify and recruit potential participants. Where will you find them? How will you make initial contact? What recruitment materials will you use (flyers, emails, announcements, social media posts)? Who will do the recruiting? Be specific about the recruitment process from start to finish. All recruitment materials must be included in the appendix.</w:t>
      </w:r>
    </w:p>
    <w:p w14:paraId="41BB58D3" w14:textId="77777777" w:rsidR="004F7A68" w:rsidRPr="00BB4745" w:rsidRDefault="009B633C">
      <w:pPr>
        <w:rPr>
          <w:rFonts w:asciiTheme="majorHAnsi" w:hAnsiTheme="majorHAnsi" w:cstheme="majorHAnsi"/>
        </w:rPr>
      </w:pPr>
      <w:r w:rsidRPr="00BB4745">
        <w:rPr>
          <w:rFonts w:asciiTheme="majorHAnsi" w:hAnsiTheme="majorHAnsi" w:cstheme="majorHAnsi"/>
          <w:b/>
        </w:rPr>
        <w:t>Recruitment Methods and Procedures:</w:t>
      </w:r>
    </w:p>
    <w:p w14:paraId="4B4B5ECF" w14:textId="77777777" w:rsidR="004F7A68" w:rsidRPr="00BB4745" w:rsidRDefault="009B633C" w:rsidP="00C95F81">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B4745">
        <w:rPr>
          <w:rFonts w:asciiTheme="majorHAnsi" w:hAnsiTheme="majorHAnsi" w:cstheme="majorHAnsi"/>
        </w:rPr>
        <w:t>[Text box - approximately 300 words]</w:t>
      </w:r>
    </w:p>
    <w:p w14:paraId="6135479B" w14:textId="77777777" w:rsidR="004F7A68" w:rsidRPr="00BB4745" w:rsidRDefault="009B633C">
      <w:pPr>
        <w:pStyle w:val="Heading3"/>
        <w:rPr>
          <w:rFonts w:cstheme="majorHAnsi"/>
        </w:rPr>
      </w:pPr>
      <w:r w:rsidRPr="00BB4745">
        <w:rPr>
          <w:rFonts w:cstheme="majorHAnsi"/>
        </w:rPr>
        <w:t>3.2 Recruitment Materials</w:t>
      </w:r>
    </w:p>
    <w:p w14:paraId="5408EE35" w14:textId="77777777" w:rsidR="004F7A68" w:rsidRPr="00BB4745" w:rsidRDefault="009B633C">
      <w:pPr>
        <w:rPr>
          <w:rFonts w:asciiTheme="majorHAnsi" w:hAnsiTheme="majorHAnsi" w:cstheme="majorHAnsi"/>
        </w:rPr>
      </w:pPr>
      <w:r w:rsidRPr="00BB4745">
        <w:rPr>
          <w:rFonts w:asciiTheme="majorHAnsi" w:hAnsiTheme="majorHAnsi" w:cstheme="majorHAnsi"/>
          <w:b/>
        </w:rPr>
        <w:t>Instructions:</w:t>
      </w:r>
      <w:r w:rsidRPr="00BB4745">
        <w:rPr>
          <w:rFonts w:asciiTheme="majorHAnsi" w:hAnsiTheme="majorHAnsi" w:cstheme="majorHAnsi"/>
        </w:rPr>
        <w:t xml:space="preserve"> List all materials you will use to recruit participants. Check the box next to each type of material you will </w:t>
      </w:r>
      <w:proofErr w:type="gramStart"/>
      <w:r w:rsidRPr="00BB4745">
        <w:rPr>
          <w:rFonts w:asciiTheme="majorHAnsi" w:hAnsiTheme="majorHAnsi" w:cstheme="majorHAnsi"/>
        </w:rPr>
        <w:t>use, and</w:t>
      </w:r>
      <w:proofErr w:type="gramEnd"/>
      <w:r w:rsidRPr="00BB4745">
        <w:rPr>
          <w:rFonts w:asciiTheme="majorHAnsi" w:hAnsiTheme="majorHAnsi" w:cstheme="majorHAnsi"/>
        </w:rPr>
        <w:t xml:space="preserve"> ensure copies of all materials are included in your appendix.</w:t>
      </w:r>
    </w:p>
    <w:p w14:paraId="75A74C7B" w14:textId="4423D5DA" w:rsidR="004F7A68" w:rsidRPr="00BB4745" w:rsidRDefault="009B633C">
      <w:pPr>
        <w:rPr>
          <w:rFonts w:asciiTheme="majorHAnsi" w:hAnsiTheme="majorHAnsi" w:cstheme="majorHAnsi"/>
        </w:rPr>
      </w:pPr>
      <w:r w:rsidRPr="00BB4745">
        <w:rPr>
          <w:rFonts w:asciiTheme="majorHAnsi" w:hAnsiTheme="majorHAnsi" w:cstheme="majorHAnsi"/>
          <w:b/>
        </w:rPr>
        <w:t>Recruitment Materials</w:t>
      </w:r>
      <w:r w:rsidRPr="00BB4745">
        <w:rPr>
          <w:rFonts w:asciiTheme="majorHAnsi" w:hAnsiTheme="majorHAnsi" w:cstheme="majorHAnsi"/>
        </w:rPr>
        <w:t xml:space="preserve"> (</w:t>
      </w:r>
      <w:r w:rsidR="007F6B49" w:rsidRPr="00BB4745">
        <w:rPr>
          <w:rFonts w:asciiTheme="majorHAnsi" w:hAnsiTheme="majorHAnsi" w:cstheme="majorHAnsi"/>
        </w:rPr>
        <w:t>Put an X for all that</w:t>
      </w:r>
      <w:r w:rsidRPr="00BB4745">
        <w:rPr>
          <w:rFonts w:asciiTheme="majorHAnsi" w:hAnsiTheme="majorHAnsi" w:cstheme="majorHAnsi"/>
        </w:rPr>
        <w:t xml:space="preserve"> apply and </w:t>
      </w:r>
      <w:r w:rsidR="007F6B49" w:rsidRPr="00BB4745">
        <w:rPr>
          <w:rFonts w:asciiTheme="majorHAnsi" w:hAnsiTheme="majorHAnsi" w:cstheme="majorHAnsi"/>
        </w:rPr>
        <w:t xml:space="preserve">you will </w:t>
      </w:r>
      <w:r w:rsidRPr="00BB4745">
        <w:rPr>
          <w:rFonts w:asciiTheme="majorHAnsi" w:hAnsiTheme="majorHAnsi" w:cstheme="majorHAnsi"/>
        </w:rPr>
        <w:t xml:space="preserve">include in </w:t>
      </w:r>
      <w:r w:rsidR="007F6B49" w:rsidRPr="00BB4745">
        <w:rPr>
          <w:rFonts w:asciiTheme="majorHAnsi" w:hAnsiTheme="majorHAnsi" w:cstheme="majorHAnsi"/>
        </w:rPr>
        <w:t xml:space="preserve">the </w:t>
      </w:r>
      <w:r w:rsidRPr="00BB4745">
        <w:rPr>
          <w:rFonts w:asciiTheme="majorHAnsi" w:hAnsiTheme="majorHAnsi" w:cstheme="majorHAnsi"/>
        </w:rPr>
        <w:t>appendix):</w:t>
      </w:r>
    </w:p>
    <w:tbl>
      <w:tblPr>
        <w:tblStyle w:val="TableGrid"/>
        <w:tblW w:w="5000" w:type="pct"/>
        <w:tblLook w:val="04A0" w:firstRow="1" w:lastRow="0" w:firstColumn="1" w:lastColumn="0" w:noHBand="0" w:noVBand="1"/>
      </w:tblPr>
      <w:tblGrid>
        <w:gridCol w:w="5508"/>
        <w:gridCol w:w="3348"/>
      </w:tblGrid>
      <w:tr w:rsidR="00CC5970" w:rsidRPr="00BB4745" w14:paraId="1D94D9B2" w14:textId="77777777" w:rsidTr="00CC5970">
        <w:tc>
          <w:tcPr>
            <w:tcW w:w="3110" w:type="pct"/>
            <w:shd w:val="clear" w:color="auto" w:fill="F2F2F2" w:themeFill="background1" w:themeFillShade="F2"/>
            <w:hideMark/>
          </w:tcPr>
          <w:p w14:paraId="4673E6E1" w14:textId="77777777" w:rsidR="00CC5970" w:rsidRPr="00BB4745" w:rsidRDefault="00CC5970">
            <w:pPr>
              <w:spacing w:after="0"/>
              <w:rPr>
                <w:rFonts w:asciiTheme="majorHAnsi" w:hAnsiTheme="majorHAnsi" w:cstheme="majorHAnsi"/>
              </w:rPr>
            </w:pPr>
            <w:r w:rsidRPr="00BB4745">
              <w:rPr>
                <w:rFonts w:asciiTheme="majorHAnsi" w:hAnsiTheme="majorHAnsi" w:cstheme="majorHAnsi"/>
                <w:b/>
                <w:bCs/>
              </w:rPr>
              <w:t>Material Type</w:t>
            </w:r>
          </w:p>
        </w:tc>
        <w:tc>
          <w:tcPr>
            <w:tcW w:w="1890" w:type="pct"/>
            <w:shd w:val="clear" w:color="auto" w:fill="F2F2F2" w:themeFill="background1" w:themeFillShade="F2"/>
            <w:hideMark/>
          </w:tcPr>
          <w:p w14:paraId="62E24599" w14:textId="26FA6BCE" w:rsidR="00CC5970" w:rsidRPr="00BB4745" w:rsidRDefault="00CC5970">
            <w:pPr>
              <w:spacing w:after="0"/>
              <w:rPr>
                <w:rFonts w:asciiTheme="majorHAnsi" w:hAnsiTheme="majorHAnsi" w:cstheme="majorHAnsi"/>
              </w:rPr>
            </w:pPr>
            <w:r>
              <w:rPr>
                <w:rFonts w:asciiTheme="majorHAnsi" w:hAnsiTheme="majorHAnsi" w:cstheme="majorHAnsi"/>
                <w:b/>
                <w:bCs/>
              </w:rPr>
              <w:t>Place an X in the appropriate row</w:t>
            </w:r>
          </w:p>
        </w:tc>
      </w:tr>
      <w:tr w:rsidR="00CC5970" w:rsidRPr="00BB4745" w14:paraId="7E207FE1" w14:textId="77777777" w:rsidTr="00CC5970">
        <w:tc>
          <w:tcPr>
            <w:tcW w:w="3110" w:type="pct"/>
            <w:hideMark/>
          </w:tcPr>
          <w:p w14:paraId="727056B4" w14:textId="77777777" w:rsidR="00CC5970" w:rsidRPr="00BB4745" w:rsidRDefault="00CC5970">
            <w:pPr>
              <w:spacing w:after="0"/>
              <w:rPr>
                <w:rFonts w:asciiTheme="majorHAnsi" w:hAnsiTheme="majorHAnsi" w:cstheme="majorHAnsi"/>
              </w:rPr>
            </w:pPr>
            <w:r w:rsidRPr="00BB4745">
              <w:rPr>
                <w:rFonts w:asciiTheme="majorHAnsi" w:hAnsiTheme="majorHAnsi" w:cstheme="majorHAnsi"/>
              </w:rPr>
              <w:t>Recruitment flyers/posters</w:t>
            </w:r>
          </w:p>
        </w:tc>
        <w:tc>
          <w:tcPr>
            <w:tcW w:w="1890" w:type="pct"/>
            <w:hideMark/>
          </w:tcPr>
          <w:p w14:paraId="5C3F294E" w14:textId="77777777" w:rsidR="00CC5970" w:rsidRPr="00BB4745" w:rsidRDefault="00CC5970">
            <w:pPr>
              <w:spacing w:after="0"/>
              <w:rPr>
                <w:rFonts w:asciiTheme="majorHAnsi" w:hAnsiTheme="majorHAnsi" w:cstheme="majorHAnsi"/>
              </w:rPr>
            </w:pPr>
            <w:r w:rsidRPr="00BB4745">
              <w:rPr>
                <w:rFonts w:asciiTheme="majorHAnsi" w:hAnsiTheme="majorHAnsi" w:cstheme="majorHAnsi"/>
              </w:rPr>
              <w:t> </w:t>
            </w:r>
          </w:p>
        </w:tc>
      </w:tr>
      <w:tr w:rsidR="00CC5970" w:rsidRPr="00BB4745" w14:paraId="0E0C329E" w14:textId="77777777" w:rsidTr="00CC5970">
        <w:tc>
          <w:tcPr>
            <w:tcW w:w="3110" w:type="pct"/>
            <w:hideMark/>
          </w:tcPr>
          <w:p w14:paraId="3FD6E62E" w14:textId="77777777" w:rsidR="00CC5970" w:rsidRPr="00BB4745" w:rsidRDefault="00CC5970">
            <w:pPr>
              <w:spacing w:after="0"/>
              <w:rPr>
                <w:rFonts w:asciiTheme="majorHAnsi" w:hAnsiTheme="majorHAnsi" w:cstheme="majorHAnsi"/>
              </w:rPr>
            </w:pPr>
            <w:r w:rsidRPr="00BB4745">
              <w:rPr>
                <w:rFonts w:asciiTheme="majorHAnsi" w:hAnsiTheme="majorHAnsi" w:cstheme="majorHAnsi"/>
              </w:rPr>
              <w:t>Recruitment emails</w:t>
            </w:r>
          </w:p>
        </w:tc>
        <w:tc>
          <w:tcPr>
            <w:tcW w:w="1890" w:type="pct"/>
            <w:hideMark/>
          </w:tcPr>
          <w:p w14:paraId="413E4C91" w14:textId="77777777" w:rsidR="00CC5970" w:rsidRPr="00BB4745" w:rsidRDefault="00CC5970">
            <w:pPr>
              <w:spacing w:after="0"/>
              <w:rPr>
                <w:rFonts w:asciiTheme="majorHAnsi" w:hAnsiTheme="majorHAnsi" w:cstheme="majorHAnsi"/>
              </w:rPr>
            </w:pPr>
            <w:r w:rsidRPr="00BB4745">
              <w:rPr>
                <w:rFonts w:asciiTheme="majorHAnsi" w:hAnsiTheme="majorHAnsi" w:cstheme="majorHAnsi"/>
              </w:rPr>
              <w:t> </w:t>
            </w:r>
          </w:p>
        </w:tc>
      </w:tr>
      <w:tr w:rsidR="00CC5970" w:rsidRPr="00BB4745" w14:paraId="6BE494CB" w14:textId="77777777" w:rsidTr="00CC5970">
        <w:tc>
          <w:tcPr>
            <w:tcW w:w="3110" w:type="pct"/>
            <w:hideMark/>
          </w:tcPr>
          <w:p w14:paraId="04FE8602" w14:textId="77777777" w:rsidR="00CC5970" w:rsidRPr="00BB4745" w:rsidRDefault="00CC5970">
            <w:pPr>
              <w:spacing w:after="0"/>
              <w:rPr>
                <w:rFonts w:asciiTheme="majorHAnsi" w:hAnsiTheme="majorHAnsi" w:cstheme="majorHAnsi"/>
              </w:rPr>
            </w:pPr>
            <w:r w:rsidRPr="00BB4745">
              <w:rPr>
                <w:rFonts w:asciiTheme="majorHAnsi" w:hAnsiTheme="majorHAnsi" w:cstheme="majorHAnsi"/>
              </w:rPr>
              <w:t>Recruitment scripts (verbal)</w:t>
            </w:r>
          </w:p>
        </w:tc>
        <w:tc>
          <w:tcPr>
            <w:tcW w:w="1890" w:type="pct"/>
            <w:hideMark/>
          </w:tcPr>
          <w:p w14:paraId="2B7613DB" w14:textId="77777777" w:rsidR="00CC5970" w:rsidRPr="00BB4745" w:rsidRDefault="00CC5970">
            <w:pPr>
              <w:spacing w:after="0"/>
              <w:rPr>
                <w:rFonts w:asciiTheme="majorHAnsi" w:hAnsiTheme="majorHAnsi" w:cstheme="majorHAnsi"/>
              </w:rPr>
            </w:pPr>
            <w:r w:rsidRPr="00BB4745">
              <w:rPr>
                <w:rFonts w:asciiTheme="majorHAnsi" w:hAnsiTheme="majorHAnsi" w:cstheme="majorHAnsi"/>
              </w:rPr>
              <w:t> </w:t>
            </w:r>
          </w:p>
        </w:tc>
      </w:tr>
      <w:tr w:rsidR="00CC5970" w:rsidRPr="00BB4745" w14:paraId="6D3E9D8F" w14:textId="77777777" w:rsidTr="00CC5970">
        <w:tc>
          <w:tcPr>
            <w:tcW w:w="3110" w:type="pct"/>
            <w:hideMark/>
          </w:tcPr>
          <w:p w14:paraId="3B2D2097" w14:textId="77777777" w:rsidR="00CC5970" w:rsidRPr="00BB4745" w:rsidRDefault="00CC5970">
            <w:pPr>
              <w:spacing w:after="0"/>
              <w:rPr>
                <w:rFonts w:asciiTheme="majorHAnsi" w:hAnsiTheme="majorHAnsi" w:cstheme="majorHAnsi"/>
              </w:rPr>
            </w:pPr>
            <w:r w:rsidRPr="00BB4745">
              <w:rPr>
                <w:rFonts w:asciiTheme="majorHAnsi" w:hAnsiTheme="majorHAnsi" w:cstheme="majorHAnsi"/>
              </w:rPr>
              <w:t>Social media posts</w:t>
            </w:r>
          </w:p>
        </w:tc>
        <w:tc>
          <w:tcPr>
            <w:tcW w:w="1890" w:type="pct"/>
            <w:hideMark/>
          </w:tcPr>
          <w:p w14:paraId="5FA58DD2" w14:textId="77777777" w:rsidR="00CC5970" w:rsidRPr="00BB4745" w:rsidRDefault="00CC5970">
            <w:pPr>
              <w:spacing w:after="0"/>
              <w:rPr>
                <w:rFonts w:asciiTheme="majorHAnsi" w:hAnsiTheme="majorHAnsi" w:cstheme="majorHAnsi"/>
              </w:rPr>
            </w:pPr>
            <w:r w:rsidRPr="00BB4745">
              <w:rPr>
                <w:rFonts w:asciiTheme="majorHAnsi" w:hAnsiTheme="majorHAnsi" w:cstheme="majorHAnsi"/>
              </w:rPr>
              <w:t> </w:t>
            </w:r>
          </w:p>
        </w:tc>
      </w:tr>
      <w:tr w:rsidR="00CC5970" w:rsidRPr="00BB4745" w14:paraId="658D2069" w14:textId="77777777" w:rsidTr="00CC5970">
        <w:tc>
          <w:tcPr>
            <w:tcW w:w="3110" w:type="pct"/>
            <w:hideMark/>
          </w:tcPr>
          <w:p w14:paraId="162F62D9" w14:textId="77777777" w:rsidR="00CC5970" w:rsidRPr="00BB4745" w:rsidRDefault="00CC5970">
            <w:pPr>
              <w:spacing w:after="0"/>
              <w:rPr>
                <w:rFonts w:asciiTheme="majorHAnsi" w:hAnsiTheme="majorHAnsi" w:cstheme="majorHAnsi"/>
              </w:rPr>
            </w:pPr>
            <w:r w:rsidRPr="00BB4745">
              <w:rPr>
                <w:rFonts w:asciiTheme="majorHAnsi" w:hAnsiTheme="majorHAnsi" w:cstheme="majorHAnsi"/>
              </w:rPr>
              <w:t>Announcements (classroom, organization)</w:t>
            </w:r>
          </w:p>
        </w:tc>
        <w:tc>
          <w:tcPr>
            <w:tcW w:w="1890" w:type="pct"/>
            <w:hideMark/>
          </w:tcPr>
          <w:p w14:paraId="389FCD20" w14:textId="77777777" w:rsidR="00CC5970" w:rsidRPr="00BB4745" w:rsidRDefault="00CC5970">
            <w:pPr>
              <w:spacing w:after="0"/>
              <w:rPr>
                <w:rFonts w:asciiTheme="majorHAnsi" w:hAnsiTheme="majorHAnsi" w:cstheme="majorHAnsi"/>
              </w:rPr>
            </w:pPr>
            <w:r w:rsidRPr="00BB4745">
              <w:rPr>
                <w:rFonts w:asciiTheme="majorHAnsi" w:hAnsiTheme="majorHAnsi" w:cstheme="majorHAnsi"/>
              </w:rPr>
              <w:t> </w:t>
            </w:r>
          </w:p>
        </w:tc>
      </w:tr>
      <w:tr w:rsidR="00CC5970" w:rsidRPr="00BB4745" w14:paraId="2E84CE52" w14:textId="77777777" w:rsidTr="00CC5970">
        <w:tc>
          <w:tcPr>
            <w:tcW w:w="3110" w:type="pct"/>
            <w:hideMark/>
          </w:tcPr>
          <w:p w14:paraId="72214989" w14:textId="77777777" w:rsidR="00CC5970" w:rsidRPr="00BB4745" w:rsidRDefault="00CC5970">
            <w:pPr>
              <w:spacing w:after="0"/>
              <w:rPr>
                <w:rFonts w:asciiTheme="majorHAnsi" w:hAnsiTheme="majorHAnsi" w:cstheme="majorHAnsi"/>
              </w:rPr>
            </w:pPr>
            <w:r w:rsidRPr="00BB4745">
              <w:rPr>
                <w:rFonts w:asciiTheme="majorHAnsi" w:hAnsiTheme="majorHAnsi" w:cstheme="majorHAnsi"/>
              </w:rPr>
              <w:t>Letters to potential participants</w:t>
            </w:r>
          </w:p>
        </w:tc>
        <w:tc>
          <w:tcPr>
            <w:tcW w:w="1890" w:type="pct"/>
            <w:hideMark/>
          </w:tcPr>
          <w:p w14:paraId="1790F146" w14:textId="77777777" w:rsidR="00CC5970" w:rsidRPr="00BB4745" w:rsidRDefault="00CC5970">
            <w:pPr>
              <w:spacing w:after="0"/>
              <w:rPr>
                <w:rFonts w:asciiTheme="majorHAnsi" w:hAnsiTheme="majorHAnsi" w:cstheme="majorHAnsi"/>
              </w:rPr>
            </w:pPr>
            <w:r w:rsidRPr="00BB4745">
              <w:rPr>
                <w:rFonts w:asciiTheme="majorHAnsi" w:hAnsiTheme="majorHAnsi" w:cstheme="majorHAnsi"/>
              </w:rPr>
              <w:t> </w:t>
            </w:r>
          </w:p>
        </w:tc>
      </w:tr>
      <w:tr w:rsidR="00CC5970" w:rsidRPr="00BB4745" w14:paraId="14381D51" w14:textId="77777777" w:rsidTr="00CC5970">
        <w:tc>
          <w:tcPr>
            <w:tcW w:w="3110" w:type="pct"/>
            <w:hideMark/>
          </w:tcPr>
          <w:p w14:paraId="37EBD9A2" w14:textId="77777777" w:rsidR="00CC5970" w:rsidRPr="00BB4745" w:rsidRDefault="00CC5970">
            <w:pPr>
              <w:spacing w:after="0"/>
              <w:rPr>
                <w:rFonts w:asciiTheme="majorHAnsi" w:hAnsiTheme="majorHAnsi" w:cstheme="majorHAnsi"/>
              </w:rPr>
            </w:pPr>
            <w:r w:rsidRPr="00BB4745">
              <w:rPr>
                <w:rFonts w:asciiTheme="majorHAnsi" w:hAnsiTheme="majorHAnsi" w:cstheme="majorHAnsi"/>
              </w:rPr>
              <w:t>Other (specify):</w:t>
            </w:r>
          </w:p>
        </w:tc>
        <w:tc>
          <w:tcPr>
            <w:tcW w:w="1890" w:type="pct"/>
            <w:hideMark/>
          </w:tcPr>
          <w:p w14:paraId="6A13C9F8" w14:textId="77777777" w:rsidR="00CC5970" w:rsidRPr="00BB4745" w:rsidRDefault="00CC5970">
            <w:pPr>
              <w:spacing w:after="0"/>
              <w:rPr>
                <w:rFonts w:asciiTheme="majorHAnsi" w:hAnsiTheme="majorHAnsi" w:cstheme="majorHAnsi"/>
              </w:rPr>
            </w:pPr>
            <w:r w:rsidRPr="00BB4745">
              <w:rPr>
                <w:rFonts w:asciiTheme="majorHAnsi" w:hAnsiTheme="majorHAnsi" w:cstheme="majorHAnsi"/>
              </w:rPr>
              <w:t> </w:t>
            </w:r>
          </w:p>
        </w:tc>
      </w:tr>
    </w:tbl>
    <w:p w14:paraId="27CE1725" w14:textId="77777777" w:rsidR="004F7A68" w:rsidRPr="00BB4745" w:rsidRDefault="009B633C">
      <w:pPr>
        <w:pStyle w:val="Heading3"/>
        <w:rPr>
          <w:rFonts w:cstheme="majorHAnsi"/>
        </w:rPr>
      </w:pPr>
      <w:r w:rsidRPr="00BB4745">
        <w:rPr>
          <w:rFonts w:cstheme="majorHAnsi"/>
        </w:rPr>
        <w:t>3.3 Incentives and Compensation</w:t>
      </w:r>
    </w:p>
    <w:p w14:paraId="285AAD07" w14:textId="77777777" w:rsidR="004F7A68" w:rsidRPr="00BB4745" w:rsidRDefault="009B633C">
      <w:pPr>
        <w:rPr>
          <w:rFonts w:asciiTheme="majorHAnsi" w:hAnsiTheme="majorHAnsi" w:cstheme="majorHAnsi"/>
        </w:rPr>
      </w:pPr>
      <w:r w:rsidRPr="00BB4745">
        <w:rPr>
          <w:rFonts w:asciiTheme="majorHAnsi" w:hAnsiTheme="majorHAnsi" w:cstheme="majorHAnsi"/>
          <w:b/>
        </w:rPr>
        <w:t>Instructions:</w:t>
      </w:r>
      <w:r w:rsidRPr="00BB4745">
        <w:rPr>
          <w:rFonts w:asciiTheme="majorHAnsi" w:hAnsiTheme="majorHAnsi" w:cstheme="majorHAnsi"/>
        </w:rPr>
        <w:t xml:space="preserve"> Describe any incentives, compensation, or rewards participants will receive for participating. Include the type (money, gift cards, course credit, etc.), amount/value, and when it will be provided. If participants will receive partial compensation for partial completion, explain how this will work. If no incentives are offered, state "No incentives or compensation will be provided."</w:t>
      </w:r>
    </w:p>
    <w:p w14:paraId="39AC9D11" w14:textId="77777777" w:rsidR="004F7A68" w:rsidRPr="00BB4745" w:rsidRDefault="009B633C">
      <w:pPr>
        <w:rPr>
          <w:rFonts w:asciiTheme="majorHAnsi" w:hAnsiTheme="majorHAnsi" w:cstheme="majorHAnsi"/>
        </w:rPr>
      </w:pPr>
      <w:r w:rsidRPr="00BB4745">
        <w:rPr>
          <w:rFonts w:asciiTheme="majorHAnsi" w:hAnsiTheme="majorHAnsi" w:cstheme="majorHAnsi"/>
          <w:b/>
        </w:rPr>
        <w:t>Important:</w:t>
      </w:r>
      <w:r w:rsidRPr="00BB4745">
        <w:rPr>
          <w:rFonts w:asciiTheme="majorHAnsi" w:hAnsiTheme="majorHAnsi" w:cstheme="majorHAnsi"/>
        </w:rPr>
        <w:t xml:space="preserve"> Incentives should not be so large that they become coercive (i.e., people feel they cannot refuse to participate because they need the money/credit).</w:t>
      </w:r>
    </w:p>
    <w:p w14:paraId="11E6B8E6" w14:textId="77777777" w:rsidR="004F7A68" w:rsidRPr="00BB4745" w:rsidRDefault="009B633C">
      <w:pPr>
        <w:rPr>
          <w:rFonts w:asciiTheme="majorHAnsi" w:hAnsiTheme="majorHAnsi" w:cstheme="majorHAnsi"/>
        </w:rPr>
      </w:pPr>
      <w:r w:rsidRPr="00BB4745">
        <w:rPr>
          <w:rFonts w:asciiTheme="majorHAnsi" w:hAnsiTheme="majorHAnsi" w:cstheme="majorHAnsi"/>
          <w:b/>
        </w:rPr>
        <w:t>Incentives and Compensation:</w:t>
      </w:r>
    </w:p>
    <w:p w14:paraId="5B500BA5" w14:textId="77777777" w:rsidR="004F7A68" w:rsidRPr="00BB4745" w:rsidRDefault="009B633C" w:rsidP="007F6B49">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B4745">
        <w:rPr>
          <w:rFonts w:asciiTheme="majorHAnsi" w:hAnsiTheme="majorHAnsi" w:cstheme="majorHAnsi"/>
        </w:rPr>
        <w:t>[Text box - approximately 200 words]</w:t>
      </w:r>
    </w:p>
    <w:p w14:paraId="0E7D6796" w14:textId="77777777" w:rsidR="004F7A68" w:rsidRPr="00BB4745" w:rsidRDefault="009B633C">
      <w:pPr>
        <w:pStyle w:val="Heading3"/>
        <w:rPr>
          <w:rFonts w:cstheme="majorHAnsi"/>
        </w:rPr>
      </w:pPr>
      <w:r w:rsidRPr="00BB4745">
        <w:rPr>
          <w:rFonts w:cstheme="majorHAnsi"/>
        </w:rPr>
        <w:lastRenderedPageBreak/>
        <w:t>3.4 Use of Deception</w:t>
      </w:r>
    </w:p>
    <w:p w14:paraId="7BFB9212" w14:textId="77777777" w:rsidR="004F7A68" w:rsidRPr="00BB4745" w:rsidRDefault="009B633C">
      <w:pPr>
        <w:rPr>
          <w:rFonts w:asciiTheme="majorHAnsi" w:hAnsiTheme="majorHAnsi" w:cstheme="majorHAnsi"/>
        </w:rPr>
      </w:pPr>
      <w:r w:rsidRPr="00BB4745">
        <w:rPr>
          <w:rFonts w:asciiTheme="majorHAnsi" w:hAnsiTheme="majorHAnsi" w:cstheme="majorHAnsi"/>
          <w:b/>
        </w:rPr>
        <w:t>Instructions:</w:t>
      </w:r>
      <w:r w:rsidRPr="00BB4745">
        <w:rPr>
          <w:rFonts w:asciiTheme="majorHAnsi" w:hAnsiTheme="majorHAnsi" w:cstheme="majorHAnsi"/>
        </w:rPr>
        <w:t xml:space="preserve"> Deception occurs when participants are intentionally misled about the purpose, procedures, or other aspects of the research. If your study involves any form of deception, you must explain what information will be withheld or misrepresented, why deception is necessary for the research, and how participants will be debriefed afterward. If no deception is involved, state "This study does not involve deception."</w:t>
      </w:r>
    </w:p>
    <w:p w14:paraId="4608B1CD" w14:textId="77777777" w:rsidR="004F7A68" w:rsidRPr="00BB4745" w:rsidRDefault="009B633C">
      <w:pPr>
        <w:rPr>
          <w:rFonts w:asciiTheme="majorHAnsi" w:hAnsiTheme="majorHAnsi" w:cstheme="majorHAnsi"/>
        </w:rPr>
      </w:pPr>
      <w:r w:rsidRPr="00BB4745">
        <w:rPr>
          <w:rFonts w:asciiTheme="majorHAnsi" w:hAnsiTheme="majorHAnsi" w:cstheme="majorHAnsi"/>
          <w:b/>
        </w:rPr>
        <w:t>Use of Deception:</w:t>
      </w:r>
    </w:p>
    <w:p w14:paraId="5699E59B" w14:textId="77777777" w:rsidR="004F7A68" w:rsidRPr="00BB4745" w:rsidRDefault="009B633C" w:rsidP="007F6B49">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B4745">
        <w:rPr>
          <w:rFonts w:asciiTheme="majorHAnsi" w:hAnsiTheme="majorHAnsi" w:cstheme="majorHAnsi"/>
        </w:rPr>
        <w:t>[Text box - approximately 200 words]</w:t>
      </w:r>
    </w:p>
    <w:p w14:paraId="4A4DB180" w14:textId="77777777" w:rsidR="004F7A68" w:rsidRPr="00BB4745" w:rsidRDefault="009B633C">
      <w:pPr>
        <w:pStyle w:val="Heading3"/>
        <w:rPr>
          <w:rFonts w:cstheme="majorHAnsi"/>
        </w:rPr>
      </w:pPr>
      <w:r w:rsidRPr="00BB4745">
        <w:rPr>
          <w:rFonts w:cstheme="majorHAnsi"/>
        </w:rPr>
        <w:t>3.5 Informed Consent Process</w:t>
      </w:r>
    </w:p>
    <w:p w14:paraId="219F6932" w14:textId="77777777" w:rsidR="004F7A68" w:rsidRPr="00BB4745" w:rsidRDefault="009B633C">
      <w:pPr>
        <w:rPr>
          <w:rFonts w:asciiTheme="majorHAnsi" w:hAnsiTheme="majorHAnsi" w:cstheme="majorHAnsi"/>
        </w:rPr>
      </w:pPr>
      <w:r w:rsidRPr="00BB4745">
        <w:rPr>
          <w:rFonts w:asciiTheme="majorHAnsi" w:hAnsiTheme="majorHAnsi" w:cstheme="majorHAnsi"/>
          <w:b/>
        </w:rPr>
        <w:t>Instructions:</w:t>
      </w:r>
      <w:r w:rsidRPr="00BB4745">
        <w:rPr>
          <w:rFonts w:asciiTheme="majorHAnsi" w:hAnsiTheme="majorHAnsi" w:cstheme="majorHAnsi"/>
        </w:rPr>
        <w:t xml:space="preserve"> Describe exactly how and when you will obtain informed consent from participants. Where will consent take place? Who will obtain consent? How will you ensure participants understand what they are consenting to? Will consent be documented with a signature, or are you requesting a waiver of signed consent? For online studies, how will consent be obtained? If your study involves minors, explain how you will obtain both parental permission and child assent.</w:t>
      </w:r>
    </w:p>
    <w:p w14:paraId="7B937A01" w14:textId="77777777" w:rsidR="004F7A68" w:rsidRPr="00BB4745" w:rsidRDefault="009B633C">
      <w:pPr>
        <w:rPr>
          <w:rFonts w:asciiTheme="majorHAnsi" w:hAnsiTheme="majorHAnsi" w:cstheme="majorHAnsi"/>
        </w:rPr>
      </w:pPr>
      <w:r w:rsidRPr="00BB4745">
        <w:rPr>
          <w:rFonts w:asciiTheme="majorHAnsi" w:hAnsiTheme="majorHAnsi" w:cstheme="majorHAnsi"/>
          <w:b/>
        </w:rPr>
        <w:t>Important:</w:t>
      </w:r>
      <w:r w:rsidRPr="00BB4745">
        <w:rPr>
          <w:rFonts w:asciiTheme="majorHAnsi" w:hAnsiTheme="majorHAnsi" w:cstheme="majorHAnsi"/>
        </w:rPr>
        <w:t xml:space="preserve"> Your informed consent form must be included in the appendix and must include all required elements (see Section 3.6 below).</w:t>
      </w:r>
    </w:p>
    <w:p w14:paraId="4DA9E42F" w14:textId="77777777" w:rsidR="004F7A68" w:rsidRPr="00BB4745" w:rsidRDefault="009B633C">
      <w:pPr>
        <w:rPr>
          <w:rFonts w:asciiTheme="majorHAnsi" w:hAnsiTheme="majorHAnsi" w:cstheme="majorHAnsi"/>
        </w:rPr>
      </w:pPr>
      <w:r w:rsidRPr="00BB4745">
        <w:rPr>
          <w:rFonts w:asciiTheme="majorHAnsi" w:hAnsiTheme="majorHAnsi" w:cstheme="majorHAnsi"/>
          <w:b/>
        </w:rPr>
        <w:t>Informed Consent Process:</w:t>
      </w:r>
    </w:p>
    <w:p w14:paraId="09A3AC41" w14:textId="77777777" w:rsidR="004F7A68" w:rsidRPr="00BB4745" w:rsidRDefault="009B633C" w:rsidP="007F6B49">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B4745">
        <w:rPr>
          <w:rFonts w:asciiTheme="majorHAnsi" w:hAnsiTheme="majorHAnsi" w:cstheme="majorHAnsi"/>
        </w:rPr>
        <w:t>[Text box - approximately 300 words]</w:t>
      </w:r>
    </w:p>
    <w:p w14:paraId="02FF9715" w14:textId="77777777" w:rsidR="004F7A68" w:rsidRPr="00BB4745" w:rsidRDefault="009B633C">
      <w:pPr>
        <w:pStyle w:val="Heading3"/>
        <w:rPr>
          <w:rFonts w:cstheme="majorHAnsi"/>
        </w:rPr>
      </w:pPr>
      <w:r w:rsidRPr="00BB4745">
        <w:rPr>
          <w:rFonts w:cstheme="majorHAnsi"/>
        </w:rPr>
        <w:t>3.6 Consent Documentation</w:t>
      </w:r>
    </w:p>
    <w:p w14:paraId="2253B5E8" w14:textId="77777777" w:rsidR="004F7A68" w:rsidRPr="00BB4745" w:rsidRDefault="009B633C">
      <w:pPr>
        <w:rPr>
          <w:rFonts w:asciiTheme="majorHAnsi" w:hAnsiTheme="majorHAnsi" w:cstheme="majorHAnsi"/>
        </w:rPr>
      </w:pPr>
      <w:r w:rsidRPr="00BB4745">
        <w:rPr>
          <w:rFonts w:asciiTheme="majorHAnsi" w:hAnsiTheme="majorHAnsi" w:cstheme="majorHAnsi"/>
          <w:b/>
        </w:rPr>
        <w:t>Instructions:</w:t>
      </w:r>
      <w:r w:rsidRPr="00BB4745">
        <w:rPr>
          <w:rFonts w:asciiTheme="majorHAnsi" w:hAnsiTheme="majorHAnsi" w:cstheme="majorHAnsi"/>
        </w:rPr>
        <w:t xml:space="preserve"> Indicate what type of consent documentation you will use and confirm that required forms are included in your appendix.</w:t>
      </w:r>
    </w:p>
    <w:p w14:paraId="00763E62" w14:textId="198487B7" w:rsidR="004F7A68" w:rsidRPr="00BB4745" w:rsidRDefault="009B633C">
      <w:pPr>
        <w:rPr>
          <w:rFonts w:asciiTheme="majorHAnsi" w:hAnsiTheme="majorHAnsi" w:cstheme="majorHAnsi"/>
        </w:rPr>
      </w:pPr>
      <w:r w:rsidRPr="00BB4745">
        <w:rPr>
          <w:rFonts w:asciiTheme="majorHAnsi" w:hAnsiTheme="majorHAnsi" w:cstheme="majorHAnsi"/>
          <w:b/>
        </w:rPr>
        <w:t>Consent Documentation</w:t>
      </w:r>
      <w:r w:rsidRPr="00BB4745">
        <w:rPr>
          <w:rFonts w:asciiTheme="majorHAnsi" w:hAnsiTheme="majorHAnsi" w:cstheme="majorHAnsi"/>
        </w:rPr>
        <w:t xml:space="preserve"> </w:t>
      </w:r>
      <w:r w:rsidR="007F6B49" w:rsidRPr="00BB4745">
        <w:rPr>
          <w:rFonts w:asciiTheme="majorHAnsi" w:hAnsiTheme="majorHAnsi" w:cstheme="majorHAnsi"/>
        </w:rPr>
        <w:t>(Put an X for all that apply and you will include in the appendix):</w:t>
      </w:r>
    </w:p>
    <w:tbl>
      <w:tblPr>
        <w:tblStyle w:val="TableGrid"/>
        <w:tblW w:w="5000" w:type="pct"/>
        <w:tblLook w:val="04A0" w:firstRow="1" w:lastRow="0" w:firstColumn="1" w:lastColumn="0" w:noHBand="0" w:noVBand="1"/>
      </w:tblPr>
      <w:tblGrid>
        <w:gridCol w:w="5508"/>
        <w:gridCol w:w="3348"/>
      </w:tblGrid>
      <w:tr w:rsidR="00E93D52" w:rsidRPr="00BB4745" w14:paraId="0E8F10CC" w14:textId="77777777" w:rsidTr="00E93D52">
        <w:tc>
          <w:tcPr>
            <w:tcW w:w="3110" w:type="pct"/>
            <w:shd w:val="clear" w:color="auto" w:fill="F2F2F2" w:themeFill="background1" w:themeFillShade="F2"/>
            <w:hideMark/>
          </w:tcPr>
          <w:p w14:paraId="264D1C30" w14:textId="77777777" w:rsidR="00E93D52" w:rsidRPr="00BB4745" w:rsidRDefault="00E93D52">
            <w:pPr>
              <w:spacing w:after="0"/>
              <w:rPr>
                <w:rFonts w:asciiTheme="majorHAnsi" w:hAnsiTheme="majorHAnsi" w:cstheme="majorHAnsi"/>
              </w:rPr>
            </w:pPr>
            <w:r w:rsidRPr="00BB4745">
              <w:rPr>
                <w:rFonts w:asciiTheme="majorHAnsi" w:hAnsiTheme="majorHAnsi" w:cstheme="majorHAnsi"/>
                <w:b/>
                <w:bCs/>
              </w:rPr>
              <w:t>Document Type</w:t>
            </w:r>
          </w:p>
        </w:tc>
        <w:tc>
          <w:tcPr>
            <w:tcW w:w="1890" w:type="pct"/>
            <w:shd w:val="clear" w:color="auto" w:fill="F2F2F2" w:themeFill="background1" w:themeFillShade="F2"/>
            <w:hideMark/>
          </w:tcPr>
          <w:p w14:paraId="4C55B1B3" w14:textId="687C3B1F" w:rsidR="00E93D52" w:rsidRPr="00BB4745" w:rsidRDefault="00E93D52">
            <w:pPr>
              <w:spacing w:after="0"/>
              <w:rPr>
                <w:rFonts w:asciiTheme="majorHAnsi" w:hAnsiTheme="majorHAnsi" w:cstheme="majorHAnsi"/>
              </w:rPr>
            </w:pPr>
            <w:r>
              <w:rPr>
                <w:rFonts w:asciiTheme="majorHAnsi" w:hAnsiTheme="majorHAnsi" w:cstheme="majorHAnsi"/>
                <w:b/>
                <w:bCs/>
              </w:rPr>
              <w:t>Place an X in the appropriate row</w:t>
            </w:r>
          </w:p>
        </w:tc>
      </w:tr>
      <w:tr w:rsidR="00E93D52" w:rsidRPr="00BB4745" w14:paraId="70980DDA" w14:textId="77777777" w:rsidTr="00E93D52">
        <w:tc>
          <w:tcPr>
            <w:tcW w:w="3110" w:type="pct"/>
            <w:hideMark/>
          </w:tcPr>
          <w:p w14:paraId="218423C0"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Adult informed consent form</w:t>
            </w:r>
          </w:p>
        </w:tc>
        <w:tc>
          <w:tcPr>
            <w:tcW w:w="1890" w:type="pct"/>
            <w:hideMark/>
          </w:tcPr>
          <w:p w14:paraId="1D5F6AFC"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 </w:t>
            </w:r>
          </w:p>
        </w:tc>
      </w:tr>
      <w:tr w:rsidR="00E93D52" w:rsidRPr="00BB4745" w14:paraId="1801E72E" w14:textId="77777777" w:rsidTr="00E93D52">
        <w:tc>
          <w:tcPr>
            <w:tcW w:w="3110" w:type="pct"/>
            <w:hideMark/>
          </w:tcPr>
          <w:p w14:paraId="145848E7"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Parental permission form (for minors)</w:t>
            </w:r>
          </w:p>
        </w:tc>
        <w:tc>
          <w:tcPr>
            <w:tcW w:w="1890" w:type="pct"/>
            <w:hideMark/>
          </w:tcPr>
          <w:p w14:paraId="6082E116"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 </w:t>
            </w:r>
          </w:p>
        </w:tc>
      </w:tr>
      <w:tr w:rsidR="00E93D52" w:rsidRPr="00BB4745" w14:paraId="39B2FD25" w14:textId="77777777" w:rsidTr="00E93D52">
        <w:tc>
          <w:tcPr>
            <w:tcW w:w="3110" w:type="pct"/>
            <w:hideMark/>
          </w:tcPr>
          <w:p w14:paraId="1C0E8F8D"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Child assent form (for minors)</w:t>
            </w:r>
          </w:p>
        </w:tc>
        <w:tc>
          <w:tcPr>
            <w:tcW w:w="1890" w:type="pct"/>
            <w:hideMark/>
          </w:tcPr>
          <w:p w14:paraId="78463D85"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 </w:t>
            </w:r>
          </w:p>
        </w:tc>
      </w:tr>
      <w:tr w:rsidR="00E93D52" w:rsidRPr="00BB4745" w14:paraId="5B453398" w14:textId="77777777" w:rsidTr="00E93D52">
        <w:tc>
          <w:tcPr>
            <w:tcW w:w="3110" w:type="pct"/>
            <w:hideMark/>
          </w:tcPr>
          <w:p w14:paraId="22A64897"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Information sheet (for anonymous surveys)</w:t>
            </w:r>
          </w:p>
        </w:tc>
        <w:tc>
          <w:tcPr>
            <w:tcW w:w="1890" w:type="pct"/>
            <w:hideMark/>
          </w:tcPr>
          <w:p w14:paraId="6503BBB6"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 </w:t>
            </w:r>
          </w:p>
        </w:tc>
      </w:tr>
      <w:tr w:rsidR="00E93D52" w:rsidRPr="00BB4745" w14:paraId="67157B27" w14:textId="77777777" w:rsidTr="00E93D52">
        <w:tc>
          <w:tcPr>
            <w:tcW w:w="3110" w:type="pct"/>
            <w:hideMark/>
          </w:tcPr>
          <w:p w14:paraId="08D93F70"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Requesting waiver of signed consent</w:t>
            </w:r>
          </w:p>
        </w:tc>
        <w:tc>
          <w:tcPr>
            <w:tcW w:w="1890" w:type="pct"/>
            <w:hideMark/>
          </w:tcPr>
          <w:p w14:paraId="2EEA218A"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 </w:t>
            </w:r>
          </w:p>
        </w:tc>
      </w:tr>
      <w:tr w:rsidR="00E93D52" w:rsidRPr="00BB4745" w14:paraId="00B7D7A6" w14:textId="77777777" w:rsidTr="00E93D52">
        <w:tc>
          <w:tcPr>
            <w:tcW w:w="3110" w:type="pct"/>
            <w:hideMark/>
          </w:tcPr>
          <w:p w14:paraId="3E228712"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Requesting waiver of consent documentation</w:t>
            </w:r>
          </w:p>
        </w:tc>
        <w:tc>
          <w:tcPr>
            <w:tcW w:w="1890" w:type="pct"/>
            <w:hideMark/>
          </w:tcPr>
          <w:p w14:paraId="3EA951E7"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 </w:t>
            </w:r>
          </w:p>
        </w:tc>
      </w:tr>
    </w:tbl>
    <w:p w14:paraId="21E5775A" w14:textId="752A3E3E" w:rsidR="004F7A68" w:rsidRPr="00BB4745" w:rsidRDefault="00BB4745">
      <w:pPr>
        <w:rPr>
          <w:rFonts w:asciiTheme="majorHAnsi" w:hAnsiTheme="majorHAnsi" w:cstheme="majorHAnsi"/>
        </w:rPr>
      </w:pPr>
      <w:r>
        <w:rPr>
          <w:rFonts w:asciiTheme="majorHAnsi" w:hAnsiTheme="majorHAnsi" w:cstheme="majorHAnsi"/>
          <w:b/>
        </w:rPr>
        <w:br/>
      </w:r>
      <w:r w:rsidR="009B633C" w:rsidRPr="00BB4745">
        <w:rPr>
          <w:rFonts w:asciiTheme="majorHAnsi" w:hAnsiTheme="majorHAnsi" w:cstheme="majorHAnsi"/>
          <w:b/>
        </w:rPr>
        <w:t>If requesting a waiver of consent or consent documentation, provide justification:</w:t>
      </w:r>
    </w:p>
    <w:p w14:paraId="7B208E9C" w14:textId="77777777" w:rsidR="004F7A68" w:rsidRPr="00BB4745" w:rsidRDefault="009B633C" w:rsidP="007F6B49">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B4745">
        <w:rPr>
          <w:rFonts w:asciiTheme="majorHAnsi" w:hAnsiTheme="majorHAnsi" w:cstheme="majorHAnsi"/>
        </w:rPr>
        <w:t>[Text box - approximately 200 words]</w:t>
      </w:r>
    </w:p>
    <w:p w14:paraId="0355D4C9" w14:textId="77777777" w:rsidR="004F7A68" w:rsidRPr="00BB4745" w:rsidRDefault="009B633C" w:rsidP="00A200EA">
      <w:pPr>
        <w:pStyle w:val="Heading2"/>
        <w:pBdr>
          <w:top w:val="single" w:sz="4" w:space="1" w:color="auto"/>
          <w:bottom w:val="single" w:sz="4" w:space="1" w:color="auto"/>
        </w:pBdr>
        <w:shd w:val="clear" w:color="auto" w:fill="F2F2F2" w:themeFill="background1" w:themeFillShade="F2"/>
        <w:rPr>
          <w:rFonts w:cstheme="majorHAnsi"/>
        </w:rPr>
      </w:pPr>
      <w:r w:rsidRPr="00BB4745">
        <w:rPr>
          <w:rFonts w:cstheme="majorHAnsi"/>
        </w:rPr>
        <w:lastRenderedPageBreak/>
        <w:t>SECTION 4: RESEARCH PROCEDURES AND DATA COLLECTION</w:t>
      </w:r>
    </w:p>
    <w:p w14:paraId="0ED0C33E" w14:textId="77777777" w:rsidR="004F7A68" w:rsidRPr="00BB4745" w:rsidRDefault="009B633C">
      <w:pPr>
        <w:pStyle w:val="Heading3"/>
        <w:rPr>
          <w:rFonts w:cstheme="majorHAnsi"/>
        </w:rPr>
      </w:pPr>
      <w:r w:rsidRPr="00BB4745">
        <w:rPr>
          <w:rFonts w:cstheme="majorHAnsi"/>
        </w:rPr>
        <w:t>4.1 Data Collection Methods</w:t>
      </w:r>
    </w:p>
    <w:p w14:paraId="79DED90B" w14:textId="77777777" w:rsidR="004F7A68" w:rsidRPr="00BB4745" w:rsidRDefault="009B633C">
      <w:pPr>
        <w:rPr>
          <w:rFonts w:asciiTheme="majorHAnsi" w:hAnsiTheme="majorHAnsi" w:cstheme="majorHAnsi"/>
        </w:rPr>
      </w:pPr>
      <w:r w:rsidRPr="00BB4745">
        <w:rPr>
          <w:rFonts w:asciiTheme="majorHAnsi" w:hAnsiTheme="majorHAnsi" w:cstheme="majorHAnsi"/>
          <w:b/>
        </w:rPr>
        <w:t>Instructions:</w:t>
      </w:r>
      <w:r w:rsidRPr="00BB4745">
        <w:rPr>
          <w:rFonts w:asciiTheme="majorHAnsi" w:hAnsiTheme="majorHAnsi" w:cstheme="majorHAnsi"/>
        </w:rPr>
        <w:t xml:space="preserve"> Indicate all methods you will use to collect data. Check all that apply. Detailed procedures for each method should be described in Section 4.2.</w:t>
      </w:r>
    </w:p>
    <w:p w14:paraId="75396BAF" w14:textId="21C5D84B" w:rsidR="004F7A68" w:rsidRPr="00BB4745" w:rsidRDefault="009B633C">
      <w:pPr>
        <w:rPr>
          <w:rFonts w:asciiTheme="majorHAnsi" w:hAnsiTheme="majorHAnsi" w:cstheme="majorHAnsi"/>
        </w:rPr>
      </w:pPr>
      <w:r w:rsidRPr="00BB4745">
        <w:rPr>
          <w:rFonts w:asciiTheme="majorHAnsi" w:hAnsiTheme="majorHAnsi" w:cstheme="majorHAnsi"/>
          <w:b/>
        </w:rPr>
        <w:t>Data Collection Methods</w:t>
      </w:r>
      <w:r w:rsidRPr="00BB4745">
        <w:rPr>
          <w:rFonts w:asciiTheme="majorHAnsi" w:hAnsiTheme="majorHAnsi" w:cstheme="majorHAnsi"/>
        </w:rPr>
        <w:t xml:space="preserve"> </w:t>
      </w:r>
      <w:r w:rsidR="007F6B49" w:rsidRPr="00BB4745">
        <w:rPr>
          <w:rFonts w:asciiTheme="majorHAnsi" w:hAnsiTheme="majorHAnsi" w:cstheme="majorHAnsi"/>
        </w:rPr>
        <w:t>(Put an X for all that apply and you will include in the appendix):</w:t>
      </w:r>
    </w:p>
    <w:tbl>
      <w:tblPr>
        <w:tblStyle w:val="TableGrid"/>
        <w:tblW w:w="5000" w:type="pct"/>
        <w:tblLook w:val="04A0" w:firstRow="1" w:lastRow="0" w:firstColumn="1" w:lastColumn="0" w:noHBand="0" w:noVBand="1"/>
      </w:tblPr>
      <w:tblGrid>
        <w:gridCol w:w="5508"/>
        <w:gridCol w:w="3348"/>
      </w:tblGrid>
      <w:tr w:rsidR="00E93D52" w:rsidRPr="00BB4745" w14:paraId="22AD1118" w14:textId="77777777" w:rsidTr="00E93D52">
        <w:tc>
          <w:tcPr>
            <w:tcW w:w="3110" w:type="pct"/>
            <w:shd w:val="clear" w:color="auto" w:fill="F2F2F2" w:themeFill="background1" w:themeFillShade="F2"/>
            <w:hideMark/>
          </w:tcPr>
          <w:p w14:paraId="1C50DD83" w14:textId="77777777" w:rsidR="00E93D52" w:rsidRPr="00BB4745" w:rsidRDefault="00E93D52">
            <w:pPr>
              <w:spacing w:after="0"/>
              <w:rPr>
                <w:rFonts w:asciiTheme="majorHAnsi" w:hAnsiTheme="majorHAnsi" w:cstheme="majorHAnsi"/>
              </w:rPr>
            </w:pPr>
            <w:r w:rsidRPr="00BB4745">
              <w:rPr>
                <w:rFonts w:asciiTheme="majorHAnsi" w:hAnsiTheme="majorHAnsi" w:cstheme="majorHAnsi"/>
                <w:b/>
                <w:bCs/>
              </w:rPr>
              <w:t>Method</w:t>
            </w:r>
          </w:p>
        </w:tc>
        <w:tc>
          <w:tcPr>
            <w:tcW w:w="1890" w:type="pct"/>
            <w:shd w:val="clear" w:color="auto" w:fill="F2F2F2" w:themeFill="background1" w:themeFillShade="F2"/>
            <w:hideMark/>
          </w:tcPr>
          <w:p w14:paraId="16C1C4F1" w14:textId="07AA6C05" w:rsidR="00E93D52" w:rsidRPr="00BB4745" w:rsidRDefault="00E93D52">
            <w:pPr>
              <w:spacing w:after="0"/>
              <w:rPr>
                <w:rFonts w:asciiTheme="majorHAnsi" w:hAnsiTheme="majorHAnsi" w:cstheme="majorHAnsi"/>
              </w:rPr>
            </w:pPr>
            <w:r>
              <w:rPr>
                <w:rFonts w:asciiTheme="majorHAnsi" w:hAnsiTheme="majorHAnsi" w:cstheme="majorHAnsi"/>
                <w:b/>
                <w:bCs/>
              </w:rPr>
              <w:t>Place an X in the appropriate row</w:t>
            </w:r>
          </w:p>
        </w:tc>
      </w:tr>
      <w:tr w:rsidR="00E93D52" w:rsidRPr="00BB4745" w14:paraId="0422ACD3" w14:textId="77777777" w:rsidTr="00E93D52">
        <w:tc>
          <w:tcPr>
            <w:tcW w:w="3110" w:type="pct"/>
            <w:hideMark/>
          </w:tcPr>
          <w:p w14:paraId="64757A64"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Survey/Questionnaire (online)</w:t>
            </w:r>
          </w:p>
        </w:tc>
        <w:tc>
          <w:tcPr>
            <w:tcW w:w="1890" w:type="pct"/>
            <w:hideMark/>
          </w:tcPr>
          <w:p w14:paraId="3B3F3D62"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 </w:t>
            </w:r>
          </w:p>
        </w:tc>
      </w:tr>
      <w:tr w:rsidR="00E93D52" w:rsidRPr="00BB4745" w14:paraId="23F45B47" w14:textId="77777777" w:rsidTr="00E93D52">
        <w:tc>
          <w:tcPr>
            <w:tcW w:w="3110" w:type="pct"/>
            <w:hideMark/>
          </w:tcPr>
          <w:p w14:paraId="414CD46C"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Survey/Questionnaire (paper)</w:t>
            </w:r>
          </w:p>
        </w:tc>
        <w:tc>
          <w:tcPr>
            <w:tcW w:w="1890" w:type="pct"/>
            <w:hideMark/>
          </w:tcPr>
          <w:p w14:paraId="6E0A8099"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 </w:t>
            </w:r>
          </w:p>
        </w:tc>
      </w:tr>
      <w:tr w:rsidR="00E93D52" w:rsidRPr="00BB4745" w14:paraId="6383C278" w14:textId="77777777" w:rsidTr="00E93D52">
        <w:tc>
          <w:tcPr>
            <w:tcW w:w="3110" w:type="pct"/>
            <w:hideMark/>
          </w:tcPr>
          <w:p w14:paraId="705E89A2"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Individual interviews (in-person)</w:t>
            </w:r>
          </w:p>
        </w:tc>
        <w:tc>
          <w:tcPr>
            <w:tcW w:w="1890" w:type="pct"/>
            <w:hideMark/>
          </w:tcPr>
          <w:p w14:paraId="39C20698"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 </w:t>
            </w:r>
          </w:p>
        </w:tc>
      </w:tr>
      <w:tr w:rsidR="00E93D52" w:rsidRPr="00BB4745" w14:paraId="5F120CF3" w14:textId="77777777" w:rsidTr="00E93D52">
        <w:tc>
          <w:tcPr>
            <w:tcW w:w="3110" w:type="pct"/>
            <w:hideMark/>
          </w:tcPr>
          <w:p w14:paraId="50C859D9"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Individual interviews (phone/video)</w:t>
            </w:r>
          </w:p>
        </w:tc>
        <w:tc>
          <w:tcPr>
            <w:tcW w:w="1890" w:type="pct"/>
            <w:hideMark/>
          </w:tcPr>
          <w:p w14:paraId="74CC5CD3"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 </w:t>
            </w:r>
          </w:p>
        </w:tc>
      </w:tr>
      <w:tr w:rsidR="00E93D52" w:rsidRPr="00BB4745" w14:paraId="0E312707" w14:textId="77777777" w:rsidTr="00E93D52">
        <w:tc>
          <w:tcPr>
            <w:tcW w:w="3110" w:type="pct"/>
            <w:hideMark/>
          </w:tcPr>
          <w:p w14:paraId="5287C1AF"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Focus groups</w:t>
            </w:r>
          </w:p>
        </w:tc>
        <w:tc>
          <w:tcPr>
            <w:tcW w:w="1890" w:type="pct"/>
            <w:hideMark/>
          </w:tcPr>
          <w:p w14:paraId="4B22B972"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 </w:t>
            </w:r>
          </w:p>
        </w:tc>
      </w:tr>
      <w:tr w:rsidR="00E93D52" w:rsidRPr="00BB4745" w14:paraId="31E82F6B" w14:textId="77777777" w:rsidTr="00E93D52">
        <w:tc>
          <w:tcPr>
            <w:tcW w:w="3110" w:type="pct"/>
            <w:hideMark/>
          </w:tcPr>
          <w:p w14:paraId="0EB2FE81"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Observation (participant)</w:t>
            </w:r>
          </w:p>
        </w:tc>
        <w:tc>
          <w:tcPr>
            <w:tcW w:w="1890" w:type="pct"/>
            <w:hideMark/>
          </w:tcPr>
          <w:p w14:paraId="6910505F"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 </w:t>
            </w:r>
          </w:p>
        </w:tc>
      </w:tr>
      <w:tr w:rsidR="00E93D52" w:rsidRPr="00BB4745" w14:paraId="508F9FD2" w14:textId="77777777" w:rsidTr="00E93D52">
        <w:tc>
          <w:tcPr>
            <w:tcW w:w="3110" w:type="pct"/>
            <w:hideMark/>
          </w:tcPr>
          <w:p w14:paraId="336FECB8"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Observation (non-participant)</w:t>
            </w:r>
          </w:p>
        </w:tc>
        <w:tc>
          <w:tcPr>
            <w:tcW w:w="1890" w:type="pct"/>
            <w:hideMark/>
          </w:tcPr>
          <w:p w14:paraId="10EC33E5"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 </w:t>
            </w:r>
          </w:p>
        </w:tc>
      </w:tr>
      <w:tr w:rsidR="00E93D52" w:rsidRPr="00BB4745" w14:paraId="709970A3" w14:textId="77777777" w:rsidTr="00E93D52">
        <w:tc>
          <w:tcPr>
            <w:tcW w:w="3110" w:type="pct"/>
            <w:hideMark/>
          </w:tcPr>
          <w:p w14:paraId="30F32E01"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Experimental procedures/intervention</w:t>
            </w:r>
          </w:p>
        </w:tc>
        <w:tc>
          <w:tcPr>
            <w:tcW w:w="1890" w:type="pct"/>
            <w:hideMark/>
          </w:tcPr>
          <w:p w14:paraId="2739D47C"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 </w:t>
            </w:r>
          </w:p>
        </w:tc>
      </w:tr>
      <w:tr w:rsidR="00E93D52" w:rsidRPr="00BB4745" w14:paraId="19DB31F4" w14:textId="77777777" w:rsidTr="00E93D52">
        <w:tc>
          <w:tcPr>
            <w:tcW w:w="3110" w:type="pct"/>
            <w:hideMark/>
          </w:tcPr>
          <w:p w14:paraId="49830404"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Educational intervention</w:t>
            </w:r>
          </w:p>
        </w:tc>
        <w:tc>
          <w:tcPr>
            <w:tcW w:w="1890" w:type="pct"/>
            <w:hideMark/>
          </w:tcPr>
          <w:p w14:paraId="5D156BF3"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 </w:t>
            </w:r>
          </w:p>
        </w:tc>
      </w:tr>
      <w:tr w:rsidR="00E93D52" w:rsidRPr="00BB4745" w14:paraId="4A839F67" w14:textId="77777777" w:rsidTr="00E93D52">
        <w:tc>
          <w:tcPr>
            <w:tcW w:w="3110" w:type="pct"/>
            <w:hideMark/>
          </w:tcPr>
          <w:p w14:paraId="09182DF8"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Physiological measurements</w:t>
            </w:r>
          </w:p>
        </w:tc>
        <w:tc>
          <w:tcPr>
            <w:tcW w:w="1890" w:type="pct"/>
            <w:hideMark/>
          </w:tcPr>
          <w:p w14:paraId="71A46355"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 </w:t>
            </w:r>
          </w:p>
        </w:tc>
      </w:tr>
      <w:tr w:rsidR="00E93D52" w:rsidRPr="00BB4745" w14:paraId="5652E547" w14:textId="77777777" w:rsidTr="00E93D52">
        <w:tc>
          <w:tcPr>
            <w:tcW w:w="3110" w:type="pct"/>
            <w:hideMark/>
          </w:tcPr>
          <w:p w14:paraId="3686FF12"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Review of existing records/documents</w:t>
            </w:r>
          </w:p>
        </w:tc>
        <w:tc>
          <w:tcPr>
            <w:tcW w:w="1890" w:type="pct"/>
            <w:hideMark/>
          </w:tcPr>
          <w:p w14:paraId="78BF19EF"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 </w:t>
            </w:r>
          </w:p>
        </w:tc>
      </w:tr>
      <w:tr w:rsidR="00E93D52" w:rsidRPr="00BB4745" w14:paraId="21F2D1ED" w14:textId="77777777" w:rsidTr="00E93D52">
        <w:tc>
          <w:tcPr>
            <w:tcW w:w="3110" w:type="pct"/>
            <w:hideMark/>
          </w:tcPr>
          <w:p w14:paraId="4532AD95"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Review of educational records</w:t>
            </w:r>
          </w:p>
        </w:tc>
        <w:tc>
          <w:tcPr>
            <w:tcW w:w="1890" w:type="pct"/>
            <w:hideMark/>
          </w:tcPr>
          <w:p w14:paraId="0291799B"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 </w:t>
            </w:r>
          </w:p>
        </w:tc>
      </w:tr>
      <w:tr w:rsidR="00E93D52" w:rsidRPr="00BB4745" w14:paraId="1194E614" w14:textId="77777777" w:rsidTr="00E93D52">
        <w:tc>
          <w:tcPr>
            <w:tcW w:w="3110" w:type="pct"/>
            <w:hideMark/>
          </w:tcPr>
          <w:p w14:paraId="7B6C47CA"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Review of medical records</w:t>
            </w:r>
          </w:p>
        </w:tc>
        <w:tc>
          <w:tcPr>
            <w:tcW w:w="1890" w:type="pct"/>
            <w:hideMark/>
          </w:tcPr>
          <w:p w14:paraId="3623AC47"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 </w:t>
            </w:r>
          </w:p>
        </w:tc>
      </w:tr>
      <w:tr w:rsidR="00E93D52" w:rsidRPr="00BB4745" w14:paraId="5EA8B6A5" w14:textId="77777777" w:rsidTr="00E93D52">
        <w:tc>
          <w:tcPr>
            <w:tcW w:w="3110" w:type="pct"/>
            <w:hideMark/>
          </w:tcPr>
          <w:p w14:paraId="184B4F48"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Secondary data analysis</w:t>
            </w:r>
          </w:p>
        </w:tc>
        <w:tc>
          <w:tcPr>
            <w:tcW w:w="1890" w:type="pct"/>
            <w:hideMark/>
          </w:tcPr>
          <w:p w14:paraId="0CD4E6D8"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 </w:t>
            </w:r>
          </w:p>
        </w:tc>
      </w:tr>
      <w:tr w:rsidR="00E93D52" w:rsidRPr="00BB4745" w14:paraId="3FF82A13" w14:textId="77777777" w:rsidTr="00E93D52">
        <w:tc>
          <w:tcPr>
            <w:tcW w:w="3110" w:type="pct"/>
            <w:hideMark/>
          </w:tcPr>
          <w:p w14:paraId="0973D167"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Collection of biological specimens</w:t>
            </w:r>
          </w:p>
        </w:tc>
        <w:tc>
          <w:tcPr>
            <w:tcW w:w="1890" w:type="pct"/>
            <w:hideMark/>
          </w:tcPr>
          <w:p w14:paraId="003658C5"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 </w:t>
            </w:r>
          </w:p>
        </w:tc>
      </w:tr>
      <w:tr w:rsidR="00E93D52" w:rsidRPr="00BB4745" w14:paraId="30F0F35F" w14:textId="77777777" w:rsidTr="00E93D52">
        <w:tc>
          <w:tcPr>
            <w:tcW w:w="3110" w:type="pct"/>
            <w:hideMark/>
          </w:tcPr>
          <w:p w14:paraId="2E72F0B3"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Audio recording</w:t>
            </w:r>
          </w:p>
        </w:tc>
        <w:tc>
          <w:tcPr>
            <w:tcW w:w="1890" w:type="pct"/>
            <w:hideMark/>
          </w:tcPr>
          <w:p w14:paraId="3BD68D21"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 </w:t>
            </w:r>
          </w:p>
        </w:tc>
      </w:tr>
      <w:tr w:rsidR="00E93D52" w:rsidRPr="00BB4745" w14:paraId="6A2686CC" w14:textId="77777777" w:rsidTr="00E93D52">
        <w:tc>
          <w:tcPr>
            <w:tcW w:w="3110" w:type="pct"/>
            <w:hideMark/>
          </w:tcPr>
          <w:p w14:paraId="26B548D2"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Video recording</w:t>
            </w:r>
          </w:p>
        </w:tc>
        <w:tc>
          <w:tcPr>
            <w:tcW w:w="1890" w:type="pct"/>
            <w:hideMark/>
          </w:tcPr>
          <w:p w14:paraId="00EEF480"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 </w:t>
            </w:r>
          </w:p>
        </w:tc>
      </w:tr>
      <w:tr w:rsidR="00E93D52" w:rsidRPr="00BB4745" w14:paraId="26EDD022" w14:textId="77777777" w:rsidTr="00E93D52">
        <w:tc>
          <w:tcPr>
            <w:tcW w:w="3110" w:type="pct"/>
            <w:hideMark/>
          </w:tcPr>
          <w:p w14:paraId="630E3812"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Photography</w:t>
            </w:r>
          </w:p>
        </w:tc>
        <w:tc>
          <w:tcPr>
            <w:tcW w:w="1890" w:type="pct"/>
            <w:hideMark/>
          </w:tcPr>
          <w:p w14:paraId="4CA667ED"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 </w:t>
            </w:r>
          </w:p>
        </w:tc>
      </w:tr>
      <w:tr w:rsidR="00E93D52" w:rsidRPr="00BB4745" w14:paraId="269EAE10" w14:textId="77777777" w:rsidTr="00E93D52">
        <w:tc>
          <w:tcPr>
            <w:tcW w:w="3110" w:type="pct"/>
            <w:hideMark/>
          </w:tcPr>
          <w:p w14:paraId="0C566473"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Other (specify):</w:t>
            </w:r>
          </w:p>
        </w:tc>
        <w:tc>
          <w:tcPr>
            <w:tcW w:w="1890" w:type="pct"/>
            <w:hideMark/>
          </w:tcPr>
          <w:p w14:paraId="783BBBC0"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 </w:t>
            </w:r>
          </w:p>
        </w:tc>
      </w:tr>
    </w:tbl>
    <w:p w14:paraId="5AEAC40C" w14:textId="77777777" w:rsidR="004F7A68" w:rsidRPr="00BB4745" w:rsidRDefault="009B633C">
      <w:pPr>
        <w:pStyle w:val="Heading3"/>
        <w:rPr>
          <w:rFonts w:cstheme="majorHAnsi"/>
        </w:rPr>
      </w:pPr>
      <w:r w:rsidRPr="00BB4745">
        <w:rPr>
          <w:rFonts w:cstheme="majorHAnsi"/>
        </w:rPr>
        <w:t>4.2 Detailed Research Procedures</w:t>
      </w:r>
    </w:p>
    <w:p w14:paraId="7B6FF9F7" w14:textId="77777777" w:rsidR="004F7A68" w:rsidRPr="00BB4745" w:rsidRDefault="009B633C">
      <w:pPr>
        <w:rPr>
          <w:rFonts w:asciiTheme="majorHAnsi" w:hAnsiTheme="majorHAnsi" w:cstheme="majorHAnsi"/>
        </w:rPr>
      </w:pPr>
      <w:r w:rsidRPr="00BB4745">
        <w:rPr>
          <w:rFonts w:asciiTheme="majorHAnsi" w:hAnsiTheme="majorHAnsi" w:cstheme="majorHAnsi"/>
          <w:b/>
        </w:rPr>
        <w:t>Instructions:</w:t>
      </w:r>
      <w:r w:rsidRPr="00BB4745">
        <w:rPr>
          <w:rFonts w:asciiTheme="majorHAnsi" w:hAnsiTheme="majorHAnsi" w:cstheme="majorHAnsi"/>
        </w:rPr>
        <w:t xml:space="preserve"> Provide a step-by-step description of exactly what will happen during your study from the participant's perspective. What will participants be asked to do? In what order will activities occur? How long will each activity take? Where will the research take place? Be specific enough that an IRB member could understand exactly what a participant will experience.</w:t>
      </w:r>
    </w:p>
    <w:p w14:paraId="11D5715E" w14:textId="77777777" w:rsidR="004F7A68" w:rsidRPr="00BB4745" w:rsidRDefault="009B633C">
      <w:pPr>
        <w:rPr>
          <w:rFonts w:asciiTheme="majorHAnsi" w:hAnsiTheme="majorHAnsi" w:cstheme="majorHAnsi"/>
        </w:rPr>
      </w:pPr>
      <w:r w:rsidRPr="00BB4745">
        <w:rPr>
          <w:rFonts w:asciiTheme="majorHAnsi" w:hAnsiTheme="majorHAnsi" w:cstheme="majorHAnsi"/>
          <w:b/>
        </w:rPr>
        <w:t>Include:</w:t>
      </w:r>
    </w:p>
    <w:p w14:paraId="446AE7B5" w14:textId="549DC237" w:rsidR="004F7A68" w:rsidRPr="00BB4745" w:rsidRDefault="009B633C" w:rsidP="00B26927">
      <w:pPr>
        <w:pStyle w:val="NoSpacing"/>
        <w:numPr>
          <w:ilvl w:val="0"/>
          <w:numId w:val="11"/>
        </w:numPr>
        <w:rPr>
          <w:rFonts w:asciiTheme="majorHAnsi" w:hAnsiTheme="majorHAnsi" w:cstheme="majorHAnsi"/>
        </w:rPr>
      </w:pPr>
      <w:r w:rsidRPr="00BB4745">
        <w:rPr>
          <w:rFonts w:asciiTheme="majorHAnsi" w:hAnsiTheme="majorHAnsi" w:cstheme="majorHAnsi"/>
        </w:rPr>
        <w:t>Step-by-step procedures in chronological order</w:t>
      </w:r>
    </w:p>
    <w:p w14:paraId="5447EC4F" w14:textId="002AD45D" w:rsidR="004F7A68" w:rsidRPr="00BB4745" w:rsidRDefault="009B633C" w:rsidP="00B26927">
      <w:pPr>
        <w:pStyle w:val="NoSpacing"/>
        <w:numPr>
          <w:ilvl w:val="0"/>
          <w:numId w:val="11"/>
        </w:numPr>
        <w:rPr>
          <w:rFonts w:asciiTheme="majorHAnsi" w:hAnsiTheme="majorHAnsi" w:cstheme="majorHAnsi"/>
        </w:rPr>
      </w:pPr>
      <w:r w:rsidRPr="00BB4745">
        <w:rPr>
          <w:rFonts w:asciiTheme="majorHAnsi" w:hAnsiTheme="majorHAnsi" w:cstheme="majorHAnsi"/>
        </w:rPr>
        <w:t>Duration of each activity</w:t>
      </w:r>
    </w:p>
    <w:p w14:paraId="66417F91" w14:textId="0621A3E5" w:rsidR="004F7A68" w:rsidRPr="00BB4745" w:rsidRDefault="009B633C" w:rsidP="00B26927">
      <w:pPr>
        <w:pStyle w:val="NoSpacing"/>
        <w:numPr>
          <w:ilvl w:val="0"/>
          <w:numId w:val="11"/>
        </w:numPr>
        <w:rPr>
          <w:rFonts w:asciiTheme="majorHAnsi" w:hAnsiTheme="majorHAnsi" w:cstheme="majorHAnsi"/>
        </w:rPr>
      </w:pPr>
      <w:r w:rsidRPr="00BB4745">
        <w:rPr>
          <w:rFonts w:asciiTheme="majorHAnsi" w:hAnsiTheme="majorHAnsi" w:cstheme="majorHAnsi"/>
        </w:rPr>
        <w:t>Total time commitment for participants</w:t>
      </w:r>
    </w:p>
    <w:p w14:paraId="79C7DAF4" w14:textId="53992CD5" w:rsidR="004F7A68" w:rsidRPr="00BB4745" w:rsidRDefault="009B633C" w:rsidP="00B26927">
      <w:pPr>
        <w:pStyle w:val="NoSpacing"/>
        <w:numPr>
          <w:ilvl w:val="0"/>
          <w:numId w:val="11"/>
        </w:numPr>
        <w:rPr>
          <w:rFonts w:asciiTheme="majorHAnsi" w:hAnsiTheme="majorHAnsi" w:cstheme="majorHAnsi"/>
        </w:rPr>
      </w:pPr>
      <w:r w:rsidRPr="00BB4745">
        <w:rPr>
          <w:rFonts w:asciiTheme="majorHAnsi" w:hAnsiTheme="majorHAnsi" w:cstheme="majorHAnsi"/>
        </w:rPr>
        <w:t>Location(s) where research will be conducted</w:t>
      </w:r>
    </w:p>
    <w:p w14:paraId="0327B775" w14:textId="3659C8C6" w:rsidR="004F7A68" w:rsidRPr="00BB4745" w:rsidRDefault="009B633C" w:rsidP="00B26927">
      <w:pPr>
        <w:pStyle w:val="NoSpacing"/>
        <w:numPr>
          <w:ilvl w:val="0"/>
          <w:numId w:val="11"/>
        </w:numPr>
        <w:rPr>
          <w:rFonts w:asciiTheme="majorHAnsi" w:hAnsiTheme="majorHAnsi" w:cstheme="majorHAnsi"/>
        </w:rPr>
      </w:pPr>
      <w:r w:rsidRPr="00BB4745">
        <w:rPr>
          <w:rFonts w:asciiTheme="majorHAnsi" w:hAnsiTheme="majorHAnsi" w:cstheme="majorHAnsi"/>
        </w:rPr>
        <w:t>Who will interact with participants (PI, research assistants, etc.)</w:t>
      </w:r>
    </w:p>
    <w:p w14:paraId="25B5BDE0" w14:textId="2D781C03" w:rsidR="004F7A68" w:rsidRPr="00BB4745" w:rsidRDefault="009B633C" w:rsidP="00B26927">
      <w:pPr>
        <w:pStyle w:val="NoSpacing"/>
        <w:numPr>
          <w:ilvl w:val="0"/>
          <w:numId w:val="11"/>
        </w:numPr>
        <w:rPr>
          <w:rFonts w:asciiTheme="majorHAnsi" w:hAnsiTheme="majorHAnsi" w:cstheme="majorHAnsi"/>
        </w:rPr>
      </w:pPr>
      <w:r w:rsidRPr="00BB4745">
        <w:rPr>
          <w:rFonts w:asciiTheme="majorHAnsi" w:hAnsiTheme="majorHAnsi" w:cstheme="majorHAnsi"/>
        </w:rPr>
        <w:t>Any special equipment, materials, or facilities that will be used</w:t>
      </w:r>
    </w:p>
    <w:p w14:paraId="44E6F224" w14:textId="77777777" w:rsidR="00B26927" w:rsidRPr="00BB4745" w:rsidRDefault="00B26927">
      <w:pPr>
        <w:rPr>
          <w:rFonts w:asciiTheme="majorHAnsi" w:hAnsiTheme="majorHAnsi" w:cstheme="majorHAnsi"/>
          <w:b/>
        </w:rPr>
      </w:pPr>
    </w:p>
    <w:p w14:paraId="272BABE5" w14:textId="6C2AE6D9" w:rsidR="004F7A68" w:rsidRPr="00BB4745" w:rsidRDefault="009B633C">
      <w:pPr>
        <w:rPr>
          <w:rFonts w:asciiTheme="majorHAnsi" w:hAnsiTheme="majorHAnsi" w:cstheme="majorHAnsi"/>
        </w:rPr>
      </w:pPr>
      <w:r w:rsidRPr="00BB4745">
        <w:rPr>
          <w:rFonts w:asciiTheme="majorHAnsi" w:hAnsiTheme="majorHAnsi" w:cstheme="majorHAnsi"/>
          <w:b/>
        </w:rPr>
        <w:lastRenderedPageBreak/>
        <w:t>Detailed Research Procedures:</w:t>
      </w:r>
    </w:p>
    <w:p w14:paraId="516E3174" w14:textId="77777777" w:rsidR="004F7A68" w:rsidRPr="00BB4745" w:rsidRDefault="009B633C" w:rsidP="00B26927">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B4745">
        <w:rPr>
          <w:rFonts w:asciiTheme="majorHAnsi" w:hAnsiTheme="majorHAnsi" w:cstheme="majorHAnsi"/>
        </w:rPr>
        <w:t>[Text box - approximately 400 words]</w:t>
      </w:r>
    </w:p>
    <w:p w14:paraId="4BD4E904" w14:textId="77777777" w:rsidR="004F7A68" w:rsidRPr="00BB4745" w:rsidRDefault="009B633C">
      <w:pPr>
        <w:pStyle w:val="Heading3"/>
        <w:rPr>
          <w:rFonts w:cstheme="majorHAnsi"/>
        </w:rPr>
      </w:pPr>
      <w:r w:rsidRPr="00BB4745">
        <w:rPr>
          <w:rFonts w:cstheme="majorHAnsi"/>
        </w:rPr>
        <w:t>4.3 Time Commitment</w:t>
      </w:r>
    </w:p>
    <w:p w14:paraId="41FC2B40" w14:textId="77777777" w:rsidR="004F7A68" w:rsidRPr="00BB4745" w:rsidRDefault="009B633C">
      <w:pPr>
        <w:rPr>
          <w:rFonts w:asciiTheme="majorHAnsi" w:hAnsiTheme="majorHAnsi" w:cstheme="majorHAnsi"/>
        </w:rPr>
      </w:pPr>
      <w:r w:rsidRPr="00BB4745">
        <w:rPr>
          <w:rFonts w:asciiTheme="majorHAnsi" w:hAnsiTheme="majorHAnsi" w:cstheme="majorHAnsi"/>
          <w:b/>
        </w:rPr>
        <w:t>Instructions:</w:t>
      </w:r>
      <w:r w:rsidRPr="00BB4745">
        <w:rPr>
          <w:rFonts w:asciiTheme="majorHAnsi" w:hAnsiTheme="majorHAnsi" w:cstheme="majorHAnsi"/>
        </w:rPr>
        <w:t xml:space="preserve"> Summarize the total time commitment required from participants. If the study involves multiple sessions, specify the duration of each session and the total time across all sessions.</w:t>
      </w:r>
    </w:p>
    <w:p w14:paraId="02140634" w14:textId="77777777" w:rsidR="004F7A68" w:rsidRPr="00BB4745" w:rsidRDefault="009B633C">
      <w:pPr>
        <w:rPr>
          <w:rFonts w:asciiTheme="majorHAnsi" w:hAnsiTheme="majorHAnsi" w:cstheme="majorHAnsi"/>
        </w:rPr>
      </w:pPr>
      <w:r w:rsidRPr="00BB4745">
        <w:rPr>
          <w:rFonts w:asciiTheme="majorHAnsi" w:hAnsiTheme="majorHAnsi" w:cstheme="majorHAnsi"/>
          <w:b/>
        </w:rPr>
        <w:t>Time Commitment Summary:</w:t>
      </w:r>
    </w:p>
    <w:p w14:paraId="553EA519" w14:textId="6A27C894" w:rsidR="004F7A68" w:rsidRPr="00BB4745" w:rsidRDefault="009B633C">
      <w:pPr>
        <w:rPr>
          <w:rFonts w:asciiTheme="majorHAnsi" w:hAnsiTheme="majorHAnsi" w:cstheme="majorHAnsi"/>
        </w:rPr>
      </w:pPr>
      <w:r w:rsidRPr="00BB4745">
        <w:rPr>
          <w:rFonts w:asciiTheme="majorHAnsi" w:hAnsiTheme="majorHAnsi" w:cstheme="majorHAnsi"/>
          <w:b/>
        </w:rPr>
        <w:t>Per session:</w:t>
      </w:r>
      <w:r w:rsidRPr="00BB4745">
        <w:rPr>
          <w:rFonts w:asciiTheme="majorHAnsi" w:hAnsiTheme="majorHAnsi" w:cstheme="majorHAnsi"/>
        </w:rPr>
        <w:t xml:space="preserve"> </w:t>
      </w:r>
    </w:p>
    <w:p w14:paraId="5F50905E" w14:textId="1346BE5E" w:rsidR="004F7A68" w:rsidRPr="00BB4745" w:rsidRDefault="009B633C">
      <w:pPr>
        <w:rPr>
          <w:rFonts w:asciiTheme="majorHAnsi" w:hAnsiTheme="majorHAnsi" w:cstheme="majorHAnsi"/>
        </w:rPr>
      </w:pPr>
      <w:r w:rsidRPr="00BB4745">
        <w:rPr>
          <w:rFonts w:asciiTheme="majorHAnsi" w:hAnsiTheme="majorHAnsi" w:cstheme="majorHAnsi"/>
          <w:b/>
        </w:rPr>
        <w:t>Number of sessions:</w:t>
      </w:r>
      <w:r w:rsidRPr="00BB4745">
        <w:rPr>
          <w:rFonts w:asciiTheme="majorHAnsi" w:hAnsiTheme="majorHAnsi" w:cstheme="majorHAnsi"/>
        </w:rPr>
        <w:t xml:space="preserve"> </w:t>
      </w:r>
    </w:p>
    <w:p w14:paraId="30BF404A" w14:textId="1C01E581" w:rsidR="004F7A68" w:rsidRPr="00BB4745" w:rsidRDefault="009B633C">
      <w:pPr>
        <w:rPr>
          <w:rFonts w:asciiTheme="majorHAnsi" w:hAnsiTheme="majorHAnsi" w:cstheme="majorHAnsi"/>
        </w:rPr>
      </w:pPr>
      <w:r w:rsidRPr="00BB4745">
        <w:rPr>
          <w:rFonts w:asciiTheme="majorHAnsi" w:hAnsiTheme="majorHAnsi" w:cstheme="majorHAnsi"/>
          <w:b/>
        </w:rPr>
        <w:t>Total time commitment:</w:t>
      </w:r>
      <w:r w:rsidRPr="00BB4745">
        <w:rPr>
          <w:rFonts w:asciiTheme="majorHAnsi" w:hAnsiTheme="majorHAnsi" w:cstheme="majorHAnsi"/>
        </w:rPr>
        <w:t xml:space="preserve"> </w:t>
      </w:r>
    </w:p>
    <w:p w14:paraId="36183B15" w14:textId="77777777" w:rsidR="004F7A68" w:rsidRPr="00BB4745" w:rsidRDefault="009B633C">
      <w:pPr>
        <w:pStyle w:val="Heading3"/>
        <w:rPr>
          <w:rFonts w:cstheme="majorHAnsi"/>
        </w:rPr>
      </w:pPr>
      <w:r w:rsidRPr="00BB4745">
        <w:rPr>
          <w:rFonts w:cstheme="majorHAnsi"/>
        </w:rPr>
        <w:t>4.4 Research Location(s)</w:t>
      </w:r>
    </w:p>
    <w:p w14:paraId="5A9F645A" w14:textId="77777777" w:rsidR="004F7A68" w:rsidRPr="00BB4745" w:rsidRDefault="009B633C">
      <w:pPr>
        <w:rPr>
          <w:rFonts w:asciiTheme="majorHAnsi" w:hAnsiTheme="majorHAnsi" w:cstheme="majorHAnsi"/>
        </w:rPr>
      </w:pPr>
      <w:r w:rsidRPr="00BB4745">
        <w:rPr>
          <w:rFonts w:asciiTheme="majorHAnsi" w:hAnsiTheme="majorHAnsi" w:cstheme="majorHAnsi"/>
          <w:b/>
        </w:rPr>
        <w:t>Instructions:</w:t>
      </w:r>
      <w:r w:rsidRPr="00BB4745">
        <w:rPr>
          <w:rFonts w:asciiTheme="majorHAnsi" w:hAnsiTheme="majorHAnsi" w:cstheme="majorHAnsi"/>
        </w:rPr>
        <w:t xml:space="preserve"> Specify where the research will be conducted. If multiple locations are involved, list all of them. If research is conducted online, state "Online via [platform name]."</w:t>
      </w:r>
    </w:p>
    <w:p w14:paraId="2FD9B4BA" w14:textId="77777777" w:rsidR="004F7A68" w:rsidRPr="00BB4745" w:rsidRDefault="009B633C">
      <w:pPr>
        <w:rPr>
          <w:rFonts w:asciiTheme="majorHAnsi" w:hAnsiTheme="majorHAnsi" w:cstheme="majorHAnsi"/>
        </w:rPr>
      </w:pPr>
      <w:r w:rsidRPr="00BB4745">
        <w:rPr>
          <w:rFonts w:asciiTheme="majorHAnsi" w:hAnsiTheme="majorHAnsi" w:cstheme="majorHAnsi"/>
          <w:b/>
        </w:rPr>
        <w:t>Research Location(s):</w:t>
      </w:r>
    </w:p>
    <w:p w14:paraId="4DF709DA" w14:textId="77777777" w:rsidR="004F7A68" w:rsidRPr="00BB4745" w:rsidRDefault="009B633C" w:rsidP="002B5B8A">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B4745">
        <w:rPr>
          <w:rFonts w:asciiTheme="majorHAnsi" w:hAnsiTheme="majorHAnsi" w:cstheme="majorHAnsi"/>
        </w:rPr>
        <w:t>[Text box - approximately 100 words]</w:t>
      </w:r>
    </w:p>
    <w:p w14:paraId="0E1E33DB" w14:textId="77777777" w:rsidR="004F7A68" w:rsidRPr="00BB4745" w:rsidRDefault="009B633C">
      <w:pPr>
        <w:pStyle w:val="Heading3"/>
        <w:rPr>
          <w:rFonts w:cstheme="majorHAnsi"/>
        </w:rPr>
      </w:pPr>
      <w:r w:rsidRPr="00BB4745">
        <w:rPr>
          <w:rFonts w:cstheme="majorHAnsi"/>
        </w:rPr>
        <w:t>4.5 Research Instruments and Materials</w:t>
      </w:r>
    </w:p>
    <w:p w14:paraId="37B811BB" w14:textId="77777777" w:rsidR="004F7A68" w:rsidRPr="00BB4745" w:rsidRDefault="009B633C">
      <w:pPr>
        <w:rPr>
          <w:rFonts w:asciiTheme="majorHAnsi" w:hAnsiTheme="majorHAnsi" w:cstheme="majorHAnsi"/>
        </w:rPr>
      </w:pPr>
      <w:r w:rsidRPr="00BB4745">
        <w:rPr>
          <w:rFonts w:asciiTheme="majorHAnsi" w:hAnsiTheme="majorHAnsi" w:cstheme="majorHAnsi"/>
          <w:b/>
        </w:rPr>
        <w:t>Instructions:</w:t>
      </w:r>
      <w:r w:rsidRPr="00BB4745">
        <w:rPr>
          <w:rFonts w:asciiTheme="majorHAnsi" w:hAnsiTheme="majorHAnsi" w:cstheme="majorHAnsi"/>
        </w:rPr>
        <w:t xml:space="preserve"> List all instruments, surveys, questionnaires, interview guides, observation protocols, or other data collection tools you will use. Provide a brief description of each instrument, including the number of items, types of questions, and what the instrument measures. If you are using a published/validated instrument, cite the source. All instruments must be included in the appendix.</w:t>
      </w:r>
    </w:p>
    <w:p w14:paraId="5AD714A1" w14:textId="77777777" w:rsidR="004F7A68" w:rsidRPr="00BB4745" w:rsidRDefault="009B633C">
      <w:pPr>
        <w:rPr>
          <w:rFonts w:asciiTheme="majorHAnsi" w:hAnsiTheme="majorHAnsi" w:cstheme="majorHAnsi"/>
        </w:rPr>
      </w:pPr>
      <w:r w:rsidRPr="00BB4745">
        <w:rPr>
          <w:rFonts w:asciiTheme="majorHAnsi" w:hAnsiTheme="majorHAnsi" w:cstheme="majorHAnsi"/>
          <w:b/>
        </w:rPr>
        <w:t>Research Instruments and Materials:</w:t>
      </w:r>
    </w:p>
    <w:p w14:paraId="083F4F31" w14:textId="77777777" w:rsidR="004F7A68" w:rsidRPr="00BB4745" w:rsidRDefault="009B633C" w:rsidP="002B5B8A">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B4745">
        <w:rPr>
          <w:rFonts w:asciiTheme="majorHAnsi" w:hAnsiTheme="majorHAnsi" w:cstheme="majorHAnsi"/>
        </w:rPr>
        <w:t>[Text box - approximately 300 words]</w:t>
      </w:r>
    </w:p>
    <w:p w14:paraId="0DF5BC19" w14:textId="77777777" w:rsidR="002B5B8A" w:rsidRPr="00BB4745" w:rsidRDefault="009B633C" w:rsidP="002B5B8A">
      <w:pPr>
        <w:rPr>
          <w:rFonts w:asciiTheme="majorHAnsi" w:hAnsiTheme="majorHAnsi" w:cstheme="majorHAnsi"/>
        </w:rPr>
      </w:pPr>
      <w:r w:rsidRPr="00BB4745">
        <w:rPr>
          <w:rFonts w:asciiTheme="majorHAnsi" w:hAnsiTheme="majorHAnsi" w:cstheme="majorHAnsi"/>
          <w:b/>
        </w:rPr>
        <w:t>Instruments Checklist</w:t>
      </w:r>
      <w:r w:rsidRPr="00BB4745">
        <w:rPr>
          <w:rFonts w:asciiTheme="majorHAnsi" w:hAnsiTheme="majorHAnsi" w:cstheme="majorHAnsi"/>
        </w:rPr>
        <w:t xml:space="preserve"> </w:t>
      </w:r>
      <w:r w:rsidR="002B5B8A" w:rsidRPr="00BB4745">
        <w:rPr>
          <w:rFonts w:asciiTheme="majorHAnsi" w:hAnsiTheme="majorHAnsi" w:cstheme="majorHAnsi"/>
        </w:rPr>
        <w:t>(Put an X for all that apply and you will include in the appendix):</w:t>
      </w:r>
    </w:p>
    <w:tbl>
      <w:tblPr>
        <w:tblStyle w:val="TableGrid"/>
        <w:tblW w:w="5000" w:type="pct"/>
        <w:tblLook w:val="04A0" w:firstRow="1" w:lastRow="0" w:firstColumn="1" w:lastColumn="0" w:noHBand="0" w:noVBand="1"/>
      </w:tblPr>
      <w:tblGrid>
        <w:gridCol w:w="5508"/>
        <w:gridCol w:w="3348"/>
      </w:tblGrid>
      <w:tr w:rsidR="00E93D52" w:rsidRPr="00BB4745" w14:paraId="3BC0647D" w14:textId="77777777" w:rsidTr="00E93D52">
        <w:tc>
          <w:tcPr>
            <w:tcW w:w="3110" w:type="pct"/>
            <w:shd w:val="clear" w:color="auto" w:fill="F2F2F2" w:themeFill="background1" w:themeFillShade="F2"/>
            <w:hideMark/>
          </w:tcPr>
          <w:p w14:paraId="4F43B4A9" w14:textId="77777777" w:rsidR="00E93D52" w:rsidRPr="00BB4745" w:rsidRDefault="00E93D52">
            <w:pPr>
              <w:spacing w:after="0"/>
              <w:rPr>
                <w:rFonts w:asciiTheme="majorHAnsi" w:hAnsiTheme="majorHAnsi" w:cstheme="majorHAnsi"/>
              </w:rPr>
            </w:pPr>
            <w:r w:rsidRPr="00BB4745">
              <w:rPr>
                <w:rFonts w:asciiTheme="majorHAnsi" w:hAnsiTheme="majorHAnsi" w:cstheme="majorHAnsi"/>
                <w:b/>
                <w:bCs/>
              </w:rPr>
              <w:t>Instrument Type</w:t>
            </w:r>
          </w:p>
        </w:tc>
        <w:tc>
          <w:tcPr>
            <w:tcW w:w="1890" w:type="pct"/>
            <w:shd w:val="clear" w:color="auto" w:fill="F2F2F2" w:themeFill="background1" w:themeFillShade="F2"/>
            <w:hideMark/>
          </w:tcPr>
          <w:p w14:paraId="2968FD0B" w14:textId="4887CA6E" w:rsidR="00E93D52" w:rsidRPr="00BB4745" w:rsidRDefault="00E93D52">
            <w:pPr>
              <w:spacing w:after="0"/>
              <w:rPr>
                <w:rFonts w:asciiTheme="majorHAnsi" w:hAnsiTheme="majorHAnsi" w:cstheme="majorHAnsi"/>
              </w:rPr>
            </w:pPr>
            <w:r>
              <w:rPr>
                <w:rFonts w:asciiTheme="majorHAnsi" w:hAnsiTheme="majorHAnsi" w:cstheme="majorHAnsi"/>
                <w:b/>
                <w:bCs/>
              </w:rPr>
              <w:t>Place an X in the appropriate row</w:t>
            </w:r>
          </w:p>
        </w:tc>
      </w:tr>
      <w:tr w:rsidR="00E93D52" w:rsidRPr="00BB4745" w14:paraId="67E73401" w14:textId="77777777" w:rsidTr="00E93D52">
        <w:tc>
          <w:tcPr>
            <w:tcW w:w="3110" w:type="pct"/>
            <w:hideMark/>
          </w:tcPr>
          <w:p w14:paraId="5EDBF2EA"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Survey/questionnaire</w:t>
            </w:r>
          </w:p>
        </w:tc>
        <w:tc>
          <w:tcPr>
            <w:tcW w:w="1890" w:type="pct"/>
            <w:hideMark/>
          </w:tcPr>
          <w:p w14:paraId="03EE4C06"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 </w:t>
            </w:r>
          </w:p>
        </w:tc>
      </w:tr>
      <w:tr w:rsidR="00E93D52" w:rsidRPr="00BB4745" w14:paraId="31DB32E3" w14:textId="77777777" w:rsidTr="00E93D52">
        <w:tc>
          <w:tcPr>
            <w:tcW w:w="3110" w:type="pct"/>
            <w:hideMark/>
          </w:tcPr>
          <w:p w14:paraId="2BC3028D"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Interview guide/protocol</w:t>
            </w:r>
          </w:p>
        </w:tc>
        <w:tc>
          <w:tcPr>
            <w:tcW w:w="1890" w:type="pct"/>
            <w:hideMark/>
          </w:tcPr>
          <w:p w14:paraId="5085A36B"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 </w:t>
            </w:r>
          </w:p>
        </w:tc>
      </w:tr>
      <w:tr w:rsidR="00E93D52" w:rsidRPr="00BB4745" w14:paraId="50673244" w14:textId="77777777" w:rsidTr="00E93D52">
        <w:tc>
          <w:tcPr>
            <w:tcW w:w="3110" w:type="pct"/>
            <w:hideMark/>
          </w:tcPr>
          <w:p w14:paraId="413C0156"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Focus group protocol</w:t>
            </w:r>
          </w:p>
        </w:tc>
        <w:tc>
          <w:tcPr>
            <w:tcW w:w="1890" w:type="pct"/>
            <w:hideMark/>
          </w:tcPr>
          <w:p w14:paraId="08B6304A"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 </w:t>
            </w:r>
          </w:p>
        </w:tc>
      </w:tr>
      <w:tr w:rsidR="00E93D52" w:rsidRPr="00BB4745" w14:paraId="1ABB1BF5" w14:textId="77777777" w:rsidTr="00E93D52">
        <w:tc>
          <w:tcPr>
            <w:tcW w:w="3110" w:type="pct"/>
            <w:hideMark/>
          </w:tcPr>
          <w:p w14:paraId="22003B10"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Observation protocol</w:t>
            </w:r>
          </w:p>
        </w:tc>
        <w:tc>
          <w:tcPr>
            <w:tcW w:w="1890" w:type="pct"/>
            <w:hideMark/>
          </w:tcPr>
          <w:p w14:paraId="136B6980"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 </w:t>
            </w:r>
          </w:p>
        </w:tc>
      </w:tr>
      <w:tr w:rsidR="00E93D52" w:rsidRPr="00BB4745" w14:paraId="3EFF261E" w14:textId="77777777" w:rsidTr="00E93D52">
        <w:tc>
          <w:tcPr>
            <w:tcW w:w="3110" w:type="pct"/>
            <w:hideMark/>
          </w:tcPr>
          <w:p w14:paraId="172C5249"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Data extraction forms</w:t>
            </w:r>
          </w:p>
        </w:tc>
        <w:tc>
          <w:tcPr>
            <w:tcW w:w="1890" w:type="pct"/>
            <w:hideMark/>
          </w:tcPr>
          <w:p w14:paraId="0CCD6743"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 </w:t>
            </w:r>
          </w:p>
        </w:tc>
      </w:tr>
      <w:tr w:rsidR="00E93D52" w:rsidRPr="00BB4745" w14:paraId="64126F0A" w14:textId="77777777" w:rsidTr="00E93D52">
        <w:tc>
          <w:tcPr>
            <w:tcW w:w="3110" w:type="pct"/>
            <w:hideMark/>
          </w:tcPr>
          <w:p w14:paraId="5D663040"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Experimental protocols</w:t>
            </w:r>
          </w:p>
        </w:tc>
        <w:tc>
          <w:tcPr>
            <w:tcW w:w="1890" w:type="pct"/>
            <w:hideMark/>
          </w:tcPr>
          <w:p w14:paraId="62940861"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 </w:t>
            </w:r>
          </w:p>
        </w:tc>
      </w:tr>
      <w:tr w:rsidR="00E93D52" w:rsidRPr="00BB4745" w14:paraId="698C7724" w14:textId="77777777" w:rsidTr="00E93D52">
        <w:tc>
          <w:tcPr>
            <w:tcW w:w="3110" w:type="pct"/>
            <w:hideMark/>
          </w:tcPr>
          <w:p w14:paraId="323AD1DD"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Other (specify):</w:t>
            </w:r>
          </w:p>
        </w:tc>
        <w:tc>
          <w:tcPr>
            <w:tcW w:w="1890" w:type="pct"/>
            <w:hideMark/>
          </w:tcPr>
          <w:p w14:paraId="15C2B452" w14:textId="77777777" w:rsidR="00E93D52" w:rsidRPr="00BB4745" w:rsidRDefault="00E93D52">
            <w:pPr>
              <w:spacing w:after="0"/>
              <w:rPr>
                <w:rFonts w:asciiTheme="majorHAnsi" w:hAnsiTheme="majorHAnsi" w:cstheme="majorHAnsi"/>
              </w:rPr>
            </w:pPr>
            <w:r w:rsidRPr="00BB4745">
              <w:rPr>
                <w:rFonts w:asciiTheme="majorHAnsi" w:hAnsiTheme="majorHAnsi" w:cstheme="majorHAnsi"/>
              </w:rPr>
              <w:t> </w:t>
            </w:r>
          </w:p>
        </w:tc>
      </w:tr>
    </w:tbl>
    <w:p w14:paraId="6B825FD5" w14:textId="77777777" w:rsidR="004F7A68" w:rsidRPr="00BB4745" w:rsidRDefault="009B633C" w:rsidP="00A200EA">
      <w:pPr>
        <w:pStyle w:val="Heading2"/>
        <w:pBdr>
          <w:top w:val="single" w:sz="4" w:space="1" w:color="auto"/>
          <w:bottom w:val="single" w:sz="4" w:space="1" w:color="auto"/>
        </w:pBdr>
        <w:shd w:val="clear" w:color="auto" w:fill="F2F2F2" w:themeFill="background1" w:themeFillShade="F2"/>
        <w:rPr>
          <w:rFonts w:cstheme="majorHAnsi"/>
        </w:rPr>
      </w:pPr>
      <w:r w:rsidRPr="00BB4745">
        <w:rPr>
          <w:rFonts w:cstheme="majorHAnsi"/>
        </w:rPr>
        <w:lastRenderedPageBreak/>
        <w:t>SECTION 5: RISKS AND BENEFITS</w:t>
      </w:r>
    </w:p>
    <w:p w14:paraId="03A35D47" w14:textId="77777777" w:rsidR="004F7A68" w:rsidRPr="00BB4745" w:rsidRDefault="009B633C">
      <w:pPr>
        <w:pStyle w:val="Heading3"/>
        <w:rPr>
          <w:rFonts w:cstheme="majorHAnsi"/>
        </w:rPr>
      </w:pPr>
      <w:r w:rsidRPr="00BB4745">
        <w:rPr>
          <w:rFonts w:cstheme="majorHAnsi"/>
        </w:rPr>
        <w:t>5.1 Potential Risks to Participants</w:t>
      </w:r>
    </w:p>
    <w:p w14:paraId="2D3E19AD" w14:textId="77777777" w:rsidR="004F7A68" w:rsidRPr="00BB4745" w:rsidRDefault="009B633C">
      <w:pPr>
        <w:rPr>
          <w:rFonts w:asciiTheme="majorHAnsi" w:hAnsiTheme="majorHAnsi" w:cstheme="majorHAnsi"/>
        </w:rPr>
      </w:pPr>
      <w:r w:rsidRPr="00BB4745">
        <w:rPr>
          <w:rFonts w:asciiTheme="majorHAnsi" w:hAnsiTheme="majorHAnsi" w:cstheme="majorHAnsi"/>
          <w:b/>
        </w:rPr>
        <w:t>Instructions:</w:t>
      </w:r>
      <w:r w:rsidRPr="00BB4745">
        <w:rPr>
          <w:rFonts w:asciiTheme="majorHAnsi" w:hAnsiTheme="majorHAnsi" w:cstheme="majorHAnsi"/>
        </w:rPr>
        <w:t xml:space="preserve"> Identify all potential risks to participants, including physical, psychological, social, economic, and legal risks. Consider risks related to:</w:t>
      </w:r>
    </w:p>
    <w:p w14:paraId="426BD41E" w14:textId="5211B2C3" w:rsidR="004F7A68" w:rsidRPr="00BB4745" w:rsidRDefault="009B633C" w:rsidP="002B5B8A">
      <w:pPr>
        <w:pStyle w:val="ListParagraph"/>
        <w:numPr>
          <w:ilvl w:val="0"/>
          <w:numId w:val="11"/>
        </w:numPr>
        <w:rPr>
          <w:rFonts w:asciiTheme="majorHAnsi" w:hAnsiTheme="majorHAnsi" w:cstheme="majorHAnsi"/>
        </w:rPr>
      </w:pPr>
      <w:r w:rsidRPr="00BB4745">
        <w:rPr>
          <w:rFonts w:asciiTheme="majorHAnsi" w:hAnsiTheme="majorHAnsi" w:cstheme="majorHAnsi"/>
        </w:rPr>
        <w:t>Physical discomfort or harm</w:t>
      </w:r>
    </w:p>
    <w:p w14:paraId="3DB56DAC" w14:textId="1107A847" w:rsidR="004F7A68" w:rsidRPr="00BB4745" w:rsidRDefault="009B633C" w:rsidP="002B5B8A">
      <w:pPr>
        <w:pStyle w:val="ListParagraph"/>
        <w:numPr>
          <w:ilvl w:val="0"/>
          <w:numId w:val="11"/>
        </w:numPr>
        <w:rPr>
          <w:rFonts w:asciiTheme="majorHAnsi" w:hAnsiTheme="majorHAnsi" w:cstheme="majorHAnsi"/>
        </w:rPr>
      </w:pPr>
      <w:r w:rsidRPr="00BB4745">
        <w:rPr>
          <w:rFonts w:asciiTheme="majorHAnsi" w:hAnsiTheme="majorHAnsi" w:cstheme="majorHAnsi"/>
        </w:rPr>
        <w:t>Psychological stress, anxiety, or emotional distress</w:t>
      </w:r>
    </w:p>
    <w:p w14:paraId="743D331A" w14:textId="6FA076E4" w:rsidR="004F7A68" w:rsidRPr="00BB4745" w:rsidRDefault="009B633C" w:rsidP="002B5B8A">
      <w:pPr>
        <w:pStyle w:val="ListParagraph"/>
        <w:numPr>
          <w:ilvl w:val="0"/>
          <w:numId w:val="11"/>
        </w:numPr>
        <w:rPr>
          <w:rFonts w:asciiTheme="majorHAnsi" w:hAnsiTheme="majorHAnsi" w:cstheme="majorHAnsi"/>
        </w:rPr>
      </w:pPr>
      <w:r w:rsidRPr="00BB4745">
        <w:rPr>
          <w:rFonts w:asciiTheme="majorHAnsi" w:hAnsiTheme="majorHAnsi" w:cstheme="majorHAnsi"/>
        </w:rPr>
        <w:t>Social risks (embarrassment, damage to reputation, social stigma)</w:t>
      </w:r>
    </w:p>
    <w:p w14:paraId="6ADE618E" w14:textId="4E5BF7B9" w:rsidR="004F7A68" w:rsidRPr="00BB4745" w:rsidRDefault="009B633C" w:rsidP="002B5B8A">
      <w:pPr>
        <w:pStyle w:val="ListParagraph"/>
        <w:numPr>
          <w:ilvl w:val="0"/>
          <w:numId w:val="11"/>
        </w:numPr>
        <w:rPr>
          <w:rFonts w:asciiTheme="majorHAnsi" w:hAnsiTheme="majorHAnsi" w:cstheme="majorHAnsi"/>
        </w:rPr>
      </w:pPr>
      <w:r w:rsidRPr="00BB4745">
        <w:rPr>
          <w:rFonts w:asciiTheme="majorHAnsi" w:hAnsiTheme="majorHAnsi" w:cstheme="majorHAnsi"/>
        </w:rPr>
        <w:t>Economic risks (loss of employment, insurability)</w:t>
      </w:r>
    </w:p>
    <w:p w14:paraId="70518130" w14:textId="119194FF" w:rsidR="004F7A68" w:rsidRPr="00BB4745" w:rsidRDefault="009B633C" w:rsidP="002B5B8A">
      <w:pPr>
        <w:pStyle w:val="ListParagraph"/>
        <w:numPr>
          <w:ilvl w:val="0"/>
          <w:numId w:val="11"/>
        </w:numPr>
        <w:rPr>
          <w:rFonts w:asciiTheme="majorHAnsi" w:hAnsiTheme="majorHAnsi" w:cstheme="majorHAnsi"/>
        </w:rPr>
      </w:pPr>
      <w:r w:rsidRPr="00BB4745">
        <w:rPr>
          <w:rFonts w:asciiTheme="majorHAnsi" w:hAnsiTheme="majorHAnsi" w:cstheme="majorHAnsi"/>
        </w:rPr>
        <w:t>Legal risks (disclosure of illegal activities)</w:t>
      </w:r>
    </w:p>
    <w:p w14:paraId="01D61157" w14:textId="706D6B19" w:rsidR="004F7A68" w:rsidRPr="00BB4745" w:rsidRDefault="009B633C" w:rsidP="002B5B8A">
      <w:pPr>
        <w:pStyle w:val="ListParagraph"/>
        <w:numPr>
          <w:ilvl w:val="0"/>
          <w:numId w:val="11"/>
        </w:numPr>
        <w:rPr>
          <w:rFonts w:asciiTheme="majorHAnsi" w:hAnsiTheme="majorHAnsi" w:cstheme="majorHAnsi"/>
        </w:rPr>
      </w:pPr>
      <w:r w:rsidRPr="00BB4745">
        <w:rPr>
          <w:rFonts w:asciiTheme="majorHAnsi" w:hAnsiTheme="majorHAnsi" w:cstheme="majorHAnsi"/>
        </w:rPr>
        <w:t>Breach of confidentiality</w:t>
      </w:r>
    </w:p>
    <w:p w14:paraId="0C63F6AC" w14:textId="733A0B3A" w:rsidR="004F7A68" w:rsidRPr="00BB4745" w:rsidRDefault="009B633C" w:rsidP="002B5B8A">
      <w:pPr>
        <w:pStyle w:val="ListParagraph"/>
        <w:numPr>
          <w:ilvl w:val="0"/>
          <w:numId w:val="11"/>
        </w:numPr>
        <w:rPr>
          <w:rFonts w:asciiTheme="majorHAnsi" w:hAnsiTheme="majorHAnsi" w:cstheme="majorHAnsi"/>
        </w:rPr>
      </w:pPr>
      <w:r w:rsidRPr="00BB4745">
        <w:rPr>
          <w:rFonts w:asciiTheme="majorHAnsi" w:hAnsiTheme="majorHAnsi" w:cstheme="majorHAnsi"/>
        </w:rPr>
        <w:t>Time and inconvenience</w:t>
      </w:r>
    </w:p>
    <w:p w14:paraId="71FAE393" w14:textId="77777777" w:rsidR="004F7A68" w:rsidRPr="00BB4745" w:rsidRDefault="009B633C">
      <w:pPr>
        <w:rPr>
          <w:rFonts w:asciiTheme="majorHAnsi" w:hAnsiTheme="majorHAnsi" w:cstheme="majorHAnsi"/>
        </w:rPr>
      </w:pPr>
      <w:r w:rsidRPr="00BB4745">
        <w:rPr>
          <w:rFonts w:asciiTheme="majorHAnsi" w:hAnsiTheme="majorHAnsi" w:cstheme="majorHAnsi"/>
        </w:rPr>
        <w:t>Be honest and thorough. Even minimal risk studies have some risks (e.g., time, minor discomfort from survey questions). If you believe there are no risks beyond those encountered in daily life, state this explicitly.</w:t>
      </w:r>
    </w:p>
    <w:p w14:paraId="3BD6F483" w14:textId="2453E1A6" w:rsidR="004F7A68" w:rsidRPr="00BB4745" w:rsidRDefault="002B5B8A">
      <w:pPr>
        <w:rPr>
          <w:rFonts w:asciiTheme="majorHAnsi" w:hAnsiTheme="majorHAnsi" w:cstheme="majorHAnsi"/>
        </w:rPr>
      </w:pPr>
      <w:r w:rsidRPr="00BB4745">
        <w:rPr>
          <w:rFonts w:asciiTheme="majorHAnsi" w:hAnsiTheme="majorHAnsi" w:cstheme="majorHAnsi"/>
          <w:b/>
        </w:rPr>
        <w:t>P</w:t>
      </w:r>
      <w:r w:rsidR="009B633C" w:rsidRPr="00BB4745">
        <w:rPr>
          <w:rFonts w:asciiTheme="majorHAnsi" w:hAnsiTheme="majorHAnsi" w:cstheme="majorHAnsi"/>
          <w:b/>
        </w:rPr>
        <w:t>otential Risks:</w:t>
      </w:r>
    </w:p>
    <w:p w14:paraId="406F0DD2" w14:textId="77777777" w:rsidR="004F7A68" w:rsidRPr="00BB4745" w:rsidRDefault="009B633C" w:rsidP="002B5B8A">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B4745">
        <w:rPr>
          <w:rFonts w:asciiTheme="majorHAnsi" w:hAnsiTheme="majorHAnsi" w:cstheme="majorHAnsi"/>
        </w:rPr>
        <w:t>[Text box - approximately 300 words]</w:t>
      </w:r>
    </w:p>
    <w:p w14:paraId="55B73BEF" w14:textId="77777777" w:rsidR="004F7A68" w:rsidRPr="00BB4745" w:rsidRDefault="009B633C">
      <w:pPr>
        <w:pStyle w:val="Heading3"/>
        <w:rPr>
          <w:rFonts w:cstheme="majorHAnsi"/>
        </w:rPr>
      </w:pPr>
      <w:r w:rsidRPr="00BB4745">
        <w:rPr>
          <w:rFonts w:cstheme="majorHAnsi"/>
        </w:rPr>
        <w:t>5.2 Risk Minimization Strategies</w:t>
      </w:r>
    </w:p>
    <w:p w14:paraId="7183293F" w14:textId="77777777" w:rsidR="004F7A68" w:rsidRPr="00BB4745" w:rsidRDefault="009B633C">
      <w:pPr>
        <w:rPr>
          <w:rFonts w:asciiTheme="majorHAnsi" w:hAnsiTheme="majorHAnsi" w:cstheme="majorHAnsi"/>
        </w:rPr>
      </w:pPr>
      <w:r w:rsidRPr="00BB4745">
        <w:rPr>
          <w:rFonts w:asciiTheme="majorHAnsi" w:hAnsiTheme="majorHAnsi" w:cstheme="majorHAnsi"/>
          <w:b/>
        </w:rPr>
        <w:t>Instructions:</w:t>
      </w:r>
      <w:r w:rsidRPr="00BB4745">
        <w:rPr>
          <w:rFonts w:asciiTheme="majorHAnsi" w:hAnsiTheme="majorHAnsi" w:cstheme="majorHAnsi"/>
        </w:rPr>
        <w:t xml:space="preserve"> For each risk identified in Section 5.1, explain what steps you will take to minimize or eliminate that risk. How will you protect participants from potential harm? What safeguards are in place? Be specific about your risk mitigation strategies.</w:t>
      </w:r>
    </w:p>
    <w:p w14:paraId="50C23EC2" w14:textId="77777777" w:rsidR="004F7A68" w:rsidRPr="00BB4745" w:rsidRDefault="009B633C">
      <w:pPr>
        <w:rPr>
          <w:rFonts w:asciiTheme="majorHAnsi" w:hAnsiTheme="majorHAnsi" w:cstheme="majorHAnsi"/>
        </w:rPr>
      </w:pPr>
      <w:r w:rsidRPr="00BB4745">
        <w:rPr>
          <w:rFonts w:asciiTheme="majorHAnsi" w:hAnsiTheme="majorHAnsi" w:cstheme="majorHAnsi"/>
          <w:b/>
        </w:rPr>
        <w:t>Risk Minimization Strategies:</w:t>
      </w:r>
    </w:p>
    <w:p w14:paraId="46EE75D6" w14:textId="77777777" w:rsidR="004F7A68" w:rsidRPr="00BB4745" w:rsidRDefault="009B633C" w:rsidP="002B5B8A">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B4745">
        <w:rPr>
          <w:rFonts w:asciiTheme="majorHAnsi" w:hAnsiTheme="majorHAnsi" w:cstheme="majorHAnsi"/>
        </w:rPr>
        <w:t>[Text box - approximately 300 words]</w:t>
      </w:r>
    </w:p>
    <w:p w14:paraId="2FCE8C55" w14:textId="77777777" w:rsidR="004F7A68" w:rsidRPr="00BB4745" w:rsidRDefault="009B633C">
      <w:pPr>
        <w:pStyle w:val="Heading3"/>
        <w:rPr>
          <w:rFonts w:cstheme="majorHAnsi"/>
        </w:rPr>
      </w:pPr>
      <w:r w:rsidRPr="00BB4745">
        <w:rPr>
          <w:rFonts w:cstheme="majorHAnsi"/>
        </w:rPr>
        <w:t>5.3 Potential Benefits</w:t>
      </w:r>
    </w:p>
    <w:p w14:paraId="21EA78B7" w14:textId="77777777" w:rsidR="004F7A68" w:rsidRPr="00BB4745" w:rsidRDefault="009B633C">
      <w:pPr>
        <w:rPr>
          <w:rFonts w:asciiTheme="majorHAnsi" w:hAnsiTheme="majorHAnsi" w:cstheme="majorHAnsi"/>
        </w:rPr>
      </w:pPr>
      <w:r w:rsidRPr="00BB4745">
        <w:rPr>
          <w:rFonts w:asciiTheme="majorHAnsi" w:hAnsiTheme="majorHAnsi" w:cstheme="majorHAnsi"/>
          <w:b/>
        </w:rPr>
        <w:t>Instructions:</w:t>
      </w:r>
      <w:r w:rsidRPr="00BB4745">
        <w:rPr>
          <w:rFonts w:asciiTheme="majorHAnsi" w:hAnsiTheme="majorHAnsi" w:cstheme="majorHAnsi"/>
        </w:rPr>
        <w:t xml:space="preserve"> Describe any potential benefits to participants and/or to society. Be realistic—do not overstate benefits. Benefits to participants might include learning new information, </w:t>
      </w:r>
      <w:proofErr w:type="gramStart"/>
      <w:r w:rsidRPr="00BB4745">
        <w:rPr>
          <w:rFonts w:asciiTheme="majorHAnsi" w:hAnsiTheme="majorHAnsi" w:cstheme="majorHAnsi"/>
        </w:rPr>
        <w:t>receiving</w:t>
      </w:r>
      <w:proofErr w:type="gramEnd"/>
      <w:r w:rsidRPr="00BB4745">
        <w:rPr>
          <w:rFonts w:asciiTheme="majorHAnsi" w:hAnsiTheme="majorHAnsi" w:cstheme="majorHAnsi"/>
        </w:rPr>
        <w:t xml:space="preserve"> free services, or contributing to knowledge. Benefits to society might include advancing scientific knowledge, improving practices, or informing policy. If there are no direct benefits to participants, state this clearly but explain the broader benefits to society or the field.</w:t>
      </w:r>
    </w:p>
    <w:p w14:paraId="32E38E99" w14:textId="77777777" w:rsidR="004F7A68" w:rsidRPr="00BB4745" w:rsidRDefault="009B633C">
      <w:pPr>
        <w:rPr>
          <w:rFonts w:asciiTheme="majorHAnsi" w:hAnsiTheme="majorHAnsi" w:cstheme="majorHAnsi"/>
        </w:rPr>
      </w:pPr>
      <w:r w:rsidRPr="00BB4745">
        <w:rPr>
          <w:rFonts w:asciiTheme="majorHAnsi" w:hAnsiTheme="majorHAnsi" w:cstheme="majorHAnsi"/>
          <w:b/>
        </w:rPr>
        <w:t>Potential Benefits:</w:t>
      </w:r>
    </w:p>
    <w:p w14:paraId="5EE2496A" w14:textId="77777777" w:rsidR="004F7A68" w:rsidRPr="00BB4745" w:rsidRDefault="009B633C" w:rsidP="002B5B8A">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B4745">
        <w:rPr>
          <w:rFonts w:asciiTheme="majorHAnsi" w:hAnsiTheme="majorHAnsi" w:cstheme="majorHAnsi"/>
        </w:rPr>
        <w:t>[Text box - approximately 250 words]</w:t>
      </w:r>
    </w:p>
    <w:p w14:paraId="40AC31DD" w14:textId="77777777" w:rsidR="004F7A68" w:rsidRPr="00BB4745" w:rsidRDefault="009B633C">
      <w:pPr>
        <w:pStyle w:val="Heading3"/>
        <w:rPr>
          <w:rFonts w:cstheme="majorHAnsi"/>
        </w:rPr>
      </w:pPr>
      <w:r w:rsidRPr="00BB4745">
        <w:rPr>
          <w:rFonts w:cstheme="majorHAnsi"/>
        </w:rPr>
        <w:lastRenderedPageBreak/>
        <w:t>5.4 Risk/Benefit Assessment</w:t>
      </w:r>
    </w:p>
    <w:p w14:paraId="2901C893" w14:textId="77777777" w:rsidR="004F7A68" w:rsidRPr="00BB4745" w:rsidRDefault="009B633C">
      <w:pPr>
        <w:rPr>
          <w:rFonts w:asciiTheme="majorHAnsi" w:hAnsiTheme="majorHAnsi" w:cstheme="majorHAnsi"/>
        </w:rPr>
      </w:pPr>
      <w:r w:rsidRPr="00BB4745">
        <w:rPr>
          <w:rFonts w:asciiTheme="majorHAnsi" w:hAnsiTheme="majorHAnsi" w:cstheme="majorHAnsi"/>
          <w:b/>
        </w:rPr>
        <w:t>Instructions:</w:t>
      </w:r>
      <w:r w:rsidRPr="00BB4745">
        <w:rPr>
          <w:rFonts w:asciiTheme="majorHAnsi" w:hAnsiTheme="majorHAnsi" w:cstheme="majorHAnsi"/>
        </w:rPr>
        <w:t xml:space="preserve"> Provide a brief assessment of whether the potential benefits of the research justify the risks to participants. Explain why the knowledge to be gained is worth the risks participants will face. For minimal risk studies, this can be brief.</w:t>
      </w:r>
    </w:p>
    <w:p w14:paraId="5A47F9F8" w14:textId="77777777" w:rsidR="004F7A68" w:rsidRPr="00BB4745" w:rsidRDefault="009B633C">
      <w:pPr>
        <w:rPr>
          <w:rFonts w:asciiTheme="majorHAnsi" w:hAnsiTheme="majorHAnsi" w:cstheme="majorHAnsi"/>
        </w:rPr>
      </w:pPr>
      <w:r w:rsidRPr="00BB4745">
        <w:rPr>
          <w:rFonts w:asciiTheme="majorHAnsi" w:hAnsiTheme="majorHAnsi" w:cstheme="majorHAnsi"/>
          <w:b/>
        </w:rPr>
        <w:t>Risk/Benefit Assessment:</w:t>
      </w:r>
    </w:p>
    <w:p w14:paraId="164D7E8E" w14:textId="77777777" w:rsidR="004F7A68" w:rsidRPr="00BB4745" w:rsidRDefault="009B633C" w:rsidP="002B5B8A">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B4745">
        <w:rPr>
          <w:rFonts w:asciiTheme="majorHAnsi" w:hAnsiTheme="majorHAnsi" w:cstheme="majorHAnsi"/>
        </w:rPr>
        <w:t>[Text box - approximately 150 words]</w:t>
      </w:r>
    </w:p>
    <w:p w14:paraId="3EE2F954" w14:textId="77777777" w:rsidR="004F7A68" w:rsidRPr="00BB4745" w:rsidRDefault="009B633C" w:rsidP="00C70192">
      <w:pPr>
        <w:pStyle w:val="Heading2"/>
        <w:pBdr>
          <w:top w:val="single" w:sz="4" w:space="1" w:color="auto"/>
          <w:bottom w:val="single" w:sz="4" w:space="1" w:color="auto"/>
        </w:pBdr>
        <w:shd w:val="clear" w:color="auto" w:fill="F2F2F2" w:themeFill="background1" w:themeFillShade="F2"/>
        <w:rPr>
          <w:rFonts w:cstheme="majorHAnsi"/>
        </w:rPr>
      </w:pPr>
      <w:r w:rsidRPr="00BB4745">
        <w:rPr>
          <w:rFonts w:cstheme="majorHAnsi"/>
        </w:rPr>
        <w:t>SECTION 6: PRIVACY, CONFIDENTIALITY, AND DATA MANAGEMENT</w:t>
      </w:r>
    </w:p>
    <w:p w14:paraId="2483CF7A" w14:textId="77777777" w:rsidR="004F7A68" w:rsidRPr="00BB4745" w:rsidRDefault="009B633C">
      <w:pPr>
        <w:pStyle w:val="Heading3"/>
        <w:rPr>
          <w:rFonts w:cstheme="majorHAnsi"/>
        </w:rPr>
      </w:pPr>
      <w:r w:rsidRPr="00BB4745">
        <w:rPr>
          <w:rFonts w:cstheme="majorHAnsi"/>
        </w:rPr>
        <w:t>6.1 Data Collection and Identifiability</w:t>
      </w:r>
    </w:p>
    <w:p w14:paraId="6FBB4B7E" w14:textId="77777777" w:rsidR="004F7A68" w:rsidRPr="00BB4745" w:rsidRDefault="009B633C">
      <w:pPr>
        <w:rPr>
          <w:rFonts w:asciiTheme="majorHAnsi" w:hAnsiTheme="majorHAnsi" w:cstheme="majorHAnsi"/>
        </w:rPr>
      </w:pPr>
      <w:r w:rsidRPr="00BB4745">
        <w:rPr>
          <w:rFonts w:asciiTheme="majorHAnsi" w:hAnsiTheme="majorHAnsi" w:cstheme="majorHAnsi"/>
          <w:b/>
        </w:rPr>
        <w:t>Instructions:</w:t>
      </w:r>
      <w:r w:rsidRPr="00BB4745">
        <w:rPr>
          <w:rFonts w:asciiTheme="majorHAnsi" w:hAnsiTheme="majorHAnsi" w:cstheme="majorHAnsi"/>
        </w:rPr>
        <w:t xml:space="preserve"> Describe what data you will collect from or about participants. Will the data be identifiable (names, contact information), coded (linked to participants through a code), or anonymous (no way to link data to individuals)? If you are collecting identifiable data, explain why this is necessary.</w:t>
      </w:r>
    </w:p>
    <w:p w14:paraId="22E5533F" w14:textId="77777777" w:rsidR="004F7A68" w:rsidRPr="00BB4745" w:rsidRDefault="009B633C">
      <w:pPr>
        <w:rPr>
          <w:rFonts w:asciiTheme="majorHAnsi" w:hAnsiTheme="majorHAnsi" w:cstheme="majorHAnsi"/>
        </w:rPr>
      </w:pPr>
      <w:r w:rsidRPr="00BB4745">
        <w:rPr>
          <w:rFonts w:asciiTheme="majorHAnsi" w:hAnsiTheme="majorHAnsi" w:cstheme="majorHAnsi"/>
          <w:b/>
        </w:rPr>
        <w:t>Data Collection and Identifiability:</w:t>
      </w:r>
    </w:p>
    <w:p w14:paraId="52B76330" w14:textId="77777777" w:rsidR="004F7A68" w:rsidRPr="00BB4745" w:rsidRDefault="009B633C" w:rsidP="002B5B8A">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B4745">
        <w:rPr>
          <w:rFonts w:asciiTheme="majorHAnsi" w:hAnsiTheme="majorHAnsi" w:cstheme="majorHAnsi"/>
        </w:rPr>
        <w:t>[Text box - approximately 250 words]</w:t>
      </w:r>
    </w:p>
    <w:p w14:paraId="213CEB20" w14:textId="77777777" w:rsidR="004F7A68" w:rsidRPr="00BB4745" w:rsidRDefault="009B633C">
      <w:pPr>
        <w:pStyle w:val="Heading3"/>
        <w:rPr>
          <w:rFonts w:cstheme="majorHAnsi"/>
        </w:rPr>
      </w:pPr>
      <w:r w:rsidRPr="00BB4745">
        <w:rPr>
          <w:rFonts w:cstheme="majorHAnsi"/>
        </w:rPr>
        <w:t>6.2 Data Storage and Security</w:t>
      </w:r>
    </w:p>
    <w:p w14:paraId="3914FCE6" w14:textId="77777777" w:rsidR="004F7A68" w:rsidRPr="00BB4745" w:rsidRDefault="009B633C">
      <w:pPr>
        <w:rPr>
          <w:rFonts w:asciiTheme="majorHAnsi" w:hAnsiTheme="majorHAnsi" w:cstheme="majorHAnsi"/>
        </w:rPr>
      </w:pPr>
      <w:r w:rsidRPr="00BB4745">
        <w:rPr>
          <w:rFonts w:asciiTheme="majorHAnsi" w:hAnsiTheme="majorHAnsi" w:cstheme="majorHAnsi"/>
          <w:b/>
        </w:rPr>
        <w:t>Instructions:</w:t>
      </w:r>
      <w:r w:rsidRPr="00BB4745">
        <w:rPr>
          <w:rFonts w:asciiTheme="majorHAnsi" w:hAnsiTheme="majorHAnsi" w:cstheme="majorHAnsi"/>
        </w:rPr>
        <w:t xml:space="preserve"> Explain in detail how you will store data to protect participant confidentiality. Address both physical and electronic data storage. Be specific about:</w:t>
      </w:r>
    </w:p>
    <w:p w14:paraId="7536C7F6" w14:textId="690F7251" w:rsidR="004F7A68" w:rsidRPr="00BB4745" w:rsidRDefault="009B633C" w:rsidP="002B5B8A">
      <w:pPr>
        <w:pStyle w:val="ListParagraph"/>
        <w:numPr>
          <w:ilvl w:val="0"/>
          <w:numId w:val="11"/>
        </w:numPr>
        <w:rPr>
          <w:rFonts w:asciiTheme="majorHAnsi" w:hAnsiTheme="majorHAnsi" w:cstheme="majorHAnsi"/>
        </w:rPr>
      </w:pPr>
      <w:r w:rsidRPr="00BB4745">
        <w:rPr>
          <w:rFonts w:asciiTheme="majorHAnsi" w:hAnsiTheme="majorHAnsi" w:cstheme="majorHAnsi"/>
        </w:rPr>
        <w:t>Where data will be stored (locked file cabinet, password-protected computer, secure server, cloud storage platform)</w:t>
      </w:r>
    </w:p>
    <w:p w14:paraId="51A2225A" w14:textId="5F8F09E6" w:rsidR="004F7A68" w:rsidRPr="00BB4745" w:rsidRDefault="009B633C" w:rsidP="002B5B8A">
      <w:pPr>
        <w:pStyle w:val="ListParagraph"/>
        <w:numPr>
          <w:ilvl w:val="0"/>
          <w:numId w:val="11"/>
        </w:numPr>
        <w:rPr>
          <w:rFonts w:asciiTheme="majorHAnsi" w:hAnsiTheme="majorHAnsi" w:cstheme="majorHAnsi"/>
        </w:rPr>
      </w:pPr>
      <w:r w:rsidRPr="00BB4745">
        <w:rPr>
          <w:rFonts w:asciiTheme="majorHAnsi" w:hAnsiTheme="majorHAnsi" w:cstheme="majorHAnsi"/>
        </w:rPr>
        <w:t>How data will be secured (encryption, password protection, locked facilities)</w:t>
      </w:r>
    </w:p>
    <w:p w14:paraId="540CA572" w14:textId="33EEC2F4" w:rsidR="004F7A68" w:rsidRPr="00BB4745" w:rsidRDefault="009B633C" w:rsidP="002B5B8A">
      <w:pPr>
        <w:pStyle w:val="ListParagraph"/>
        <w:numPr>
          <w:ilvl w:val="0"/>
          <w:numId w:val="11"/>
        </w:numPr>
        <w:rPr>
          <w:rFonts w:asciiTheme="majorHAnsi" w:hAnsiTheme="majorHAnsi" w:cstheme="majorHAnsi"/>
        </w:rPr>
      </w:pPr>
      <w:r w:rsidRPr="00BB4745">
        <w:rPr>
          <w:rFonts w:asciiTheme="majorHAnsi" w:hAnsiTheme="majorHAnsi" w:cstheme="majorHAnsi"/>
        </w:rPr>
        <w:t>Who will have access to identifiable data</w:t>
      </w:r>
    </w:p>
    <w:p w14:paraId="0433DC96" w14:textId="4348F26B" w:rsidR="004F7A68" w:rsidRPr="00BB4745" w:rsidRDefault="009B633C" w:rsidP="002B5B8A">
      <w:pPr>
        <w:pStyle w:val="ListParagraph"/>
        <w:numPr>
          <w:ilvl w:val="0"/>
          <w:numId w:val="11"/>
        </w:numPr>
        <w:rPr>
          <w:rFonts w:asciiTheme="majorHAnsi" w:hAnsiTheme="majorHAnsi" w:cstheme="majorHAnsi"/>
        </w:rPr>
      </w:pPr>
      <w:r w:rsidRPr="00BB4745">
        <w:rPr>
          <w:rFonts w:asciiTheme="majorHAnsi" w:hAnsiTheme="majorHAnsi" w:cstheme="majorHAnsi"/>
        </w:rPr>
        <w:t>How long data will be retained</w:t>
      </w:r>
    </w:p>
    <w:p w14:paraId="54A2159F" w14:textId="23DFD384" w:rsidR="004F7A68" w:rsidRPr="00BB4745" w:rsidRDefault="009B633C" w:rsidP="002B5B8A">
      <w:pPr>
        <w:pStyle w:val="ListParagraph"/>
        <w:numPr>
          <w:ilvl w:val="0"/>
          <w:numId w:val="11"/>
        </w:numPr>
        <w:rPr>
          <w:rFonts w:asciiTheme="majorHAnsi" w:hAnsiTheme="majorHAnsi" w:cstheme="majorHAnsi"/>
        </w:rPr>
      </w:pPr>
      <w:r w:rsidRPr="00BB4745">
        <w:rPr>
          <w:rFonts w:asciiTheme="majorHAnsi" w:hAnsiTheme="majorHAnsi" w:cstheme="majorHAnsi"/>
        </w:rPr>
        <w:t>Separate storage of consent forms and data (if applicable)</w:t>
      </w:r>
    </w:p>
    <w:p w14:paraId="325B0AEF" w14:textId="77777777" w:rsidR="004F7A68" w:rsidRPr="00BB4745" w:rsidRDefault="009B633C">
      <w:pPr>
        <w:rPr>
          <w:rFonts w:asciiTheme="majorHAnsi" w:hAnsiTheme="majorHAnsi" w:cstheme="majorHAnsi"/>
        </w:rPr>
      </w:pPr>
      <w:r w:rsidRPr="00BB4745">
        <w:rPr>
          <w:rFonts w:asciiTheme="majorHAnsi" w:hAnsiTheme="majorHAnsi" w:cstheme="majorHAnsi"/>
          <w:b/>
        </w:rPr>
        <w:t>Data Storage and Security:</w:t>
      </w:r>
    </w:p>
    <w:p w14:paraId="69BF51AE" w14:textId="77777777" w:rsidR="004F7A68" w:rsidRPr="00BB4745" w:rsidRDefault="009B633C" w:rsidP="002B5B8A">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B4745">
        <w:rPr>
          <w:rFonts w:asciiTheme="majorHAnsi" w:hAnsiTheme="majorHAnsi" w:cstheme="majorHAnsi"/>
        </w:rPr>
        <w:t>[Text box - approximately 300 words]</w:t>
      </w:r>
    </w:p>
    <w:p w14:paraId="79E4F706" w14:textId="77777777" w:rsidR="004F7A68" w:rsidRPr="00BB4745" w:rsidRDefault="009B633C">
      <w:pPr>
        <w:pStyle w:val="Heading3"/>
        <w:rPr>
          <w:rFonts w:cstheme="majorHAnsi"/>
        </w:rPr>
      </w:pPr>
      <w:r w:rsidRPr="00BB4745">
        <w:rPr>
          <w:rFonts w:cstheme="majorHAnsi"/>
        </w:rPr>
        <w:t>6.3 Data Access</w:t>
      </w:r>
    </w:p>
    <w:p w14:paraId="5FE58881" w14:textId="77777777" w:rsidR="004F7A68" w:rsidRPr="00BB4745" w:rsidRDefault="009B633C">
      <w:pPr>
        <w:rPr>
          <w:rFonts w:asciiTheme="majorHAnsi" w:hAnsiTheme="majorHAnsi" w:cstheme="majorHAnsi"/>
        </w:rPr>
      </w:pPr>
      <w:r w:rsidRPr="00BB4745">
        <w:rPr>
          <w:rFonts w:asciiTheme="majorHAnsi" w:hAnsiTheme="majorHAnsi" w:cstheme="majorHAnsi"/>
          <w:b/>
        </w:rPr>
        <w:t>Instructions:</w:t>
      </w:r>
      <w:r w:rsidRPr="00BB4745">
        <w:rPr>
          <w:rFonts w:asciiTheme="majorHAnsi" w:hAnsiTheme="majorHAnsi" w:cstheme="majorHAnsi"/>
        </w:rPr>
        <w:t xml:space="preserve"> List all individuals who will have access to identifiable data. Include the PI, co-investigators, research assistants, transcriptionists, external evaluators, or anyone else who will see data that could be linked to participants. Explain what level of access each person will have and why they need access.</w:t>
      </w:r>
    </w:p>
    <w:p w14:paraId="781528FD" w14:textId="77777777" w:rsidR="004F7A68" w:rsidRPr="00BB4745" w:rsidRDefault="009B633C">
      <w:pPr>
        <w:rPr>
          <w:rFonts w:asciiTheme="majorHAnsi" w:hAnsiTheme="majorHAnsi" w:cstheme="majorHAnsi"/>
        </w:rPr>
      </w:pPr>
      <w:r w:rsidRPr="00BB4745">
        <w:rPr>
          <w:rFonts w:asciiTheme="majorHAnsi" w:hAnsiTheme="majorHAnsi" w:cstheme="majorHAnsi"/>
          <w:b/>
        </w:rPr>
        <w:t>Data Access:</w:t>
      </w:r>
    </w:p>
    <w:p w14:paraId="5ED25916" w14:textId="77777777" w:rsidR="004F7A68" w:rsidRPr="00BB4745" w:rsidRDefault="009B633C" w:rsidP="002B5B8A">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B4745">
        <w:rPr>
          <w:rFonts w:asciiTheme="majorHAnsi" w:hAnsiTheme="majorHAnsi" w:cstheme="majorHAnsi"/>
        </w:rPr>
        <w:lastRenderedPageBreak/>
        <w:t>[Text box - approximately 200 words]</w:t>
      </w:r>
    </w:p>
    <w:p w14:paraId="7C174707" w14:textId="77777777" w:rsidR="004F7A68" w:rsidRPr="00BB4745" w:rsidRDefault="009B633C">
      <w:pPr>
        <w:pStyle w:val="Heading3"/>
        <w:rPr>
          <w:rFonts w:cstheme="majorHAnsi"/>
        </w:rPr>
      </w:pPr>
      <w:r w:rsidRPr="00BB4745">
        <w:rPr>
          <w:rFonts w:cstheme="majorHAnsi"/>
        </w:rPr>
        <w:t>6.4 Data Retention and Destruction</w:t>
      </w:r>
    </w:p>
    <w:p w14:paraId="240CE456" w14:textId="77777777" w:rsidR="004F7A68" w:rsidRPr="00BB4745" w:rsidRDefault="009B633C">
      <w:pPr>
        <w:rPr>
          <w:rFonts w:asciiTheme="majorHAnsi" w:hAnsiTheme="majorHAnsi" w:cstheme="majorHAnsi"/>
        </w:rPr>
      </w:pPr>
      <w:r w:rsidRPr="00BB4745">
        <w:rPr>
          <w:rFonts w:asciiTheme="majorHAnsi" w:hAnsiTheme="majorHAnsi" w:cstheme="majorHAnsi"/>
          <w:b/>
        </w:rPr>
        <w:t>Instructions:</w:t>
      </w:r>
      <w:r w:rsidRPr="00BB4745">
        <w:rPr>
          <w:rFonts w:asciiTheme="majorHAnsi" w:hAnsiTheme="majorHAnsi" w:cstheme="majorHAnsi"/>
        </w:rPr>
        <w:t xml:space="preserve"> Explain how long you will keep the data and what will happen to it after the retention period. Federal regulations and some funding agencies require data to be retained for a specific period (often 3-7 years after project completion). Describe how and when data will be destroyed. Who will be responsible for data destruction?</w:t>
      </w:r>
    </w:p>
    <w:p w14:paraId="2FEB5258" w14:textId="312E5EB7" w:rsidR="004F7A68" w:rsidRPr="00BB4745" w:rsidRDefault="009B633C">
      <w:pPr>
        <w:rPr>
          <w:rFonts w:asciiTheme="majorHAnsi" w:hAnsiTheme="majorHAnsi" w:cstheme="majorHAnsi"/>
        </w:rPr>
      </w:pPr>
      <w:r w:rsidRPr="00BB4745">
        <w:rPr>
          <w:rFonts w:asciiTheme="majorHAnsi" w:hAnsiTheme="majorHAnsi" w:cstheme="majorHAnsi"/>
          <w:b/>
        </w:rPr>
        <w:t>Data Retention Period:</w:t>
      </w:r>
      <w:r w:rsidRPr="00BB4745">
        <w:rPr>
          <w:rFonts w:asciiTheme="majorHAnsi" w:hAnsiTheme="majorHAnsi" w:cstheme="majorHAnsi"/>
        </w:rPr>
        <w:t xml:space="preserve"> </w:t>
      </w:r>
    </w:p>
    <w:p w14:paraId="71C2B649" w14:textId="77777777" w:rsidR="004F7A68" w:rsidRPr="00BB4745" w:rsidRDefault="009B633C">
      <w:pPr>
        <w:rPr>
          <w:rFonts w:asciiTheme="majorHAnsi" w:hAnsiTheme="majorHAnsi" w:cstheme="majorHAnsi"/>
        </w:rPr>
      </w:pPr>
      <w:r w:rsidRPr="00BB4745">
        <w:rPr>
          <w:rFonts w:asciiTheme="majorHAnsi" w:hAnsiTheme="majorHAnsi" w:cstheme="majorHAnsi"/>
          <w:b/>
        </w:rPr>
        <w:t>Data Destruction Plan:</w:t>
      </w:r>
    </w:p>
    <w:p w14:paraId="55D7F0D3" w14:textId="77777777" w:rsidR="004F7A68" w:rsidRPr="00BB4745" w:rsidRDefault="009B633C" w:rsidP="002B5B8A">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B4745">
        <w:rPr>
          <w:rFonts w:asciiTheme="majorHAnsi" w:hAnsiTheme="majorHAnsi" w:cstheme="majorHAnsi"/>
        </w:rPr>
        <w:t>[Text box - approximately 150 words]</w:t>
      </w:r>
    </w:p>
    <w:p w14:paraId="789EA6C0" w14:textId="77777777" w:rsidR="004F7A68" w:rsidRPr="00BB4745" w:rsidRDefault="009B633C">
      <w:pPr>
        <w:pStyle w:val="Heading3"/>
        <w:rPr>
          <w:rFonts w:cstheme="majorHAnsi"/>
        </w:rPr>
      </w:pPr>
      <w:r w:rsidRPr="00BB4745">
        <w:rPr>
          <w:rFonts w:cstheme="majorHAnsi"/>
        </w:rPr>
        <w:t>6.5 Data Sharing and Dissemination</w:t>
      </w:r>
    </w:p>
    <w:p w14:paraId="79700C4E" w14:textId="5005D6E9" w:rsidR="004F7A68" w:rsidRPr="00BB4745" w:rsidRDefault="009B633C">
      <w:pPr>
        <w:rPr>
          <w:rFonts w:asciiTheme="majorHAnsi" w:hAnsiTheme="majorHAnsi" w:cstheme="majorHAnsi"/>
        </w:rPr>
      </w:pPr>
      <w:r w:rsidRPr="00BB4745">
        <w:rPr>
          <w:rFonts w:asciiTheme="majorHAnsi" w:hAnsiTheme="majorHAnsi" w:cstheme="majorHAnsi"/>
          <w:b/>
        </w:rPr>
        <w:t>Instructions:</w:t>
      </w:r>
      <w:r w:rsidRPr="00BB4745">
        <w:rPr>
          <w:rFonts w:asciiTheme="majorHAnsi" w:hAnsiTheme="majorHAnsi" w:cstheme="majorHAnsi"/>
        </w:rPr>
        <w:t xml:space="preserve"> Will you share data with anyone outside your immediate research team? Will you make data publicly available (e.g., in a data repository</w:t>
      </w:r>
      <w:r w:rsidR="00E53D0B" w:rsidRPr="00BB4745">
        <w:rPr>
          <w:rFonts w:asciiTheme="majorHAnsi" w:hAnsiTheme="majorHAnsi" w:cstheme="majorHAnsi"/>
        </w:rPr>
        <w:t xml:space="preserve"> or publication</w:t>
      </w:r>
      <w:r w:rsidRPr="00BB4745">
        <w:rPr>
          <w:rFonts w:asciiTheme="majorHAnsi" w:hAnsiTheme="majorHAnsi" w:cstheme="majorHAnsi"/>
        </w:rPr>
        <w:t>)? Will you share data with collaborators at other institutions? If so, explain how you will protect confidentiality when sharing data. If you will not share data, state this clearly.</w:t>
      </w:r>
    </w:p>
    <w:p w14:paraId="24900A8D" w14:textId="77777777" w:rsidR="004F7A68" w:rsidRPr="00BB4745" w:rsidRDefault="009B633C">
      <w:pPr>
        <w:rPr>
          <w:rFonts w:asciiTheme="majorHAnsi" w:hAnsiTheme="majorHAnsi" w:cstheme="majorHAnsi"/>
        </w:rPr>
      </w:pPr>
      <w:r w:rsidRPr="00BB4745">
        <w:rPr>
          <w:rFonts w:asciiTheme="majorHAnsi" w:hAnsiTheme="majorHAnsi" w:cstheme="majorHAnsi"/>
          <w:b/>
        </w:rPr>
        <w:t>Data Sharing and Dissemination:</w:t>
      </w:r>
    </w:p>
    <w:p w14:paraId="44F19472" w14:textId="77777777" w:rsidR="004F7A68" w:rsidRPr="00BB4745" w:rsidRDefault="009B633C" w:rsidP="002B5B8A">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B4745">
        <w:rPr>
          <w:rFonts w:asciiTheme="majorHAnsi" w:hAnsiTheme="majorHAnsi" w:cstheme="majorHAnsi"/>
        </w:rPr>
        <w:t>[Text box - approximately 200 words]</w:t>
      </w:r>
    </w:p>
    <w:p w14:paraId="4DCC1D02" w14:textId="77777777" w:rsidR="004F7A68" w:rsidRPr="00BB4745" w:rsidRDefault="009B633C" w:rsidP="00C70192">
      <w:pPr>
        <w:pStyle w:val="Heading2"/>
        <w:pBdr>
          <w:top w:val="single" w:sz="4" w:space="1" w:color="auto"/>
          <w:bottom w:val="single" w:sz="4" w:space="1" w:color="auto"/>
        </w:pBdr>
        <w:shd w:val="clear" w:color="auto" w:fill="F2F2F2" w:themeFill="background1" w:themeFillShade="F2"/>
        <w:rPr>
          <w:rFonts w:cstheme="majorHAnsi"/>
        </w:rPr>
      </w:pPr>
      <w:r w:rsidRPr="00BB4745">
        <w:rPr>
          <w:rFonts w:cstheme="majorHAnsi"/>
        </w:rPr>
        <w:t>SECTION 7: DISCLOSURE TO PARTICIPANTS</w:t>
      </w:r>
    </w:p>
    <w:p w14:paraId="2A81C599" w14:textId="77777777" w:rsidR="004F7A68" w:rsidRPr="00BB4745" w:rsidRDefault="009B633C">
      <w:pPr>
        <w:pStyle w:val="Heading3"/>
        <w:rPr>
          <w:rFonts w:cstheme="majorHAnsi"/>
        </w:rPr>
      </w:pPr>
      <w:r w:rsidRPr="00BB4745">
        <w:rPr>
          <w:rFonts w:cstheme="majorHAnsi"/>
        </w:rPr>
        <w:t>7.1 Information Provided to Participants</w:t>
      </w:r>
    </w:p>
    <w:p w14:paraId="4F865054" w14:textId="77777777" w:rsidR="004F7A68" w:rsidRPr="00BB4745" w:rsidRDefault="009B633C">
      <w:pPr>
        <w:rPr>
          <w:rFonts w:asciiTheme="majorHAnsi" w:hAnsiTheme="majorHAnsi" w:cstheme="majorHAnsi"/>
        </w:rPr>
      </w:pPr>
      <w:r w:rsidRPr="00BB4745">
        <w:rPr>
          <w:rFonts w:asciiTheme="majorHAnsi" w:hAnsiTheme="majorHAnsi" w:cstheme="majorHAnsi"/>
          <w:b/>
        </w:rPr>
        <w:t>Instructions:</w:t>
      </w:r>
      <w:r w:rsidRPr="00BB4745">
        <w:rPr>
          <w:rFonts w:asciiTheme="majorHAnsi" w:hAnsiTheme="majorHAnsi" w:cstheme="majorHAnsi"/>
        </w:rPr>
        <w:t xml:space="preserve"> Explain what information participants will receive about the study. Will they be fully informed about the purpose, procedures, risks, and benefits? If you are withholding any information from participants (either temporarily or permanently), explain what information is being withheld and provide a strong justification for why this is necessary for the research. Note: Withholding information requires careful justification and may require additional IRB review.</w:t>
      </w:r>
    </w:p>
    <w:p w14:paraId="0477097C" w14:textId="77777777" w:rsidR="004F7A68" w:rsidRPr="00BB4745" w:rsidRDefault="009B633C">
      <w:pPr>
        <w:rPr>
          <w:rFonts w:asciiTheme="majorHAnsi" w:hAnsiTheme="majorHAnsi" w:cstheme="majorHAnsi"/>
        </w:rPr>
      </w:pPr>
      <w:r w:rsidRPr="00BB4745">
        <w:rPr>
          <w:rFonts w:asciiTheme="majorHAnsi" w:hAnsiTheme="majorHAnsi" w:cstheme="majorHAnsi"/>
          <w:b/>
        </w:rPr>
        <w:t>Information Provided to Participants:</w:t>
      </w:r>
    </w:p>
    <w:p w14:paraId="65B37FE2" w14:textId="77777777" w:rsidR="004F7A68" w:rsidRPr="00BB4745" w:rsidRDefault="009B633C" w:rsidP="002B5B8A">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B4745">
        <w:rPr>
          <w:rFonts w:asciiTheme="majorHAnsi" w:hAnsiTheme="majorHAnsi" w:cstheme="majorHAnsi"/>
        </w:rPr>
        <w:t>[Text box - approximately 250 words]</w:t>
      </w:r>
    </w:p>
    <w:p w14:paraId="0E3550FD" w14:textId="77777777" w:rsidR="004F7A68" w:rsidRPr="00BB4745" w:rsidRDefault="009B633C">
      <w:pPr>
        <w:pStyle w:val="Heading3"/>
        <w:rPr>
          <w:rFonts w:cstheme="majorHAnsi"/>
        </w:rPr>
      </w:pPr>
      <w:r w:rsidRPr="00BB4745">
        <w:rPr>
          <w:rFonts w:cstheme="majorHAnsi"/>
        </w:rPr>
        <w:t>7.2 Debriefing and Results Sharing</w:t>
      </w:r>
    </w:p>
    <w:p w14:paraId="2E70AA51" w14:textId="77777777" w:rsidR="004F7A68" w:rsidRPr="00BB4745" w:rsidRDefault="009B633C">
      <w:pPr>
        <w:rPr>
          <w:rFonts w:asciiTheme="majorHAnsi" w:hAnsiTheme="majorHAnsi" w:cstheme="majorHAnsi"/>
        </w:rPr>
      </w:pPr>
      <w:r w:rsidRPr="00BB4745">
        <w:rPr>
          <w:rFonts w:asciiTheme="majorHAnsi" w:hAnsiTheme="majorHAnsi" w:cstheme="majorHAnsi"/>
          <w:b/>
        </w:rPr>
        <w:t>Instructions:</w:t>
      </w:r>
      <w:r w:rsidRPr="00BB4745">
        <w:rPr>
          <w:rFonts w:asciiTheme="majorHAnsi" w:hAnsiTheme="majorHAnsi" w:cstheme="majorHAnsi"/>
        </w:rPr>
        <w:t xml:space="preserve"> Will participants be debriefed after their participation? If deception was used, describe the debriefing process. Will participants receive information about the study results? If so, how and when will results be shared? If participants will not receive results, explain why.</w:t>
      </w:r>
    </w:p>
    <w:p w14:paraId="1EE4D117" w14:textId="77777777" w:rsidR="004F7A68" w:rsidRPr="00BB4745" w:rsidRDefault="009B633C">
      <w:pPr>
        <w:rPr>
          <w:rFonts w:asciiTheme="majorHAnsi" w:hAnsiTheme="majorHAnsi" w:cstheme="majorHAnsi"/>
        </w:rPr>
      </w:pPr>
      <w:r w:rsidRPr="00BB4745">
        <w:rPr>
          <w:rFonts w:asciiTheme="majorHAnsi" w:hAnsiTheme="majorHAnsi" w:cstheme="majorHAnsi"/>
          <w:b/>
        </w:rPr>
        <w:t>Debriefing and Results Sharing:</w:t>
      </w:r>
    </w:p>
    <w:p w14:paraId="4B361E38" w14:textId="77777777" w:rsidR="004F7A68" w:rsidRPr="00BB4745" w:rsidRDefault="009B633C" w:rsidP="002B5B8A">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B4745">
        <w:rPr>
          <w:rFonts w:asciiTheme="majorHAnsi" w:hAnsiTheme="majorHAnsi" w:cstheme="majorHAnsi"/>
        </w:rPr>
        <w:t>[Text box - approximately 200 words]</w:t>
      </w:r>
    </w:p>
    <w:p w14:paraId="7EEA767D" w14:textId="77777777" w:rsidR="004F7A68" w:rsidRPr="00BB4745" w:rsidRDefault="009B633C" w:rsidP="00C70192">
      <w:pPr>
        <w:pStyle w:val="Heading2"/>
        <w:pBdr>
          <w:top w:val="single" w:sz="4" w:space="1" w:color="auto"/>
          <w:bottom w:val="single" w:sz="4" w:space="1" w:color="auto"/>
        </w:pBdr>
        <w:shd w:val="clear" w:color="auto" w:fill="F2F2F2" w:themeFill="background1" w:themeFillShade="F2"/>
        <w:rPr>
          <w:rFonts w:cstheme="majorHAnsi"/>
        </w:rPr>
      </w:pPr>
      <w:r w:rsidRPr="00BB4745">
        <w:rPr>
          <w:rFonts w:cstheme="majorHAnsi"/>
        </w:rPr>
        <w:lastRenderedPageBreak/>
        <w:t>SECTION 8: CONFLICT OF INTEREST</w:t>
      </w:r>
    </w:p>
    <w:p w14:paraId="03D0A0A9" w14:textId="77777777" w:rsidR="004F7A68" w:rsidRPr="00BB4745" w:rsidRDefault="009B633C">
      <w:pPr>
        <w:pStyle w:val="Heading3"/>
        <w:rPr>
          <w:rFonts w:cstheme="majorHAnsi"/>
        </w:rPr>
      </w:pPr>
      <w:r w:rsidRPr="00BB4745">
        <w:rPr>
          <w:rFonts w:cstheme="majorHAnsi"/>
        </w:rPr>
        <w:t>8.1 Conflict of Interest Statement</w:t>
      </w:r>
    </w:p>
    <w:p w14:paraId="75B0219F" w14:textId="77777777" w:rsidR="004F7A68" w:rsidRPr="00BB4745" w:rsidRDefault="009B633C">
      <w:pPr>
        <w:rPr>
          <w:rFonts w:asciiTheme="majorHAnsi" w:hAnsiTheme="majorHAnsi" w:cstheme="majorHAnsi"/>
        </w:rPr>
      </w:pPr>
      <w:r w:rsidRPr="00BB4745">
        <w:rPr>
          <w:rFonts w:asciiTheme="majorHAnsi" w:hAnsiTheme="majorHAnsi" w:cstheme="majorHAnsi"/>
          <w:b/>
        </w:rPr>
        <w:t>Instructions:</w:t>
      </w:r>
      <w:r w:rsidRPr="00BB4745">
        <w:rPr>
          <w:rFonts w:asciiTheme="majorHAnsi" w:hAnsiTheme="majorHAnsi" w:cstheme="majorHAnsi"/>
        </w:rPr>
        <w:t xml:space="preserve"> Disclose any financial, personal, or professional relationships that could be perceived as influencing this research or creating a conflict of interest. This includes:</w:t>
      </w:r>
    </w:p>
    <w:p w14:paraId="0106D3BE" w14:textId="72332531" w:rsidR="004F7A68" w:rsidRPr="00BB4745" w:rsidRDefault="009B633C" w:rsidP="002B5B8A">
      <w:pPr>
        <w:pStyle w:val="ListParagraph"/>
        <w:numPr>
          <w:ilvl w:val="0"/>
          <w:numId w:val="11"/>
        </w:numPr>
        <w:rPr>
          <w:rFonts w:asciiTheme="majorHAnsi" w:hAnsiTheme="majorHAnsi" w:cstheme="majorHAnsi"/>
        </w:rPr>
      </w:pPr>
      <w:r w:rsidRPr="00BB4745">
        <w:rPr>
          <w:rFonts w:asciiTheme="majorHAnsi" w:hAnsiTheme="majorHAnsi" w:cstheme="majorHAnsi"/>
        </w:rPr>
        <w:t>Financial interests in the outcome of the research</w:t>
      </w:r>
    </w:p>
    <w:p w14:paraId="7DF5C09D" w14:textId="3939AB46" w:rsidR="004F7A68" w:rsidRPr="00BB4745" w:rsidRDefault="009B633C" w:rsidP="002B5B8A">
      <w:pPr>
        <w:pStyle w:val="ListParagraph"/>
        <w:numPr>
          <w:ilvl w:val="0"/>
          <w:numId w:val="11"/>
        </w:numPr>
        <w:rPr>
          <w:rFonts w:asciiTheme="majorHAnsi" w:hAnsiTheme="majorHAnsi" w:cstheme="majorHAnsi"/>
        </w:rPr>
      </w:pPr>
      <w:r w:rsidRPr="00BB4745">
        <w:rPr>
          <w:rFonts w:asciiTheme="majorHAnsi" w:hAnsiTheme="majorHAnsi" w:cstheme="majorHAnsi"/>
        </w:rPr>
        <w:t>Relationships with participants (e.g., teaching students you are recruiting)</w:t>
      </w:r>
    </w:p>
    <w:p w14:paraId="57EB47C3" w14:textId="6880C8EE" w:rsidR="004F7A68" w:rsidRPr="00BB4745" w:rsidRDefault="009B633C" w:rsidP="002B5B8A">
      <w:pPr>
        <w:pStyle w:val="ListParagraph"/>
        <w:numPr>
          <w:ilvl w:val="0"/>
          <w:numId w:val="11"/>
        </w:numPr>
        <w:rPr>
          <w:rFonts w:asciiTheme="majorHAnsi" w:hAnsiTheme="majorHAnsi" w:cstheme="majorHAnsi"/>
        </w:rPr>
      </w:pPr>
      <w:r w:rsidRPr="00BB4745">
        <w:rPr>
          <w:rFonts w:asciiTheme="majorHAnsi" w:hAnsiTheme="majorHAnsi" w:cstheme="majorHAnsi"/>
        </w:rPr>
        <w:t>Consulting relationships with organizations involved in the research</w:t>
      </w:r>
    </w:p>
    <w:p w14:paraId="782CEB76" w14:textId="70ABBE17" w:rsidR="004F7A68" w:rsidRPr="00BB4745" w:rsidRDefault="009B633C" w:rsidP="002B5B8A">
      <w:pPr>
        <w:pStyle w:val="ListParagraph"/>
        <w:numPr>
          <w:ilvl w:val="0"/>
          <w:numId w:val="11"/>
        </w:numPr>
        <w:rPr>
          <w:rFonts w:asciiTheme="majorHAnsi" w:hAnsiTheme="majorHAnsi" w:cstheme="majorHAnsi"/>
        </w:rPr>
      </w:pPr>
      <w:r w:rsidRPr="00BB4745">
        <w:rPr>
          <w:rFonts w:asciiTheme="majorHAnsi" w:hAnsiTheme="majorHAnsi" w:cstheme="majorHAnsi"/>
        </w:rPr>
        <w:t>Intellectual property interests</w:t>
      </w:r>
    </w:p>
    <w:p w14:paraId="6E521616" w14:textId="77777777" w:rsidR="004F7A68" w:rsidRPr="00BB4745" w:rsidRDefault="009B633C">
      <w:pPr>
        <w:rPr>
          <w:rFonts w:asciiTheme="majorHAnsi" w:hAnsiTheme="majorHAnsi" w:cstheme="majorHAnsi"/>
        </w:rPr>
      </w:pPr>
      <w:r w:rsidRPr="00BB4745">
        <w:rPr>
          <w:rFonts w:asciiTheme="majorHAnsi" w:hAnsiTheme="majorHAnsi" w:cstheme="majorHAnsi"/>
          <w:b/>
        </w:rPr>
        <w:t>Note:</w:t>
      </w:r>
      <w:r w:rsidRPr="00BB4745">
        <w:rPr>
          <w:rFonts w:asciiTheme="majorHAnsi" w:hAnsiTheme="majorHAnsi" w:cstheme="majorHAnsi"/>
        </w:rPr>
        <w:t xml:space="preserve"> Faculty on externally funded projects must have a separate institutional Conflict of Interest form on file with the Office of Sponsored Programs.</w:t>
      </w:r>
    </w:p>
    <w:p w14:paraId="7986E51F" w14:textId="45B758EA" w:rsidR="004F7A68" w:rsidRPr="00BB4745" w:rsidRDefault="009B633C">
      <w:pPr>
        <w:rPr>
          <w:rFonts w:asciiTheme="majorHAnsi" w:hAnsiTheme="majorHAnsi" w:cstheme="majorHAnsi"/>
        </w:rPr>
      </w:pPr>
      <w:r w:rsidRPr="00BB4745">
        <w:rPr>
          <w:rFonts w:asciiTheme="majorHAnsi" w:hAnsiTheme="majorHAnsi" w:cstheme="majorHAnsi"/>
          <w:b/>
        </w:rPr>
        <w:t>Conflict of Interest Disclosure:</w:t>
      </w:r>
      <w:r w:rsidR="007C7BF9" w:rsidRPr="00BB4745">
        <w:rPr>
          <w:rFonts w:asciiTheme="majorHAnsi" w:hAnsiTheme="majorHAnsi" w:cstheme="majorHAnsi"/>
          <w:b/>
        </w:rPr>
        <w:t xml:space="preserve"> </w:t>
      </w:r>
      <w:r w:rsidR="007C7BF9" w:rsidRPr="00BB4745">
        <w:rPr>
          <w:rFonts w:asciiTheme="majorHAnsi" w:hAnsiTheme="majorHAnsi" w:cstheme="majorHAnsi"/>
          <w:bCs/>
        </w:rPr>
        <w:t>Place an X next to the appropriate status.</w:t>
      </w:r>
    </w:p>
    <w:tbl>
      <w:tblPr>
        <w:tblStyle w:val="TableGrid"/>
        <w:tblW w:w="5000" w:type="pct"/>
        <w:tblLook w:val="04A0" w:firstRow="1" w:lastRow="0" w:firstColumn="1" w:lastColumn="0" w:noHBand="0" w:noVBand="1"/>
      </w:tblPr>
      <w:tblGrid>
        <w:gridCol w:w="5508"/>
        <w:gridCol w:w="3348"/>
      </w:tblGrid>
      <w:tr w:rsidR="00290FB6" w:rsidRPr="00BB4745" w14:paraId="4047FE52" w14:textId="77777777" w:rsidTr="00E93D52">
        <w:tc>
          <w:tcPr>
            <w:tcW w:w="3110" w:type="pct"/>
            <w:shd w:val="clear" w:color="auto" w:fill="F2F2F2" w:themeFill="background1" w:themeFillShade="F2"/>
            <w:hideMark/>
          </w:tcPr>
          <w:p w14:paraId="11AB6C82" w14:textId="77777777" w:rsidR="00290FB6" w:rsidRPr="00BB4745" w:rsidRDefault="00290FB6">
            <w:pPr>
              <w:spacing w:after="0"/>
              <w:rPr>
                <w:rFonts w:asciiTheme="majorHAnsi" w:hAnsiTheme="majorHAnsi" w:cstheme="majorHAnsi"/>
              </w:rPr>
            </w:pPr>
            <w:r w:rsidRPr="00BB4745">
              <w:rPr>
                <w:rFonts w:asciiTheme="majorHAnsi" w:hAnsiTheme="majorHAnsi" w:cstheme="majorHAnsi"/>
                <w:b/>
                <w:bCs/>
              </w:rPr>
              <w:t>Conflict Status</w:t>
            </w:r>
          </w:p>
        </w:tc>
        <w:tc>
          <w:tcPr>
            <w:tcW w:w="1890" w:type="pct"/>
            <w:shd w:val="clear" w:color="auto" w:fill="F2F2F2" w:themeFill="background1" w:themeFillShade="F2"/>
            <w:hideMark/>
          </w:tcPr>
          <w:p w14:paraId="786E733E" w14:textId="707DC791" w:rsidR="00290FB6" w:rsidRPr="00BB4745" w:rsidRDefault="00E93D52">
            <w:pPr>
              <w:spacing w:after="0"/>
              <w:rPr>
                <w:rFonts w:asciiTheme="majorHAnsi" w:hAnsiTheme="majorHAnsi" w:cstheme="majorHAnsi"/>
              </w:rPr>
            </w:pPr>
            <w:r>
              <w:rPr>
                <w:rFonts w:asciiTheme="majorHAnsi" w:hAnsiTheme="majorHAnsi" w:cstheme="majorHAnsi"/>
                <w:b/>
                <w:bCs/>
              </w:rPr>
              <w:t>Place an X in the appropriate row</w:t>
            </w:r>
          </w:p>
        </w:tc>
      </w:tr>
      <w:tr w:rsidR="00290FB6" w:rsidRPr="00BB4745" w14:paraId="6387BFB7" w14:textId="77777777" w:rsidTr="00E93D52">
        <w:tc>
          <w:tcPr>
            <w:tcW w:w="3110" w:type="pct"/>
            <w:hideMark/>
          </w:tcPr>
          <w:p w14:paraId="24F45FBD" w14:textId="77777777" w:rsidR="00290FB6" w:rsidRPr="00BB4745" w:rsidRDefault="00290FB6">
            <w:pPr>
              <w:spacing w:after="0"/>
              <w:rPr>
                <w:rFonts w:asciiTheme="majorHAnsi" w:hAnsiTheme="majorHAnsi" w:cstheme="majorHAnsi"/>
              </w:rPr>
            </w:pPr>
            <w:r w:rsidRPr="00BB4745">
              <w:rPr>
                <w:rFonts w:asciiTheme="majorHAnsi" w:hAnsiTheme="majorHAnsi" w:cstheme="majorHAnsi"/>
              </w:rPr>
              <w:t>No conflicts of interest to disclose</w:t>
            </w:r>
          </w:p>
        </w:tc>
        <w:tc>
          <w:tcPr>
            <w:tcW w:w="1890" w:type="pct"/>
            <w:hideMark/>
          </w:tcPr>
          <w:p w14:paraId="4E09A83B" w14:textId="77777777" w:rsidR="00290FB6" w:rsidRPr="00BB4745" w:rsidRDefault="00290FB6">
            <w:pPr>
              <w:spacing w:after="0"/>
              <w:rPr>
                <w:rFonts w:asciiTheme="majorHAnsi" w:hAnsiTheme="majorHAnsi" w:cstheme="majorHAnsi"/>
              </w:rPr>
            </w:pPr>
            <w:r w:rsidRPr="00BB4745">
              <w:rPr>
                <w:rFonts w:asciiTheme="majorHAnsi" w:hAnsiTheme="majorHAnsi" w:cstheme="majorHAnsi"/>
              </w:rPr>
              <w:t> </w:t>
            </w:r>
          </w:p>
        </w:tc>
      </w:tr>
      <w:tr w:rsidR="00290FB6" w:rsidRPr="00BB4745" w14:paraId="68E77B67" w14:textId="77777777" w:rsidTr="00E93D52">
        <w:tc>
          <w:tcPr>
            <w:tcW w:w="3110" w:type="pct"/>
            <w:hideMark/>
          </w:tcPr>
          <w:p w14:paraId="69D2B8FA" w14:textId="77777777" w:rsidR="00290FB6" w:rsidRPr="00BB4745" w:rsidRDefault="00290FB6">
            <w:pPr>
              <w:spacing w:after="0"/>
              <w:rPr>
                <w:rFonts w:asciiTheme="majorHAnsi" w:hAnsiTheme="majorHAnsi" w:cstheme="majorHAnsi"/>
              </w:rPr>
            </w:pPr>
            <w:r w:rsidRPr="00BB4745">
              <w:rPr>
                <w:rFonts w:asciiTheme="majorHAnsi" w:hAnsiTheme="majorHAnsi" w:cstheme="majorHAnsi"/>
              </w:rPr>
              <w:t>Conflicts disclosed below</w:t>
            </w:r>
          </w:p>
        </w:tc>
        <w:tc>
          <w:tcPr>
            <w:tcW w:w="1890" w:type="pct"/>
            <w:hideMark/>
          </w:tcPr>
          <w:p w14:paraId="540F456E" w14:textId="77777777" w:rsidR="00290FB6" w:rsidRPr="00BB4745" w:rsidRDefault="00290FB6">
            <w:pPr>
              <w:spacing w:after="0"/>
              <w:rPr>
                <w:rFonts w:asciiTheme="majorHAnsi" w:hAnsiTheme="majorHAnsi" w:cstheme="majorHAnsi"/>
              </w:rPr>
            </w:pPr>
            <w:r w:rsidRPr="00BB4745">
              <w:rPr>
                <w:rFonts w:asciiTheme="majorHAnsi" w:hAnsiTheme="majorHAnsi" w:cstheme="majorHAnsi"/>
              </w:rPr>
              <w:t> </w:t>
            </w:r>
          </w:p>
        </w:tc>
      </w:tr>
      <w:tr w:rsidR="00290FB6" w:rsidRPr="00BB4745" w14:paraId="0CF38D5E" w14:textId="77777777" w:rsidTr="00E93D52">
        <w:tc>
          <w:tcPr>
            <w:tcW w:w="3110" w:type="pct"/>
            <w:hideMark/>
          </w:tcPr>
          <w:p w14:paraId="13761495" w14:textId="77777777" w:rsidR="00290FB6" w:rsidRPr="00BB4745" w:rsidRDefault="00290FB6">
            <w:pPr>
              <w:spacing w:after="0"/>
              <w:rPr>
                <w:rFonts w:asciiTheme="majorHAnsi" w:hAnsiTheme="majorHAnsi" w:cstheme="majorHAnsi"/>
              </w:rPr>
            </w:pPr>
            <w:r w:rsidRPr="00BB4745">
              <w:rPr>
                <w:rFonts w:asciiTheme="majorHAnsi" w:hAnsiTheme="majorHAnsi" w:cstheme="majorHAnsi"/>
              </w:rPr>
              <w:t xml:space="preserve">Separate institutional COI form on file (externally funded projects) - </w:t>
            </w:r>
            <w:r w:rsidRPr="00BB4745">
              <w:rPr>
                <w:rFonts w:asciiTheme="majorHAnsi" w:hAnsiTheme="majorHAnsi" w:cstheme="majorHAnsi"/>
              </w:rPr>
              <w:br/>
              <w:t>Date filed:</w:t>
            </w:r>
          </w:p>
        </w:tc>
        <w:tc>
          <w:tcPr>
            <w:tcW w:w="1890" w:type="pct"/>
            <w:hideMark/>
          </w:tcPr>
          <w:p w14:paraId="34005CC4" w14:textId="77777777" w:rsidR="00290FB6" w:rsidRPr="00BB4745" w:rsidRDefault="00290FB6">
            <w:pPr>
              <w:spacing w:after="0"/>
              <w:rPr>
                <w:rFonts w:asciiTheme="majorHAnsi" w:hAnsiTheme="majorHAnsi" w:cstheme="majorHAnsi"/>
              </w:rPr>
            </w:pPr>
            <w:r w:rsidRPr="00BB4745">
              <w:rPr>
                <w:rFonts w:asciiTheme="majorHAnsi" w:hAnsiTheme="majorHAnsi" w:cstheme="majorHAnsi"/>
              </w:rPr>
              <w:t> </w:t>
            </w:r>
          </w:p>
        </w:tc>
      </w:tr>
    </w:tbl>
    <w:p w14:paraId="403A8061" w14:textId="475D6395" w:rsidR="004F7A68" w:rsidRPr="00BB4745" w:rsidRDefault="000E5EBF">
      <w:pPr>
        <w:rPr>
          <w:rFonts w:asciiTheme="majorHAnsi" w:hAnsiTheme="majorHAnsi" w:cstheme="majorHAnsi"/>
        </w:rPr>
      </w:pPr>
      <w:r w:rsidRPr="00BB4745">
        <w:rPr>
          <w:rFonts w:asciiTheme="majorHAnsi" w:hAnsiTheme="majorHAnsi" w:cstheme="majorHAnsi"/>
          <w:b/>
        </w:rPr>
        <w:br/>
      </w:r>
      <w:r w:rsidR="009B633C" w:rsidRPr="00BB4745">
        <w:rPr>
          <w:rFonts w:asciiTheme="majorHAnsi" w:hAnsiTheme="majorHAnsi" w:cstheme="majorHAnsi"/>
          <w:b/>
        </w:rPr>
        <w:t>If conflicts exist, describe them and explain how they will be managed:</w:t>
      </w:r>
    </w:p>
    <w:p w14:paraId="1F5BF044" w14:textId="77777777" w:rsidR="004F7A68" w:rsidRPr="00BB4745" w:rsidRDefault="009B633C" w:rsidP="00956776">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B4745">
        <w:rPr>
          <w:rFonts w:asciiTheme="majorHAnsi" w:hAnsiTheme="majorHAnsi" w:cstheme="majorHAnsi"/>
        </w:rPr>
        <w:t>[Text box - approximately 200 words]</w:t>
      </w:r>
    </w:p>
    <w:p w14:paraId="6BF46855" w14:textId="77777777" w:rsidR="004F7A68" w:rsidRPr="00BB4745" w:rsidRDefault="009B633C" w:rsidP="00C70192">
      <w:pPr>
        <w:pStyle w:val="Heading2"/>
        <w:pBdr>
          <w:top w:val="single" w:sz="4" w:space="1" w:color="auto"/>
          <w:bottom w:val="single" w:sz="4" w:space="1" w:color="auto"/>
        </w:pBdr>
        <w:shd w:val="clear" w:color="auto" w:fill="F2F2F2" w:themeFill="background1" w:themeFillShade="F2"/>
        <w:rPr>
          <w:rFonts w:cstheme="majorHAnsi"/>
        </w:rPr>
      </w:pPr>
      <w:r w:rsidRPr="00BB4745">
        <w:rPr>
          <w:rFonts w:cstheme="majorHAnsi"/>
        </w:rPr>
        <w:t>SECTION 9: RESEARCH PERSONNEL AND TRAINING</w:t>
      </w:r>
    </w:p>
    <w:p w14:paraId="1A536EAE" w14:textId="77777777" w:rsidR="004F7A68" w:rsidRPr="00BB4745" w:rsidRDefault="009B633C">
      <w:pPr>
        <w:pStyle w:val="Heading3"/>
        <w:rPr>
          <w:rFonts w:cstheme="majorHAnsi"/>
        </w:rPr>
      </w:pPr>
      <w:r w:rsidRPr="00BB4745">
        <w:rPr>
          <w:rFonts w:cstheme="majorHAnsi"/>
        </w:rPr>
        <w:t>9.1 Research Personnel</w:t>
      </w:r>
    </w:p>
    <w:p w14:paraId="0DC9CEF9" w14:textId="77777777" w:rsidR="004F7A68" w:rsidRPr="00BB4745" w:rsidRDefault="009B633C">
      <w:pPr>
        <w:rPr>
          <w:rFonts w:asciiTheme="majorHAnsi" w:hAnsiTheme="majorHAnsi" w:cstheme="majorHAnsi"/>
        </w:rPr>
      </w:pPr>
      <w:r w:rsidRPr="00BB4745">
        <w:rPr>
          <w:rFonts w:asciiTheme="majorHAnsi" w:hAnsiTheme="majorHAnsi" w:cstheme="majorHAnsi"/>
          <w:b/>
        </w:rPr>
        <w:t>Instructions:</w:t>
      </w:r>
      <w:r w:rsidRPr="00BB4745">
        <w:rPr>
          <w:rFonts w:asciiTheme="majorHAnsi" w:hAnsiTheme="majorHAnsi" w:cstheme="majorHAnsi"/>
        </w:rPr>
        <w:t xml:space="preserve"> List all individuals who will be involved in conducting this research, including the PI, co-investigators, research assistants, and any other personnel who will interact with participants or have access to identifiable data. For each person, indicate their role and responsibilities.</w:t>
      </w:r>
    </w:p>
    <w:p w14:paraId="6BF49061" w14:textId="77777777" w:rsidR="004F7A68" w:rsidRPr="00BB4745" w:rsidRDefault="009B633C">
      <w:pPr>
        <w:rPr>
          <w:rFonts w:asciiTheme="majorHAnsi" w:hAnsiTheme="majorHAnsi" w:cstheme="majorHAnsi"/>
        </w:rPr>
      </w:pPr>
      <w:r w:rsidRPr="00BB4745">
        <w:rPr>
          <w:rFonts w:asciiTheme="majorHAnsi" w:hAnsiTheme="majorHAnsi" w:cstheme="majorHAnsi"/>
          <w:b/>
        </w:rPr>
        <w:t>Research Personnel and Roles:</w:t>
      </w:r>
    </w:p>
    <w:p w14:paraId="2053DC84" w14:textId="77777777" w:rsidR="004F7A68" w:rsidRPr="00BB4745" w:rsidRDefault="009B633C" w:rsidP="007C7BF9">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B4745">
        <w:rPr>
          <w:rFonts w:asciiTheme="majorHAnsi" w:hAnsiTheme="majorHAnsi" w:cstheme="majorHAnsi"/>
        </w:rPr>
        <w:t>[Text box - approximately 250 words]</w:t>
      </w:r>
    </w:p>
    <w:p w14:paraId="38C8A91D" w14:textId="77777777" w:rsidR="004F7A68" w:rsidRPr="00BB4745" w:rsidRDefault="009B633C">
      <w:pPr>
        <w:pStyle w:val="Heading3"/>
        <w:rPr>
          <w:rFonts w:cstheme="majorHAnsi"/>
        </w:rPr>
      </w:pPr>
      <w:r w:rsidRPr="00BB4745">
        <w:rPr>
          <w:rFonts w:cstheme="majorHAnsi"/>
        </w:rPr>
        <w:t>9.2 Training of Research Personnel</w:t>
      </w:r>
    </w:p>
    <w:p w14:paraId="030CD1A0" w14:textId="77777777" w:rsidR="00DE26CB" w:rsidRDefault="00DE26CB">
      <w:r>
        <w:rPr>
          <w:rFonts w:ascii="Calibri" w:hAnsi="Calibri" w:cs="Calibri"/>
          <w:b/>
          <w:bCs/>
        </w:rPr>
        <w:t>Instructions:</w:t>
      </w:r>
      <w:r>
        <w:rPr>
          <w:rFonts w:ascii="Calibri" w:hAnsi="Calibri" w:cs="Calibri"/>
        </w:rPr>
        <w:t xml:space="preserve"> This section covers training requirements for (1) investigators and (2) non-investigator research personnel. Because research staff may be selected after the project begins, describe your plan for ensuring they complete required training </w:t>
      </w:r>
      <w:r>
        <w:rPr>
          <w:rFonts w:ascii="Calibri" w:hAnsi="Calibri" w:cs="Calibri"/>
          <w:b/>
          <w:bCs/>
        </w:rPr>
        <w:t>before</w:t>
      </w:r>
      <w:r>
        <w:rPr>
          <w:rFonts w:ascii="Calibri" w:hAnsi="Calibri" w:cs="Calibri"/>
        </w:rPr>
        <w:t xml:space="preserve"> they interact with participants or access identifiable data.</w:t>
      </w:r>
    </w:p>
    <w:p w14:paraId="516DE4B3" w14:textId="77777777" w:rsidR="00071849" w:rsidRDefault="00071849" w:rsidP="00071849">
      <w:pPr>
        <w:pStyle w:val="ListParagraph"/>
        <w:numPr>
          <w:ilvl w:val="0"/>
          <w:numId w:val="23"/>
        </w:numPr>
        <w:contextualSpacing w:val="0"/>
        <w:rPr>
          <w:rFonts w:eastAsia="Times New Roman"/>
        </w:rPr>
      </w:pPr>
      <w:r>
        <w:rPr>
          <w:rFonts w:ascii="Calibri" w:eastAsia="Times New Roman" w:hAnsi="Calibri" w:cs="Calibri"/>
          <w:b/>
          <w:bCs/>
        </w:rPr>
        <w:lastRenderedPageBreak/>
        <w:t>Investigators (PI/co-investigators/co-PIs):</w:t>
      </w:r>
      <w:r>
        <w:rPr>
          <w:rFonts w:ascii="Calibri" w:eastAsia="Times New Roman" w:hAnsi="Calibri" w:cs="Calibri"/>
        </w:rPr>
        <w:t xml:space="preserve"> CITI Human Subjects Research Training is required for all investigators prior to conducting any human-</w:t>
      </w:r>
      <w:proofErr w:type="gramStart"/>
      <w:r>
        <w:rPr>
          <w:rFonts w:ascii="Calibri" w:eastAsia="Times New Roman" w:hAnsi="Calibri" w:cs="Calibri"/>
        </w:rPr>
        <w:t>subjects</w:t>
      </w:r>
      <w:proofErr w:type="gramEnd"/>
      <w:r>
        <w:rPr>
          <w:rFonts w:ascii="Calibri" w:eastAsia="Times New Roman" w:hAnsi="Calibri" w:cs="Calibri"/>
        </w:rPr>
        <w:t xml:space="preserve"> activities or accessing identifiable data. Include CITI certificates in the appendix (do not re-list CITI module content here).</w:t>
      </w:r>
    </w:p>
    <w:p w14:paraId="5653EB8C" w14:textId="77777777" w:rsidR="00DE26CB" w:rsidRDefault="00DE26CB" w:rsidP="00DE26CB">
      <w:pPr>
        <w:pStyle w:val="ListParagraph"/>
        <w:numPr>
          <w:ilvl w:val="0"/>
          <w:numId w:val="23"/>
        </w:numPr>
        <w:contextualSpacing w:val="0"/>
        <w:rPr>
          <w:rFonts w:eastAsia="Times New Roman"/>
        </w:rPr>
      </w:pPr>
      <w:r>
        <w:rPr>
          <w:rFonts w:ascii="Calibri" w:eastAsia="Times New Roman" w:hAnsi="Calibri" w:cs="Calibri"/>
          <w:b/>
          <w:bCs/>
        </w:rPr>
        <w:t>Research staff/trainees and other study personnel (non-PI):</w:t>
      </w:r>
      <w:r>
        <w:rPr>
          <w:rFonts w:ascii="Calibri" w:eastAsia="Times New Roman" w:hAnsi="Calibri" w:cs="Calibri"/>
        </w:rPr>
        <w:t xml:space="preserve"> Describe the </w:t>
      </w:r>
      <w:r>
        <w:rPr>
          <w:rFonts w:ascii="Calibri" w:eastAsia="Times New Roman" w:hAnsi="Calibri" w:cs="Calibri"/>
          <w:b/>
          <w:bCs/>
        </w:rPr>
        <w:t>study-specific training</w:t>
      </w:r>
      <w:r>
        <w:rPr>
          <w:rFonts w:ascii="Calibri" w:eastAsia="Times New Roman" w:hAnsi="Calibri" w:cs="Calibri"/>
        </w:rPr>
        <w:t xml:space="preserve"> and </w:t>
      </w:r>
      <w:r>
        <w:rPr>
          <w:rFonts w:ascii="Calibri" w:eastAsia="Times New Roman" w:hAnsi="Calibri" w:cs="Calibri"/>
          <w:b/>
          <w:bCs/>
        </w:rPr>
        <w:t>supervision/competency checks</w:t>
      </w:r>
      <w:r>
        <w:rPr>
          <w:rFonts w:ascii="Calibri" w:eastAsia="Times New Roman" w:hAnsi="Calibri" w:cs="Calibri"/>
        </w:rPr>
        <w:t xml:space="preserve"> you will provide or require for undergraduate researchers, graduate students, postdocs, staff, transcriptionists, and others. Indicate (a) who will be trained, (b) who will provide the training, (c) when training will occur (e.g., onboarding before first contact/data access), and (d) what documentation will be kept and/or included in the appendix (e.g., scripts, checklists, protocols).</w:t>
      </w:r>
    </w:p>
    <w:p w14:paraId="153D7F01" w14:textId="77777777" w:rsidR="00071849" w:rsidRDefault="00071849">
      <w:r>
        <w:rPr>
          <w:rFonts w:ascii="Calibri" w:hAnsi="Calibri" w:cs="Calibri"/>
          <w:b/>
          <w:bCs/>
        </w:rPr>
        <w:t>Training of Research Personnel (non-PI training plan):</w:t>
      </w:r>
      <w:r>
        <w:rPr>
          <w:rFonts w:ascii="Calibri" w:hAnsi="Calibri" w:cs="Calibri"/>
        </w:rPr>
        <w:t xml:space="preserve"> </w:t>
      </w:r>
      <w:r>
        <w:rPr>
          <w:rFonts w:ascii="Calibri" w:hAnsi="Calibri" w:cs="Calibri"/>
          <w:i/>
          <w:iCs/>
        </w:rPr>
        <w:t>In 3–6 sentences, describe your process (who is trained, when training occurs, who provides training, and how competency/training completion is verified). Focus on study-specific onboarding rather than re-stating CITI requirements.</w:t>
      </w:r>
    </w:p>
    <w:p w14:paraId="19FFB423" w14:textId="77777777" w:rsidR="004F7A68" w:rsidRPr="00BB4745" w:rsidRDefault="009B633C" w:rsidP="007C7BF9">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B4745">
        <w:rPr>
          <w:rFonts w:asciiTheme="majorHAnsi" w:hAnsiTheme="majorHAnsi" w:cstheme="majorHAnsi"/>
        </w:rPr>
        <w:t>[Text box - approximately 200 words]</w:t>
      </w:r>
    </w:p>
    <w:p w14:paraId="01AE63D5" w14:textId="1B1CCF64" w:rsidR="004F7A68" w:rsidRPr="00BB4745" w:rsidRDefault="009B633C">
      <w:pPr>
        <w:rPr>
          <w:rFonts w:asciiTheme="majorHAnsi" w:hAnsiTheme="majorHAnsi" w:cstheme="majorHAnsi"/>
        </w:rPr>
      </w:pPr>
      <w:r w:rsidRPr="00BB4745">
        <w:rPr>
          <w:rFonts w:asciiTheme="majorHAnsi" w:hAnsiTheme="majorHAnsi" w:cstheme="majorHAnsi"/>
          <w:b/>
        </w:rPr>
        <w:t>Training Materials</w:t>
      </w:r>
      <w:r w:rsidRPr="00BB4745">
        <w:rPr>
          <w:rFonts w:asciiTheme="majorHAnsi" w:hAnsiTheme="majorHAnsi" w:cstheme="majorHAnsi"/>
        </w:rPr>
        <w:t xml:space="preserve"> (</w:t>
      </w:r>
      <w:r w:rsidR="007C7BF9" w:rsidRPr="00BB4745">
        <w:rPr>
          <w:rFonts w:asciiTheme="majorHAnsi" w:hAnsiTheme="majorHAnsi" w:cstheme="majorHAnsi"/>
        </w:rPr>
        <w:t>(Put an X for all that apply and you will include in the appendix):</w:t>
      </w:r>
    </w:p>
    <w:tbl>
      <w:tblPr>
        <w:tblStyle w:val="TableGrid"/>
        <w:tblW w:w="5000" w:type="pct"/>
        <w:tblLook w:val="04A0" w:firstRow="1" w:lastRow="0" w:firstColumn="1" w:lastColumn="0" w:noHBand="0" w:noVBand="1"/>
      </w:tblPr>
      <w:tblGrid>
        <w:gridCol w:w="5508"/>
        <w:gridCol w:w="3348"/>
      </w:tblGrid>
      <w:tr w:rsidR="00502286" w:rsidRPr="00BB4745" w14:paraId="14CA3A4A" w14:textId="77777777" w:rsidTr="00502286">
        <w:tc>
          <w:tcPr>
            <w:tcW w:w="3110" w:type="pct"/>
            <w:shd w:val="clear" w:color="auto" w:fill="F2F2F2" w:themeFill="background1" w:themeFillShade="F2"/>
            <w:hideMark/>
          </w:tcPr>
          <w:p w14:paraId="5A238038" w14:textId="77777777" w:rsidR="00502286" w:rsidRPr="00BB4745" w:rsidRDefault="00502286">
            <w:pPr>
              <w:spacing w:after="0"/>
              <w:rPr>
                <w:rFonts w:asciiTheme="majorHAnsi" w:hAnsiTheme="majorHAnsi" w:cstheme="majorHAnsi"/>
              </w:rPr>
            </w:pPr>
            <w:r w:rsidRPr="00BB4745">
              <w:rPr>
                <w:rFonts w:asciiTheme="majorHAnsi" w:hAnsiTheme="majorHAnsi" w:cstheme="majorHAnsi"/>
                <w:b/>
                <w:bCs/>
              </w:rPr>
              <w:t>Material Type</w:t>
            </w:r>
          </w:p>
        </w:tc>
        <w:tc>
          <w:tcPr>
            <w:tcW w:w="1890" w:type="pct"/>
            <w:shd w:val="clear" w:color="auto" w:fill="F2F2F2" w:themeFill="background1" w:themeFillShade="F2"/>
            <w:hideMark/>
          </w:tcPr>
          <w:p w14:paraId="16E2C5C8" w14:textId="4A051E80" w:rsidR="00502286" w:rsidRPr="00BB4745" w:rsidRDefault="00502286">
            <w:pPr>
              <w:spacing w:after="0"/>
              <w:rPr>
                <w:rFonts w:asciiTheme="majorHAnsi" w:hAnsiTheme="majorHAnsi" w:cstheme="majorHAnsi"/>
              </w:rPr>
            </w:pPr>
            <w:r>
              <w:rPr>
                <w:rFonts w:asciiTheme="majorHAnsi" w:hAnsiTheme="majorHAnsi" w:cstheme="majorHAnsi"/>
                <w:b/>
                <w:bCs/>
              </w:rPr>
              <w:t>Place an X in the appropriate row</w:t>
            </w:r>
          </w:p>
        </w:tc>
      </w:tr>
      <w:tr w:rsidR="00502286" w:rsidRPr="00BB4745" w14:paraId="6168ED6F" w14:textId="77777777" w:rsidTr="00502286">
        <w:tc>
          <w:tcPr>
            <w:tcW w:w="3110" w:type="pct"/>
            <w:hideMark/>
          </w:tcPr>
          <w:p w14:paraId="2D2AD7F0" w14:textId="77777777" w:rsidR="00502286" w:rsidRPr="00BB4745" w:rsidRDefault="00502286">
            <w:pPr>
              <w:spacing w:after="0"/>
              <w:rPr>
                <w:rFonts w:asciiTheme="majorHAnsi" w:hAnsiTheme="majorHAnsi" w:cstheme="majorHAnsi"/>
              </w:rPr>
            </w:pPr>
            <w:r w:rsidRPr="00BB4745">
              <w:rPr>
                <w:rFonts w:asciiTheme="majorHAnsi" w:hAnsiTheme="majorHAnsi" w:cstheme="majorHAnsi"/>
              </w:rPr>
              <w:t>Training manual/protocol</w:t>
            </w:r>
          </w:p>
        </w:tc>
        <w:tc>
          <w:tcPr>
            <w:tcW w:w="1890" w:type="pct"/>
            <w:hideMark/>
          </w:tcPr>
          <w:p w14:paraId="3B95158F" w14:textId="77777777" w:rsidR="00502286" w:rsidRPr="00BB4745" w:rsidRDefault="00502286">
            <w:pPr>
              <w:spacing w:after="0"/>
              <w:rPr>
                <w:rFonts w:asciiTheme="majorHAnsi" w:hAnsiTheme="majorHAnsi" w:cstheme="majorHAnsi"/>
              </w:rPr>
            </w:pPr>
            <w:r w:rsidRPr="00BB4745">
              <w:rPr>
                <w:rFonts w:asciiTheme="majorHAnsi" w:hAnsiTheme="majorHAnsi" w:cstheme="majorHAnsi"/>
              </w:rPr>
              <w:t> </w:t>
            </w:r>
          </w:p>
        </w:tc>
      </w:tr>
      <w:tr w:rsidR="00502286" w:rsidRPr="00BB4745" w14:paraId="65D7CA7D" w14:textId="77777777" w:rsidTr="00502286">
        <w:tc>
          <w:tcPr>
            <w:tcW w:w="3110" w:type="pct"/>
            <w:hideMark/>
          </w:tcPr>
          <w:p w14:paraId="1169970A" w14:textId="77777777" w:rsidR="00502286" w:rsidRPr="00BB4745" w:rsidRDefault="00502286">
            <w:pPr>
              <w:spacing w:after="0"/>
              <w:rPr>
                <w:rFonts w:asciiTheme="majorHAnsi" w:hAnsiTheme="majorHAnsi" w:cstheme="majorHAnsi"/>
              </w:rPr>
            </w:pPr>
            <w:r w:rsidRPr="00BB4745">
              <w:rPr>
                <w:rFonts w:asciiTheme="majorHAnsi" w:hAnsiTheme="majorHAnsi" w:cstheme="majorHAnsi"/>
              </w:rPr>
              <w:t>Training slides/presentation</w:t>
            </w:r>
          </w:p>
        </w:tc>
        <w:tc>
          <w:tcPr>
            <w:tcW w:w="1890" w:type="pct"/>
            <w:hideMark/>
          </w:tcPr>
          <w:p w14:paraId="5611041E" w14:textId="77777777" w:rsidR="00502286" w:rsidRPr="00BB4745" w:rsidRDefault="00502286">
            <w:pPr>
              <w:spacing w:after="0"/>
              <w:rPr>
                <w:rFonts w:asciiTheme="majorHAnsi" w:hAnsiTheme="majorHAnsi" w:cstheme="majorHAnsi"/>
              </w:rPr>
            </w:pPr>
            <w:r w:rsidRPr="00BB4745">
              <w:rPr>
                <w:rFonts w:asciiTheme="majorHAnsi" w:hAnsiTheme="majorHAnsi" w:cstheme="majorHAnsi"/>
              </w:rPr>
              <w:t> </w:t>
            </w:r>
          </w:p>
        </w:tc>
      </w:tr>
      <w:tr w:rsidR="00502286" w:rsidRPr="00BB4745" w14:paraId="002942EF" w14:textId="77777777" w:rsidTr="00502286">
        <w:tc>
          <w:tcPr>
            <w:tcW w:w="3110" w:type="pct"/>
            <w:hideMark/>
          </w:tcPr>
          <w:p w14:paraId="22800437" w14:textId="77777777" w:rsidR="00502286" w:rsidRPr="00BB4745" w:rsidRDefault="00502286">
            <w:pPr>
              <w:spacing w:after="0"/>
              <w:rPr>
                <w:rFonts w:asciiTheme="majorHAnsi" w:hAnsiTheme="majorHAnsi" w:cstheme="majorHAnsi"/>
              </w:rPr>
            </w:pPr>
            <w:r w:rsidRPr="00BB4745">
              <w:rPr>
                <w:rFonts w:asciiTheme="majorHAnsi" w:hAnsiTheme="majorHAnsi" w:cstheme="majorHAnsi"/>
              </w:rPr>
              <w:t>Standard operating procedures</w:t>
            </w:r>
          </w:p>
        </w:tc>
        <w:tc>
          <w:tcPr>
            <w:tcW w:w="1890" w:type="pct"/>
            <w:hideMark/>
          </w:tcPr>
          <w:p w14:paraId="242D7D36" w14:textId="77777777" w:rsidR="00502286" w:rsidRPr="00BB4745" w:rsidRDefault="00502286">
            <w:pPr>
              <w:spacing w:after="0"/>
              <w:rPr>
                <w:rFonts w:asciiTheme="majorHAnsi" w:hAnsiTheme="majorHAnsi" w:cstheme="majorHAnsi"/>
              </w:rPr>
            </w:pPr>
            <w:r w:rsidRPr="00BB4745">
              <w:rPr>
                <w:rFonts w:asciiTheme="majorHAnsi" w:hAnsiTheme="majorHAnsi" w:cstheme="majorHAnsi"/>
              </w:rPr>
              <w:t> </w:t>
            </w:r>
          </w:p>
        </w:tc>
      </w:tr>
      <w:tr w:rsidR="00502286" w:rsidRPr="00BB4745" w14:paraId="477BF886" w14:textId="77777777" w:rsidTr="00502286">
        <w:tc>
          <w:tcPr>
            <w:tcW w:w="3110" w:type="pct"/>
            <w:hideMark/>
          </w:tcPr>
          <w:p w14:paraId="49F974C9" w14:textId="77777777" w:rsidR="00502286" w:rsidRPr="00BB4745" w:rsidRDefault="00502286">
            <w:pPr>
              <w:spacing w:after="0"/>
              <w:rPr>
                <w:rFonts w:asciiTheme="majorHAnsi" w:hAnsiTheme="majorHAnsi" w:cstheme="majorHAnsi"/>
              </w:rPr>
            </w:pPr>
            <w:r w:rsidRPr="00BB4745">
              <w:rPr>
                <w:rFonts w:asciiTheme="majorHAnsi" w:hAnsiTheme="majorHAnsi" w:cstheme="majorHAnsi"/>
              </w:rPr>
              <w:t>Other (specify):</w:t>
            </w:r>
          </w:p>
        </w:tc>
        <w:tc>
          <w:tcPr>
            <w:tcW w:w="1890" w:type="pct"/>
            <w:hideMark/>
          </w:tcPr>
          <w:p w14:paraId="247C169B" w14:textId="77777777" w:rsidR="00502286" w:rsidRPr="00BB4745" w:rsidRDefault="00502286">
            <w:pPr>
              <w:spacing w:after="0"/>
              <w:rPr>
                <w:rFonts w:asciiTheme="majorHAnsi" w:hAnsiTheme="majorHAnsi" w:cstheme="majorHAnsi"/>
              </w:rPr>
            </w:pPr>
            <w:r w:rsidRPr="00BB4745">
              <w:rPr>
                <w:rFonts w:asciiTheme="majorHAnsi" w:hAnsiTheme="majorHAnsi" w:cstheme="majorHAnsi"/>
              </w:rPr>
              <w:t> </w:t>
            </w:r>
          </w:p>
        </w:tc>
      </w:tr>
    </w:tbl>
    <w:p w14:paraId="70468CBA" w14:textId="77777777" w:rsidR="004F7A68" w:rsidRPr="00BB4745" w:rsidRDefault="009B633C" w:rsidP="00C70192">
      <w:pPr>
        <w:pStyle w:val="Heading2"/>
        <w:pBdr>
          <w:top w:val="single" w:sz="4" w:space="1" w:color="auto"/>
          <w:bottom w:val="single" w:sz="4" w:space="1" w:color="auto"/>
        </w:pBdr>
        <w:shd w:val="clear" w:color="auto" w:fill="F2F2F2" w:themeFill="background1" w:themeFillShade="F2"/>
        <w:rPr>
          <w:rFonts w:cstheme="majorHAnsi"/>
        </w:rPr>
      </w:pPr>
      <w:r w:rsidRPr="00BB4745">
        <w:rPr>
          <w:rFonts w:cstheme="majorHAnsi"/>
        </w:rPr>
        <w:t>SECTION 10: ADDITIONAL CONSIDERATIONS</w:t>
      </w:r>
    </w:p>
    <w:p w14:paraId="5D91AF55" w14:textId="77777777" w:rsidR="004F7A68" w:rsidRPr="00BB4745" w:rsidRDefault="009B633C">
      <w:pPr>
        <w:pStyle w:val="Heading3"/>
        <w:rPr>
          <w:rFonts w:cstheme="majorHAnsi"/>
        </w:rPr>
      </w:pPr>
      <w:r w:rsidRPr="00BB4745">
        <w:rPr>
          <w:rFonts w:cstheme="majorHAnsi"/>
        </w:rPr>
        <w:t>10.1 Multi-Site Research</w:t>
      </w:r>
    </w:p>
    <w:p w14:paraId="39004225" w14:textId="26E823EE" w:rsidR="004F7A68" w:rsidRPr="00BB4745" w:rsidRDefault="009B633C">
      <w:pPr>
        <w:rPr>
          <w:rFonts w:asciiTheme="majorHAnsi" w:hAnsiTheme="majorHAnsi" w:cstheme="majorHAnsi"/>
        </w:rPr>
      </w:pPr>
      <w:r w:rsidRPr="00BB4745">
        <w:rPr>
          <w:rFonts w:asciiTheme="majorHAnsi" w:hAnsiTheme="majorHAnsi" w:cstheme="majorHAnsi"/>
          <w:b/>
        </w:rPr>
        <w:t>Instructions:</w:t>
      </w:r>
      <w:r w:rsidRPr="00BB4745">
        <w:rPr>
          <w:rFonts w:asciiTheme="majorHAnsi" w:hAnsiTheme="majorHAnsi" w:cstheme="majorHAnsi"/>
        </w:rPr>
        <w:t xml:space="preserve"> If this research will be conducted at multiple sites or institutions, describe the sites and explain how IRB approval will be obtained at each site. Will McMurry University serve as the IRB of record, or will each site conduct its own review?</w:t>
      </w:r>
      <w:r w:rsidR="00E65C88" w:rsidRPr="00BB4745">
        <w:rPr>
          <w:rFonts w:asciiTheme="majorHAnsi" w:hAnsiTheme="majorHAnsi" w:cstheme="majorHAnsi"/>
        </w:rPr>
        <w:t xml:space="preserve"> Will this project require a reliance agreement with other academic institutions to place one institution as being responsible for project oversight?</w:t>
      </w:r>
    </w:p>
    <w:p w14:paraId="5BB4FEB3" w14:textId="4DEAEB23" w:rsidR="004F7A68" w:rsidRPr="00BB4745" w:rsidRDefault="009B633C">
      <w:pPr>
        <w:rPr>
          <w:rFonts w:asciiTheme="majorHAnsi" w:hAnsiTheme="majorHAnsi" w:cstheme="majorHAnsi"/>
        </w:rPr>
      </w:pPr>
      <w:r w:rsidRPr="00BB4745">
        <w:rPr>
          <w:rFonts w:asciiTheme="majorHAnsi" w:hAnsiTheme="majorHAnsi" w:cstheme="majorHAnsi"/>
          <w:b/>
        </w:rPr>
        <w:t>Multi-Site Research Information:</w:t>
      </w:r>
      <w:r w:rsidR="004C67FD" w:rsidRPr="00BB4745">
        <w:rPr>
          <w:rFonts w:asciiTheme="majorHAnsi" w:hAnsiTheme="majorHAnsi" w:cstheme="majorHAnsi"/>
          <w:b/>
        </w:rPr>
        <w:t xml:space="preserve"> </w:t>
      </w:r>
      <w:r w:rsidR="004C67FD" w:rsidRPr="00BB4745">
        <w:rPr>
          <w:rFonts w:asciiTheme="majorHAnsi" w:hAnsiTheme="majorHAnsi" w:cstheme="majorHAnsi"/>
        </w:rPr>
        <w:t xml:space="preserve">(Put an X for </w:t>
      </w:r>
      <w:r w:rsidR="000144B1" w:rsidRPr="00BB4745">
        <w:rPr>
          <w:rFonts w:asciiTheme="majorHAnsi" w:hAnsiTheme="majorHAnsi" w:cstheme="majorHAnsi"/>
        </w:rPr>
        <w:t>appropriate site</w:t>
      </w:r>
      <w:r w:rsidR="004C67FD" w:rsidRPr="00BB4745">
        <w:rPr>
          <w:rFonts w:asciiTheme="majorHAnsi" w:hAnsiTheme="majorHAnsi" w:cstheme="majorHAnsi"/>
        </w:rPr>
        <w:t>)</w:t>
      </w:r>
    </w:p>
    <w:tbl>
      <w:tblPr>
        <w:tblStyle w:val="TableGrid"/>
        <w:tblW w:w="5000" w:type="pct"/>
        <w:tblLook w:val="04A0" w:firstRow="1" w:lastRow="0" w:firstColumn="1" w:lastColumn="0" w:noHBand="0" w:noVBand="1"/>
      </w:tblPr>
      <w:tblGrid>
        <w:gridCol w:w="5370"/>
        <w:gridCol w:w="3486"/>
      </w:tblGrid>
      <w:tr w:rsidR="00290FB6" w:rsidRPr="00BB4745" w14:paraId="4FC4F72D" w14:textId="77777777" w:rsidTr="006275A9">
        <w:tc>
          <w:tcPr>
            <w:tcW w:w="0" w:type="auto"/>
            <w:shd w:val="clear" w:color="auto" w:fill="F2F2F2" w:themeFill="background1" w:themeFillShade="F2"/>
            <w:hideMark/>
          </w:tcPr>
          <w:p w14:paraId="6BC86FCA" w14:textId="77777777" w:rsidR="00290FB6" w:rsidRPr="00BB4745" w:rsidRDefault="00290FB6">
            <w:pPr>
              <w:spacing w:after="0"/>
              <w:rPr>
                <w:rFonts w:asciiTheme="majorHAnsi" w:hAnsiTheme="majorHAnsi" w:cstheme="majorHAnsi"/>
              </w:rPr>
            </w:pPr>
            <w:r w:rsidRPr="00BB4745">
              <w:rPr>
                <w:rFonts w:asciiTheme="majorHAnsi" w:hAnsiTheme="majorHAnsi" w:cstheme="majorHAnsi"/>
                <w:b/>
                <w:bCs/>
              </w:rPr>
              <w:t>Multi-Site Research</w:t>
            </w:r>
          </w:p>
        </w:tc>
        <w:tc>
          <w:tcPr>
            <w:tcW w:w="0" w:type="auto"/>
            <w:shd w:val="clear" w:color="auto" w:fill="F2F2F2" w:themeFill="background1" w:themeFillShade="F2"/>
            <w:hideMark/>
          </w:tcPr>
          <w:p w14:paraId="03758D93" w14:textId="3A9D3D86" w:rsidR="00290FB6" w:rsidRPr="00BB4745" w:rsidRDefault="00502286">
            <w:pPr>
              <w:spacing w:after="0"/>
              <w:rPr>
                <w:rFonts w:asciiTheme="majorHAnsi" w:hAnsiTheme="majorHAnsi" w:cstheme="majorHAnsi"/>
              </w:rPr>
            </w:pPr>
            <w:r>
              <w:rPr>
                <w:rFonts w:asciiTheme="majorHAnsi" w:hAnsiTheme="majorHAnsi" w:cstheme="majorHAnsi"/>
                <w:b/>
                <w:bCs/>
              </w:rPr>
              <w:t>Place an X in the appropriate row</w:t>
            </w:r>
          </w:p>
        </w:tc>
      </w:tr>
      <w:tr w:rsidR="00290FB6" w:rsidRPr="00BB4745" w14:paraId="631E8FEA" w14:textId="77777777" w:rsidTr="00C3436D">
        <w:tc>
          <w:tcPr>
            <w:tcW w:w="0" w:type="auto"/>
            <w:hideMark/>
          </w:tcPr>
          <w:p w14:paraId="524B4AB8" w14:textId="77777777" w:rsidR="00290FB6" w:rsidRPr="00BB4745" w:rsidRDefault="00290FB6">
            <w:pPr>
              <w:spacing w:after="0"/>
              <w:rPr>
                <w:rFonts w:asciiTheme="majorHAnsi" w:hAnsiTheme="majorHAnsi" w:cstheme="majorHAnsi"/>
              </w:rPr>
            </w:pPr>
            <w:r w:rsidRPr="00BB4745">
              <w:rPr>
                <w:rFonts w:asciiTheme="majorHAnsi" w:hAnsiTheme="majorHAnsi" w:cstheme="majorHAnsi"/>
              </w:rPr>
              <w:t>This is single-site research at McMurry University only</w:t>
            </w:r>
          </w:p>
        </w:tc>
        <w:tc>
          <w:tcPr>
            <w:tcW w:w="0" w:type="auto"/>
            <w:hideMark/>
          </w:tcPr>
          <w:p w14:paraId="2D7E58BA" w14:textId="77777777" w:rsidR="00290FB6" w:rsidRPr="00BB4745" w:rsidRDefault="00290FB6">
            <w:pPr>
              <w:spacing w:after="0"/>
              <w:rPr>
                <w:rFonts w:asciiTheme="majorHAnsi" w:hAnsiTheme="majorHAnsi" w:cstheme="majorHAnsi"/>
              </w:rPr>
            </w:pPr>
            <w:r w:rsidRPr="00BB4745">
              <w:rPr>
                <w:rFonts w:asciiTheme="majorHAnsi" w:hAnsiTheme="majorHAnsi" w:cstheme="majorHAnsi"/>
              </w:rPr>
              <w:t> </w:t>
            </w:r>
          </w:p>
        </w:tc>
      </w:tr>
      <w:tr w:rsidR="00290FB6" w:rsidRPr="00BB4745" w14:paraId="23ABB004" w14:textId="77777777" w:rsidTr="00C3436D">
        <w:tc>
          <w:tcPr>
            <w:tcW w:w="0" w:type="auto"/>
            <w:hideMark/>
          </w:tcPr>
          <w:p w14:paraId="2683F4A0" w14:textId="77777777" w:rsidR="00290FB6" w:rsidRPr="00BB4745" w:rsidRDefault="00290FB6">
            <w:pPr>
              <w:spacing w:after="0"/>
              <w:rPr>
                <w:rFonts w:asciiTheme="majorHAnsi" w:hAnsiTheme="majorHAnsi" w:cstheme="majorHAnsi"/>
              </w:rPr>
            </w:pPr>
            <w:r w:rsidRPr="00BB4745">
              <w:rPr>
                <w:rFonts w:asciiTheme="majorHAnsi" w:hAnsiTheme="majorHAnsi" w:cstheme="majorHAnsi"/>
              </w:rPr>
              <w:t>This is multi-site research (describe below)</w:t>
            </w:r>
          </w:p>
        </w:tc>
        <w:tc>
          <w:tcPr>
            <w:tcW w:w="0" w:type="auto"/>
            <w:hideMark/>
          </w:tcPr>
          <w:p w14:paraId="2F4C7831" w14:textId="77777777" w:rsidR="00290FB6" w:rsidRPr="00BB4745" w:rsidRDefault="00290FB6">
            <w:pPr>
              <w:spacing w:after="0"/>
              <w:rPr>
                <w:rFonts w:asciiTheme="majorHAnsi" w:hAnsiTheme="majorHAnsi" w:cstheme="majorHAnsi"/>
              </w:rPr>
            </w:pPr>
            <w:r w:rsidRPr="00BB4745">
              <w:rPr>
                <w:rFonts w:asciiTheme="majorHAnsi" w:hAnsiTheme="majorHAnsi" w:cstheme="majorHAnsi"/>
              </w:rPr>
              <w:t> </w:t>
            </w:r>
          </w:p>
        </w:tc>
      </w:tr>
    </w:tbl>
    <w:p w14:paraId="336E5247" w14:textId="1DA759E6" w:rsidR="004F7A68" w:rsidRPr="00BB4745" w:rsidRDefault="000E5EBF">
      <w:pPr>
        <w:rPr>
          <w:rFonts w:asciiTheme="majorHAnsi" w:hAnsiTheme="majorHAnsi" w:cstheme="majorHAnsi"/>
        </w:rPr>
      </w:pPr>
      <w:r w:rsidRPr="00BB4745">
        <w:rPr>
          <w:rFonts w:asciiTheme="majorHAnsi" w:hAnsiTheme="majorHAnsi" w:cstheme="majorHAnsi"/>
          <w:b/>
        </w:rPr>
        <w:br/>
      </w:r>
      <w:r w:rsidR="009B633C" w:rsidRPr="00BB4745">
        <w:rPr>
          <w:rFonts w:asciiTheme="majorHAnsi" w:hAnsiTheme="majorHAnsi" w:cstheme="majorHAnsi"/>
          <w:b/>
        </w:rPr>
        <w:t>If multi-site, provide details:</w:t>
      </w:r>
    </w:p>
    <w:p w14:paraId="2A5743E3" w14:textId="77777777" w:rsidR="004F7A68" w:rsidRPr="00BB4745" w:rsidRDefault="009B633C" w:rsidP="004C67FD">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B4745">
        <w:rPr>
          <w:rFonts w:asciiTheme="majorHAnsi" w:hAnsiTheme="majorHAnsi" w:cstheme="majorHAnsi"/>
        </w:rPr>
        <w:t>[Text box - approximately 200 words]</w:t>
      </w:r>
    </w:p>
    <w:p w14:paraId="165BB68A" w14:textId="77777777" w:rsidR="004F7A68" w:rsidRPr="00BB4745" w:rsidRDefault="009B633C">
      <w:pPr>
        <w:pStyle w:val="Heading3"/>
        <w:rPr>
          <w:rFonts w:cstheme="majorHAnsi"/>
        </w:rPr>
      </w:pPr>
      <w:r w:rsidRPr="00BB4745">
        <w:rPr>
          <w:rFonts w:cstheme="majorHAnsi"/>
        </w:rPr>
        <w:lastRenderedPageBreak/>
        <w:t>10.2 External Collaborations and Partnerships</w:t>
      </w:r>
    </w:p>
    <w:p w14:paraId="577687B3" w14:textId="77777777" w:rsidR="004F7A68" w:rsidRPr="00BB4745" w:rsidRDefault="009B633C">
      <w:pPr>
        <w:rPr>
          <w:rFonts w:asciiTheme="majorHAnsi" w:hAnsiTheme="majorHAnsi" w:cstheme="majorHAnsi"/>
        </w:rPr>
      </w:pPr>
      <w:r w:rsidRPr="00BB4745">
        <w:rPr>
          <w:rFonts w:asciiTheme="majorHAnsi" w:hAnsiTheme="majorHAnsi" w:cstheme="majorHAnsi"/>
          <w:b/>
        </w:rPr>
        <w:t>Instructions:</w:t>
      </w:r>
      <w:r w:rsidRPr="00BB4745">
        <w:rPr>
          <w:rFonts w:asciiTheme="majorHAnsi" w:hAnsiTheme="majorHAnsi" w:cstheme="majorHAnsi"/>
        </w:rPr>
        <w:t xml:space="preserve"> If your research involves partnerships with external organizations (schools, hospitals, community organizations, businesses, etc.), describe these partnerships and include any letters of support or permission in the appendix.</w:t>
      </w:r>
    </w:p>
    <w:p w14:paraId="452D968D" w14:textId="6FD0891B" w:rsidR="004F7A68" w:rsidRPr="00BB4745" w:rsidRDefault="009B633C">
      <w:pPr>
        <w:rPr>
          <w:rFonts w:asciiTheme="majorHAnsi" w:hAnsiTheme="majorHAnsi" w:cstheme="majorHAnsi"/>
          <w:bCs/>
        </w:rPr>
      </w:pPr>
      <w:r w:rsidRPr="00BB4745">
        <w:rPr>
          <w:rFonts w:asciiTheme="majorHAnsi" w:hAnsiTheme="majorHAnsi" w:cstheme="majorHAnsi"/>
          <w:b/>
        </w:rPr>
        <w:t>External Collaborations:</w:t>
      </w:r>
      <w:r w:rsidR="009325DE" w:rsidRPr="00BB4745">
        <w:rPr>
          <w:rFonts w:asciiTheme="majorHAnsi" w:hAnsiTheme="majorHAnsi" w:cstheme="majorHAnsi"/>
          <w:b/>
        </w:rPr>
        <w:t xml:space="preserve"> </w:t>
      </w:r>
      <w:r w:rsidR="009325DE" w:rsidRPr="00BB4745">
        <w:rPr>
          <w:rFonts w:asciiTheme="majorHAnsi" w:hAnsiTheme="majorHAnsi" w:cstheme="majorHAnsi"/>
          <w:bCs/>
        </w:rPr>
        <w:t xml:space="preserve">Place an X to indicate </w:t>
      </w:r>
      <w:r w:rsidR="00481C6E" w:rsidRPr="00BB4745">
        <w:rPr>
          <w:rFonts w:asciiTheme="majorHAnsi" w:hAnsiTheme="majorHAnsi" w:cstheme="majorHAnsi"/>
          <w:bCs/>
        </w:rPr>
        <w:t>the collaboration type</w:t>
      </w:r>
    </w:p>
    <w:tbl>
      <w:tblPr>
        <w:tblStyle w:val="TableGrid"/>
        <w:tblW w:w="5000" w:type="pct"/>
        <w:tblLook w:val="04A0" w:firstRow="1" w:lastRow="0" w:firstColumn="1" w:lastColumn="0" w:noHBand="0" w:noVBand="1"/>
      </w:tblPr>
      <w:tblGrid>
        <w:gridCol w:w="5418"/>
        <w:gridCol w:w="3438"/>
      </w:tblGrid>
      <w:tr w:rsidR="00290FB6" w:rsidRPr="00BB4745" w14:paraId="0530457A" w14:textId="77777777" w:rsidTr="00502286">
        <w:tc>
          <w:tcPr>
            <w:tcW w:w="3059" w:type="pct"/>
            <w:shd w:val="clear" w:color="auto" w:fill="F2F2F2" w:themeFill="background1" w:themeFillShade="F2"/>
            <w:hideMark/>
          </w:tcPr>
          <w:p w14:paraId="6DBC6667" w14:textId="77777777" w:rsidR="00290FB6" w:rsidRPr="00BB4745" w:rsidRDefault="00290FB6">
            <w:pPr>
              <w:spacing w:after="0"/>
              <w:rPr>
                <w:rFonts w:asciiTheme="majorHAnsi" w:hAnsiTheme="majorHAnsi" w:cstheme="majorHAnsi"/>
              </w:rPr>
            </w:pPr>
            <w:r w:rsidRPr="00BB4745">
              <w:rPr>
                <w:rFonts w:asciiTheme="majorHAnsi" w:hAnsiTheme="majorHAnsi" w:cstheme="majorHAnsi"/>
                <w:b/>
                <w:bCs/>
              </w:rPr>
              <w:t>External Collaborations</w:t>
            </w:r>
          </w:p>
        </w:tc>
        <w:tc>
          <w:tcPr>
            <w:tcW w:w="1941" w:type="pct"/>
            <w:shd w:val="clear" w:color="auto" w:fill="F2F2F2" w:themeFill="background1" w:themeFillShade="F2"/>
            <w:hideMark/>
          </w:tcPr>
          <w:p w14:paraId="6FB1705B" w14:textId="66F5DA91" w:rsidR="00290FB6" w:rsidRPr="00BB4745" w:rsidRDefault="00502286">
            <w:pPr>
              <w:spacing w:after="0"/>
              <w:rPr>
                <w:rFonts w:asciiTheme="majorHAnsi" w:hAnsiTheme="majorHAnsi" w:cstheme="majorHAnsi"/>
              </w:rPr>
            </w:pPr>
            <w:r>
              <w:rPr>
                <w:rFonts w:asciiTheme="majorHAnsi" w:hAnsiTheme="majorHAnsi" w:cstheme="majorHAnsi"/>
                <w:b/>
                <w:bCs/>
              </w:rPr>
              <w:t>Place an X in the appropriate row</w:t>
            </w:r>
          </w:p>
        </w:tc>
      </w:tr>
      <w:tr w:rsidR="00290FB6" w:rsidRPr="00BB4745" w14:paraId="04D0F87F" w14:textId="77777777" w:rsidTr="00502286">
        <w:tc>
          <w:tcPr>
            <w:tcW w:w="3059" w:type="pct"/>
            <w:hideMark/>
          </w:tcPr>
          <w:p w14:paraId="27E61AE2" w14:textId="77777777" w:rsidR="00290FB6" w:rsidRPr="00BB4745" w:rsidRDefault="00290FB6">
            <w:pPr>
              <w:spacing w:after="0"/>
              <w:rPr>
                <w:rFonts w:asciiTheme="majorHAnsi" w:hAnsiTheme="majorHAnsi" w:cstheme="majorHAnsi"/>
              </w:rPr>
            </w:pPr>
            <w:r w:rsidRPr="00BB4745">
              <w:rPr>
                <w:rFonts w:asciiTheme="majorHAnsi" w:hAnsiTheme="majorHAnsi" w:cstheme="majorHAnsi"/>
              </w:rPr>
              <w:t>No external collaborations</w:t>
            </w:r>
          </w:p>
        </w:tc>
        <w:tc>
          <w:tcPr>
            <w:tcW w:w="1941" w:type="pct"/>
            <w:hideMark/>
          </w:tcPr>
          <w:p w14:paraId="41A22778" w14:textId="77777777" w:rsidR="00290FB6" w:rsidRPr="00BB4745" w:rsidRDefault="00290FB6">
            <w:pPr>
              <w:spacing w:after="0"/>
              <w:rPr>
                <w:rFonts w:asciiTheme="majorHAnsi" w:hAnsiTheme="majorHAnsi" w:cstheme="majorHAnsi"/>
              </w:rPr>
            </w:pPr>
            <w:r w:rsidRPr="00BB4745">
              <w:rPr>
                <w:rFonts w:asciiTheme="majorHAnsi" w:hAnsiTheme="majorHAnsi" w:cstheme="majorHAnsi"/>
              </w:rPr>
              <w:t> </w:t>
            </w:r>
          </w:p>
        </w:tc>
      </w:tr>
      <w:tr w:rsidR="00290FB6" w:rsidRPr="00BB4745" w14:paraId="687CC046" w14:textId="77777777" w:rsidTr="00502286">
        <w:tc>
          <w:tcPr>
            <w:tcW w:w="3059" w:type="pct"/>
            <w:hideMark/>
          </w:tcPr>
          <w:p w14:paraId="5FD9C1B4" w14:textId="77777777" w:rsidR="00290FB6" w:rsidRPr="00BB4745" w:rsidRDefault="00290FB6">
            <w:pPr>
              <w:spacing w:after="0"/>
              <w:rPr>
                <w:rFonts w:asciiTheme="majorHAnsi" w:hAnsiTheme="majorHAnsi" w:cstheme="majorHAnsi"/>
              </w:rPr>
            </w:pPr>
            <w:r w:rsidRPr="00BB4745">
              <w:rPr>
                <w:rFonts w:asciiTheme="majorHAnsi" w:hAnsiTheme="majorHAnsi" w:cstheme="majorHAnsi"/>
              </w:rPr>
              <w:t>External collaborations exist (describe below)</w:t>
            </w:r>
          </w:p>
        </w:tc>
        <w:tc>
          <w:tcPr>
            <w:tcW w:w="1941" w:type="pct"/>
            <w:hideMark/>
          </w:tcPr>
          <w:p w14:paraId="3FE8FE9E" w14:textId="77777777" w:rsidR="00290FB6" w:rsidRPr="00BB4745" w:rsidRDefault="00290FB6">
            <w:pPr>
              <w:spacing w:after="0"/>
              <w:rPr>
                <w:rFonts w:asciiTheme="majorHAnsi" w:hAnsiTheme="majorHAnsi" w:cstheme="majorHAnsi"/>
              </w:rPr>
            </w:pPr>
            <w:r w:rsidRPr="00BB4745">
              <w:rPr>
                <w:rFonts w:asciiTheme="majorHAnsi" w:hAnsiTheme="majorHAnsi" w:cstheme="majorHAnsi"/>
              </w:rPr>
              <w:t> </w:t>
            </w:r>
          </w:p>
        </w:tc>
      </w:tr>
    </w:tbl>
    <w:p w14:paraId="5EC42538" w14:textId="27FE1CB6" w:rsidR="004F7A68" w:rsidRPr="00BB4745" w:rsidRDefault="000144B1">
      <w:pPr>
        <w:rPr>
          <w:rFonts w:asciiTheme="majorHAnsi" w:hAnsiTheme="majorHAnsi" w:cstheme="majorHAnsi"/>
        </w:rPr>
      </w:pPr>
      <w:r w:rsidRPr="00BB4745">
        <w:rPr>
          <w:rFonts w:asciiTheme="majorHAnsi" w:hAnsiTheme="majorHAnsi" w:cstheme="majorHAnsi"/>
          <w:b/>
        </w:rPr>
        <w:br/>
      </w:r>
      <w:r w:rsidR="009B633C" w:rsidRPr="00BB4745">
        <w:rPr>
          <w:rFonts w:asciiTheme="majorHAnsi" w:hAnsiTheme="majorHAnsi" w:cstheme="majorHAnsi"/>
          <w:b/>
        </w:rPr>
        <w:t>If external collaborations exist, provide details:</w:t>
      </w:r>
    </w:p>
    <w:p w14:paraId="25D4ACF0" w14:textId="77777777" w:rsidR="004F7A68" w:rsidRPr="00BB4745" w:rsidRDefault="009B633C">
      <w:pPr>
        <w:rPr>
          <w:rFonts w:asciiTheme="majorHAnsi" w:hAnsiTheme="majorHAnsi" w:cstheme="majorHAnsi"/>
        </w:rPr>
      </w:pPr>
      <w:r w:rsidRPr="00BB4745">
        <w:rPr>
          <w:rFonts w:asciiTheme="majorHAnsi" w:hAnsiTheme="majorHAnsi" w:cstheme="majorHAnsi"/>
        </w:rPr>
        <w:t>[Text box - approximately 200 words]</w:t>
      </w:r>
    </w:p>
    <w:p w14:paraId="6AFB33A0" w14:textId="604CA938" w:rsidR="004F7A68" w:rsidRPr="00BB4745" w:rsidRDefault="009B633C">
      <w:pPr>
        <w:rPr>
          <w:rFonts w:asciiTheme="majorHAnsi" w:hAnsiTheme="majorHAnsi" w:cstheme="majorHAnsi"/>
        </w:rPr>
      </w:pPr>
      <w:r w:rsidRPr="00BB4745">
        <w:rPr>
          <w:rFonts w:asciiTheme="majorHAnsi" w:hAnsiTheme="majorHAnsi" w:cstheme="majorHAnsi"/>
          <w:b/>
        </w:rPr>
        <w:t>Supporting Documents</w:t>
      </w:r>
      <w:r w:rsidRPr="00BB4745">
        <w:rPr>
          <w:rFonts w:asciiTheme="majorHAnsi" w:hAnsiTheme="majorHAnsi" w:cstheme="majorHAnsi"/>
        </w:rPr>
        <w:t>:</w:t>
      </w:r>
      <w:r w:rsidR="00481C6E" w:rsidRPr="00BB4745">
        <w:rPr>
          <w:rFonts w:asciiTheme="majorHAnsi" w:hAnsiTheme="majorHAnsi" w:cstheme="majorHAnsi"/>
        </w:rPr>
        <w:t xml:space="preserve"> (Put an X for all that apply and you will include in the appendix):</w:t>
      </w:r>
    </w:p>
    <w:tbl>
      <w:tblPr>
        <w:tblStyle w:val="TableGrid"/>
        <w:tblW w:w="5000" w:type="pct"/>
        <w:tblLook w:val="04A0" w:firstRow="1" w:lastRow="0" w:firstColumn="1" w:lastColumn="0" w:noHBand="0" w:noVBand="1"/>
      </w:tblPr>
      <w:tblGrid>
        <w:gridCol w:w="5418"/>
        <w:gridCol w:w="3438"/>
      </w:tblGrid>
      <w:tr w:rsidR="00502286" w:rsidRPr="00BB4745" w14:paraId="49F5D549" w14:textId="77777777" w:rsidTr="00502286">
        <w:tc>
          <w:tcPr>
            <w:tcW w:w="3059" w:type="pct"/>
            <w:shd w:val="clear" w:color="auto" w:fill="F2F2F2" w:themeFill="background1" w:themeFillShade="F2"/>
            <w:hideMark/>
          </w:tcPr>
          <w:p w14:paraId="3C146DBC" w14:textId="77777777" w:rsidR="00502286" w:rsidRPr="00BB4745" w:rsidRDefault="00502286">
            <w:pPr>
              <w:spacing w:after="0"/>
              <w:rPr>
                <w:rFonts w:asciiTheme="majorHAnsi" w:hAnsiTheme="majorHAnsi" w:cstheme="majorHAnsi"/>
              </w:rPr>
            </w:pPr>
            <w:r w:rsidRPr="00BB4745">
              <w:rPr>
                <w:rFonts w:asciiTheme="majorHAnsi" w:hAnsiTheme="majorHAnsi" w:cstheme="majorHAnsi"/>
                <w:b/>
                <w:bCs/>
              </w:rPr>
              <w:t>Document Type</w:t>
            </w:r>
          </w:p>
        </w:tc>
        <w:tc>
          <w:tcPr>
            <w:tcW w:w="1941" w:type="pct"/>
            <w:shd w:val="clear" w:color="auto" w:fill="F2F2F2" w:themeFill="background1" w:themeFillShade="F2"/>
            <w:hideMark/>
          </w:tcPr>
          <w:p w14:paraId="2276FDDD" w14:textId="5DDD7B95" w:rsidR="00502286" w:rsidRPr="00BB4745" w:rsidRDefault="00502286">
            <w:pPr>
              <w:spacing w:after="0"/>
              <w:rPr>
                <w:rFonts w:asciiTheme="majorHAnsi" w:hAnsiTheme="majorHAnsi" w:cstheme="majorHAnsi"/>
              </w:rPr>
            </w:pPr>
            <w:r>
              <w:rPr>
                <w:rFonts w:asciiTheme="majorHAnsi" w:hAnsiTheme="majorHAnsi" w:cstheme="majorHAnsi"/>
                <w:b/>
                <w:bCs/>
              </w:rPr>
              <w:t>Place an X in the appropriate row</w:t>
            </w:r>
          </w:p>
        </w:tc>
      </w:tr>
      <w:tr w:rsidR="00502286" w:rsidRPr="00BB4745" w14:paraId="0C62ED78" w14:textId="77777777" w:rsidTr="00502286">
        <w:tc>
          <w:tcPr>
            <w:tcW w:w="3059" w:type="pct"/>
            <w:hideMark/>
          </w:tcPr>
          <w:p w14:paraId="77042EBA" w14:textId="77777777" w:rsidR="00502286" w:rsidRPr="00BB4745" w:rsidRDefault="00502286">
            <w:pPr>
              <w:spacing w:after="0"/>
              <w:rPr>
                <w:rFonts w:asciiTheme="majorHAnsi" w:hAnsiTheme="majorHAnsi" w:cstheme="majorHAnsi"/>
              </w:rPr>
            </w:pPr>
            <w:r w:rsidRPr="00BB4745">
              <w:rPr>
                <w:rFonts w:asciiTheme="majorHAnsi" w:hAnsiTheme="majorHAnsi" w:cstheme="majorHAnsi"/>
              </w:rPr>
              <w:t>Letters of support/permission</w:t>
            </w:r>
          </w:p>
        </w:tc>
        <w:tc>
          <w:tcPr>
            <w:tcW w:w="1941" w:type="pct"/>
            <w:hideMark/>
          </w:tcPr>
          <w:p w14:paraId="64222143" w14:textId="2886F788" w:rsidR="00502286" w:rsidRPr="00BB4745" w:rsidRDefault="00502286">
            <w:pPr>
              <w:spacing w:after="0"/>
              <w:rPr>
                <w:rFonts w:asciiTheme="majorHAnsi" w:eastAsia="Times New Roman" w:hAnsiTheme="majorHAnsi" w:cstheme="majorHAnsi"/>
                <w:sz w:val="24"/>
                <w:szCs w:val="24"/>
              </w:rPr>
            </w:pPr>
            <w:r w:rsidRPr="00BB4745">
              <w:rPr>
                <w:rFonts w:asciiTheme="majorHAnsi" w:hAnsiTheme="majorHAnsi" w:cstheme="majorHAnsi"/>
              </w:rPr>
              <w:t> </w:t>
            </w:r>
          </w:p>
        </w:tc>
      </w:tr>
      <w:tr w:rsidR="00502286" w:rsidRPr="00BB4745" w14:paraId="51719FC4" w14:textId="77777777" w:rsidTr="00502286">
        <w:tc>
          <w:tcPr>
            <w:tcW w:w="3059" w:type="pct"/>
            <w:hideMark/>
          </w:tcPr>
          <w:p w14:paraId="4A3CDE2C" w14:textId="77777777" w:rsidR="00502286" w:rsidRPr="00BB4745" w:rsidRDefault="00502286">
            <w:pPr>
              <w:spacing w:after="0"/>
              <w:rPr>
                <w:rFonts w:asciiTheme="majorHAnsi" w:hAnsiTheme="majorHAnsi" w:cstheme="majorHAnsi"/>
              </w:rPr>
            </w:pPr>
            <w:r w:rsidRPr="00BB4745">
              <w:rPr>
                <w:rFonts w:asciiTheme="majorHAnsi" w:hAnsiTheme="majorHAnsi" w:cstheme="majorHAnsi"/>
              </w:rPr>
              <w:t>Data use agreements</w:t>
            </w:r>
          </w:p>
        </w:tc>
        <w:tc>
          <w:tcPr>
            <w:tcW w:w="1941" w:type="pct"/>
            <w:hideMark/>
          </w:tcPr>
          <w:p w14:paraId="31D4F2C1" w14:textId="4A582814" w:rsidR="00502286" w:rsidRPr="00BB4745" w:rsidRDefault="00502286">
            <w:pPr>
              <w:spacing w:after="0"/>
              <w:rPr>
                <w:rFonts w:asciiTheme="majorHAnsi" w:eastAsia="Times New Roman" w:hAnsiTheme="majorHAnsi" w:cstheme="majorHAnsi"/>
                <w:sz w:val="24"/>
                <w:szCs w:val="24"/>
              </w:rPr>
            </w:pPr>
            <w:r w:rsidRPr="00BB4745">
              <w:rPr>
                <w:rFonts w:asciiTheme="majorHAnsi" w:hAnsiTheme="majorHAnsi" w:cstheme="majorHAnsi"/>
              </w:rPr>
              <w:t> </w:t>
            </w:r>
          </w:p>
        </w:tc>
      </w:tr>
      <w:tr w:rsidR="00502286" w:rsidRPr="00BB4745" w14:paraId="1CBA6933" w14:textId="77777777" w:rsidTr="00502286">
        <w:tc>
          <w:tcPr>
            <w:tcW w:w="3059" w:type="pct"/>
            <w:hideMark/>
          </w:tcPr>
          <w:p w14:paraId="0F0B1140" w14:textId="77777777" w:rsidR="00502286" w:rsidRPr="00BB4745" w:rsidRDefault="00502286">
            <w:pPr>
              <w:spacing w:after="0"/>
              <w:rPr>
                <w:rFonts w:asciiTheme="majorHAnsi" w:hAnsiTheme="majorHAnsi" w:cstheme="majorHAnsi"/>
              </w:rPr>
            </w:pPr>
            <w:r w:rsidRPr="00BB4745">
              <w:rPr>
                <w:rFonts w:asciiTheme="majorHAnsi" w:hAnsiTheme="majorHAnsi" w:cstheme="majorHAnsi"/>
              </w:rPr>
              <w:t>Memoranda of understanding</w:t>
            </w:r>
          </w:p>
        </w:tc>
        <w:tc>
          <w:tcPr>
            <w:tcW w:w="1941" w:type="pct"/>
            <w:hideMark/>
          </w:tcPr>
          <w:p w14:paraId="6C949F91" w14:textId="470A6E04" w:rsidR="00502286" w:rsidRPr="00BB4745" w:rsidRDefault="00502286">
            <w:pPr>
              <w:spacing w:after="0"/>
              <w:rPr>
                <w:rFonts w:asciiTheme="majorHAnsi" w:eastAsia="Times New Roman" w:hAnsiTheme="majorHAnsi" w:cstheme="majorHAnsi"/>
                <w:sz w:val="24"/>
                <w:szCs w:val="24"/>
              </w:rPr>
            </w:pPr>
            <w:r w:rsidRPr="00BB4745">
              <w:rPr>
                <w:rFonts w:asciiTheme="majorHAnsi" w:hAnsiTheme="majorHAnsi" w:cstheme="majorHAnsi"/>
              </w:rPr>
              <w:t> </w:t>
            </w:r>
          </w:p>
        </w:tc>
      </w:tr>
      <w:tr w:rsidR="00502286" w:rsidRPr="00BB4745" w14:paraId="3FBEB8D3" w14:textId="77777777" w:rsidTr="00502286">
        <w:tc>
          <w:tcPr>
            <w:tcW w:w="3059" w:type="pct"/>
            <w:hideMark/>
          </w:tcPr>
          <w:p w14:paraId="3662962E" w14:textId="77777777" w:rsidR="00502286" w:rsidRPr="00BB4745" w:rsidRDefault="00502286">
            <w:pPr>
              <w:spacing w:after="0"/>
              <w:rPr>
                <w:rFonts w:asciiTheme="majorHAnsi" w:hAnsiTheme="majorHAnsi" w:cstheme="majorHAnsi"/>
              </w:rPr>
            </w:pPr>
            <w:r w:rsidRPr="00BB4745">
              <w:rPr>
                <w:rFonts w:asciiTheme="majorHAnsi" w:hAnsiTheme="majorHAnsi" w:cstheme="majorHAnsi"/>
              </w:rPr>
              <w:t>Other (specify):</w:t>
            </w:r>
          </w:p>
        </w:tc>
        <w:tc>
          <w:tcPr>
            <w:tcW w:w="1941" w:type="pct"/>
            <w:hideMark/>
          </w:tcPr>
          <w:p w14:paraId="449C6AEC" w14:textId="5B33530E" w:rsidR="00502286" w:rsidRPr="00BB4745" w:rsidRDefault="00502286">
            <w:pPr>
              <w:spacing w:after="0"/>
              <w:rPr>
                <w:rFonts w:asciiTheme="majorHAnsi" w:eastAsia="Times New Roman" w:hAnsiTheme="majorHAnsi" w:cstheme="majorHAnsi"/>
                <w:sz w:val="24"/>
                <w:szCs w:val="24"/>
              </w:rPr>
            </w:pPr>
            <w:r w:rsidRPr="00BB4745">
              <w:rPr>
                <w:rFonts w:asciiTheme="majorHAnsi" w:hAnsiTheme="majorHAnsi" w:cstheme="majorHAnsi"/>
              </w:rPr>
              <w:t> </w:t>
            </w:r>
          </w:p>
        </w:tc>
      </w:tr>
    </w:tbl>
    <w:p w14:paraId="2FF5EF91" w14:textId="77777777" w:rsidR="004F7A68" w:rsidRPr="00BB4745" w:rsidRDefault="009B633C" w:rsidP="00C70192">
      <w:pPr>
        <w:pStyle w:val="Heading2"/>
        <w:pBdr>
          <w:top w:val="single" w:sz="4" w:space="1" w:color="auto"/>
          <w:bottom w:val="single" w:sz="4" w:space="1" w:color="auto"/>
        </w:pBdr>
        <w:shd w:val="clear" w:color="auto" w:fill="F2F2F2" w:themeFill="background1" w:themeFillShade="F2"/>
        <w:rPr>
          <w:rFonts w:cstheme="majorHAnsi"/>
        </w:rPr>
      </w:pPr>
      <w:r w:rsidRPr="00BB4745">
        <w:rPr>
          <w:rFonts w:cstheme="majorHAnsi"/>
        </w:rPr>
        <w:t>SECTION 11: INVESTIGATOR CERTIFICATIONS</w:t>
      </w:r>
    </w:p>
    <w:p w14:paraId="08F45FA5" w14:textId="77777777" w:rsidR="004F7A68" w:rsidRPr="00BB4745" w:rsidRDefault="009B633C">
      <w:pPr>
        <w:pStyle w:val="Heading3"/>
        <w:rPr>
          <w:rFonts w:cstheme="majorHAnsi"/>
        </w:rPr>
      </w:pPr>
      <w:r w:rsidRPr="00BB4745">
        <w:rPr>
          <w:rFonts w:cstheme="majorHAnsi"/>
        </w:rPr>
        <w:t>11.1 Principal Investigator Certification</w:t>
      </w:r>
    </w:p>
    <w:p w14:paraId="22060433" w14:textId="77777777" w:rsidR="004F7A68" w:rsidRPr="00BB4745" w:rsidRDefault="009B633C">
      <w:pPr>
        <w:rPr>
          <w:rFonts w:asciiTheme="majorHAnsi" w:hAnsiTheme="majorHAnsi" w:cstheme="majorHAnsi"/>
        </w:rPr>
      </w:pPr>
      <w:r w:rsidRPr="00BB4745">
        <w:rPr>
          <w:rFonts w:asciiTheme="majorHAnsi" w:hAnsiTheme="majorHAnsi" w:cstheme="majorHAnsi"/>
          <w:b/>
        </w:rPr>
        <w:t>I certify that:</w:t>
      </w:r>
    </w:p>
    <w:p w14:paraId="5BDBE866" w14:textId="03B175F9" w:rsidR="004F7A68" w:rsidRPr="00BB4745" w:rsidRDefault="009B633C" w:rsidP="00205F49">
      <w:pPr>
        <w:pStyle w:val="ListParagraph"/>
        <w:numPr>
          <w:ilvl w:val="0"/>
          <w:numId w:val="11"/>
        </w:numPr>
        <w:rPr>
          <w:rFonts w:asciiTheme="majorHAnsi" w:hAnsiTheme="majorHAnsi" w:cstheme="majorHAnsi"/>
        </w:rPr>
      </w:pPr>
      <w:r w:rsidRPr="00BB4745">
        <w:rPr>
          <w:rFonts w:asciiTheme="majorHAnsi" w:hAnsiTheme="majorHAnsi" w:cstheme="majorHAnsi"/>
        </w:rPr>
        <w:t>The information provided in this protocol is complete and accurate</w:t>
      </w:r>
    </w:p>
    <w:p w14:paraId="1E6F8306" w14:textId="1AEFA2E3" w:rsidR="004F7A68" w:rsidRPr="00BB4745" w:rsidRDefault="009B633C" w:rsidP="00205F49">
      <w:pPr>
        <w:pStyle w:val="ListParagraph"/>
        <w:numPr>
          <w:ilvl w:val="0"/>
          <w:numId w:val="11"/>
        </w:numPr>
        <w:rPr>
          <w:rFonts w:asciiTheme="majorHAnsi" w:hAnsiTheme="majorHAnsi" w:cstheme="majorHAnsi"/>
        </w:rPr>
      </w:pPr>
      <w:r w:rsidRPr="00BB4745">
        <w:rPr>
          <w:rFonts w:asciiTheme="majorHAnsi" w:hAnsiTheme="majorHAnsi" w:cstheme="majorHAnsi"/>
        </w:rPr>
        <w:t>I have read and understand the Belmont Report and 45 CFR 46</w:t>
      </w:r>
    </w:p>
    <w:p w14:paraId="37023B39" w14:textId="0D0A4CDA" w:rsidR="004F7A68" w:rsidRPr="00BB4745" w:rsidRDefault="009B633C" w:rsidP="00205F49">
      <w:pPr>
        <w:pStyle w:val="ListParagraph"/>
        <w:numPr>
          <w:ilvl w:val="0"/>
          <w:numId w:val="11"/>
        </w:numPr>
        <w:rPr>
          <w:rFonts w:asciiTheme="majorHAnsi" w:hAnsiTheme="majorHAnsi" w:cstheme="majorHAnsi"/>
        </w:rPr>
      </w:pPr>
      <w:r w:rsidRPr="00BB4745">
        <w:rPr>
          <w:rFonts w:asciiTheme="majorHAnsi" w:hAnsiTheme="majorHAnsi" w:cstheme="majorHAnsi"/>
        </w:rPr>
        <w:t>I have completed required CITI Human Subjects Research Training</w:t>
      </w:r>
    </w:p>
    <w:p w14:paraId="6BA6BC77" w14:textId="712F2677" w:rsidR="004F7A68" w:rsidRPr="00BB4745" w:rsidRDefault="009B633C" w:rsidP="00205F49">
      <w:pPr>
        <w:pStyle w:val="ListParagraph"/>
        <w:numPr>
          <w:ilvl w:val="0"/>
          <w:numId w:val="11"/>
        </w:numPr>
        <w:rPr>
          <w:rFonts w:asciiTheme="majorHAnsi" w:hAnsiTheme="majorHAnsi" w:cstheme="majorHAnsi"/>
        </w:rPr>
      </w:pPr>
      <w:r w:rsidRPr="00BB4745">
        <w:rPr>
          <w:rFonts w:asciiTheme="majorHAnsi" w:hAnsiTheme="majorHAnsi" w:cstheme="majorHAnsi"/>
        </w:rPr>
        <w:t>I will conduct this research according to this approved protocol</w:t>
      </w:r>
    </w:p>
    <w:p w14:paraId="76991B5C" w14:textId="42BC8E6C" w:rsidR="004F7A68" w:rsidRPr="00BB4745" w:rsidRDefault="009B633C" w:rsidP="00205F49">
      <w:pPr>
        <w:pStyle w:val="ListParagraph"/>
        <w:numPr>
          <w:ilvl w:val="0"/>
          <w:numId w:val="11"/>
        </w:numPr>
        <w:rPr>
          <w:rFonts w:asciiTheme="majorHAnsi" w:hAnsiTheme="majorHAnsi" w:cstheme="majorHAnsi"/>
        </w:rPr>
      </w:pPr>
      <w:r w:rsidRPr="00BB4745">
        <w:rPr>
          <w:rFonts w:asciiTheme="majorHAnsi" w:hAnsiTheme="majorHAnsi" w:cstheme="majorHAnsi"/>
        </w:rPr>
        <w:t>I will not modify the study without prior IRB approval</w:t>
      </w:r>
    </w:p>
    <w:p w14:paraId="6ABB9B9E" w14:textId="3711F9E3" w:rsidR="004F7A68" w:rsidRPr="00BB4745" w:rsidRDefault="009B633C" w:rsidP="00205F49">
      <w:pPr>
        <w:pStyle w:val="ListParagraph"/>
        <w:numPr>
          <w:ilvl w:val="0"/>
          <w:numId w:val="11"/>
        </w:numPr>
        <w:rPr>
          <w:rFonts w:asciiTheme="majorHAnsi" w:hAnsiTheme="majorHAnsi" w:cstheme="majorHAnsi"/>
        </w:rPr>
      </w:pPr>
      <w:r w:rsidRPr="00BB4745">
        <w:rPr>
          <w:rFonts w:asciiTheme="majorHAnsi" w:hAnsiTheme="majorHAnsi" w:cstheme="majorHAnsi"/>
        </w:rPr>
        <w:t>I will promptly report any adverse events, unanticipated problems, or protocol deviations to the IRB</w:t>
      </w:r>
    </w:p>
    <w:p w14:paraId="3A4DFEB3" w14:textId="1AEE2037" w:rsidR="004F7A68" w:rsidRPr="00BB4745" w:rsidRDefault="009B633C" w:rsidP="00205F49">
      <w:pPr>
        <w:pStyle w:val="ListParagraph"/>
        <w:numPr>
          <w:ilvl w:val="0"/>
          <w:numId w:val="11"/>
        </w:numPr>
        <w:rPr>
          <w:rFonts w:asciiTheme="majorHAnsi" w:hAnsiTheme="majorHAnsi" w:cstheme="majorHAnsi"/>
        </w:rPr>
      </w:pPr>
      <w:r w:rsidRPr="00BB4745">
        <w:rPr>
          <w:rFonts w:asciiTheme="majorHAnsi" w:hAnsiTheme="majorHAnsi" w:cstheme="majorHAnsi"/>
        </w:rPr>
        <w:t>I will submit continuing review reports as required</w:t>
      </w:r>
    </w:p>
    <w:p w14:paraId="5D30EDFF" w14:textId="718E796A" w:rsidR="004F7A68" w:rsidRPr="00BB4745" w:rsidRDefault="009B633C" w:rsidP="00205F49">
      <w:pPr>
        <w:pStyle w:val="ListParagraph"/>
        <w:numPr>
          <w:ilvl w:val="0"/>
          <w:numId w:val="11"/>
        </w:numPr>
        <w:rPr>
          <w:rFonts w:asciiTheme="majorHAnsi" w:hAnsiTheme="majorHAnsi" w:cstheme="majorHAnsi"/>
        </w:rPr>
      </w:pPr>
      <w:r w:rsidRPr="00BB4745">
        <w:rPr>
          <w:rFonts w:asciiTheme="majorHAnsi" w:hAnsiTheme="majorHAnsi" w:cstheme="majorHAnsi"/>
        </w:rPr>
        <w:t>I will maintain all research records according to institutional and federal requirements</w:t>
      </w:r>
    </w:p>
    <w:p w14:paraId="392728BA" w14:textId="5F1E3299" w:rsidR="004F7A68" w:rsidRPr="00BB4745" w:rsidRDefault="009B633C" w:rsidP="00205F49">
      <w:pPr>
        <w:pStyle w:val="ListParagraph"/>
        <w:numPr>
          <w:ilvl w:val="0"/>
          <w:numId w:val="11"/>
        </w:numPr>
        <w:rPr>
          <w:rFonts w:asciiTheme="majorHAnsi" w:hAnsiTheme="majorHAnsi" w:cstheme="majorHAnsi"/>
        </w:rPr>
      </w:pPr>
      <w:r w:rsidRPr="00BB4745">
        <w:rPr>
          <w:rFonts w:asciiTheme="majorHAnsi" w:hAnsiTheme="majorHAnsi" w:cstheme="majorHAnsi"/>
        </w:rPr>
        <w:t>I will ensure all research personnel are properly trained</w:t>
      </w:r>
    </w:p>
    <w:p w14:paraId="77EB8225" w14:textId="77777777" w:rsidR="00AF3275" w:rsidRDefault="00AF3275">
      <w:pPr>
        <w:rPr>
          <w:rFonts w:asciiTheme="majorHAnsi" w:hAnsiTheme="majorHAnsi" w:cstheme="majorHAnsi"/>
          <w:b/>
        </w:rPr>
      </w:pPr>
    </w:p>
    <w:p w14:paraId="20ECB037" w14:textId="77777777" w:rsidR="00AF3275" w:rsidRPr="0072154B" w:rsidRDefault="00AF3275" w:rsidP="00AF3275">
      <w:pPr>
        <w:rPr>
          <w:i/>
          <w:iCs/>
        </w:rPr>
      </w:pPr>
      <w:r>
        <w:rPr>
          <w:rFonts w:ascii="Calibri" w:hAnsi="Calibri" w:cs="Calibri"/>
          <w:b/>
          <w:bCs/>
        </w:rPr>
        <w:t>Electronic signature (DOCX):</w:t>
      </w:r>
      <w:r>
        <w:rPr>
          <w:rFonts w:ascii="Calibri" w:hAnsi="Calibri" w:cs="Calibri"/>
        </w:rPr>
        <w:t xml:space="preserve"> </w:t>
      </w:r>
      <w:r w:rsidRPr="00F127BD">
        <w:rPr>
          <w:rFonts w:ascii="Calibri" w:eastAsia="Times New Roman" w:hAnsi="Calibri" w:cs="Calibri"/>
        </w:rPr>
        <w:t xml:space="preserve">Type </w:t>
      </w:r>
      <w:r w:rsidRPr="00F127BD">
        <w:rPr>
          <w:rFonts w:ascii="Calibri" w:eastAsia="Times New Roman" w:hAnsi="Calibri" w:cs="Calibri"/>
          <w:i/>
          <w:iCs/>
        </w:rPr>
        <w:t>/s/ First Last</w:t>
      </w:r>
      <w:r w:rsidRPr="00F127BD">
        <w:rPr>
          <w:rFonts w:ascii="Calibri" w:eastAsia="Times New Roman" w:hAnsi="Calibri" w:cs="Calibri"/>
        </w:rPr>
        <w:t xml:space="preserve"> </w:t>
      </w:r>
      <w:r>
        <w:rPr>
          <w:rFonts w:ascii="Calibri" w:eastAsia="Times New Roman" w:hAnsi="Calibri" w:cs="Calibri"/>
        </w:rPr>
        <w:t xml:space="preserve">to sign.  </w:t>
      </w:r>
      <w:r>
        <w:rPr>
          <w:rFonts w:ascii="Calibri" w:eastAsia="Times New Roman" w:hAnsi="Calibri" w:cs="Calibri"/>
        </w:rPr>
        <w:br/>
        <w:t>Note:</w:t>
      </w:r>
      <w:proofErr w:type="gramStart"/>
      <w:r>
        <w:rPr>
          <w:rFonts w:ascii="Calibri" w:eastAsia="Times New Roman" w:hAnsi="Calibri" w:cs="Calibri"/>
        </w:rPr>
        <w:t xml:space="preserve">  </w:t>
      </w:r>
      <w:r w:rsidRPr="00F127BD">
        <w:rPr>
          <w:rFonts w:ascii="Calibri" w:eastAsia="Times New Roman" w:hAnsi="Calibri" w:cs="Calibri"/>
        </w:rPr>
        <w:t xml:space="preserve"> </w:t>
      </w:r>
      <w:r w:rsidRPr="0072154B">
        <w:rPr>
          <w:rFonts w:ascii="Calibri" w:eastAsia="Times New Roman" w:hAnsi="Calibri" w:cs="Calibri"/>
          <w:i/>
          <w:iCs/>
        </w:rPr>
        <w:t>“</w:t>
      </w:r>
      <w:proofErr w:type="gramEnd"/>
      <w:r w:rsidRPr="0072154B">
        <w:rPr>
          <w:rFonts w:ascii="Calibri" w:eastAsia="Times New Roman" w:hAnsi="Calibri" w:cs="Calibri"/>
          <w:i/>
          <w:iCs/>
        </w:rPr>
        <w:t>/s/” means “signed” and indicates the typed name is your signature.</w:t>
      </w:r>
    </w:p>
    <w:p w14:paraId="333101AD" w14:textId="77777777" w:rsidR="00AF3275" w:rsidRDefault="00AF3275" w:rsidP="00AF3275">
      <w:pPr>
        <w:rPr>
          <w:rFonts w:asciiTheme="majorHAnsi" w:hAnsiTheme="majorHAnsi" w:cstheme="majorHAnsi"/>
          <w:b/>
        </w:rPr>
      </w:pPr>
      <w:r w:rsidRPr="00AD5074">
        <w:rPr>
          <w:rFonts w:asciiTheme="majorHAnsi" w:hAnsiTheme="majorHAnsi" w:cstheme="majorHAnsi"/>
          <w:b/>
        </w:rPr>
        <w:t>Principal Investigator Signature</w:t>
      </w:r>
      <w:r>
        <w:rPr>
          <w:rFonts w:asciiTheme="majorHAnsi" w:hAnsiTheme="majorHAnsi" w:cstheme="majorHAnsi"/>
          <w:b/>
        </w:rPr>
        <w:t xml:space="preserve"> and Date</w:t>
      </w:r>
      <w:r w:rsidRPr="00AD5074">
        <w:rPr>
          <w:rFonts w:asciiTheme="majorHAnsi" w:hAnsiTheme="majorHAnsi" w:cstheme="majorHAnsi"/>
          <w:b/>
        </w:rPr>
        <w:t>:</w:t>
      </w:r>
    </w:p>
    <w:p w14:paraId="1F7A13CA" w14:textId="53400A7E" w:rsidR="00432CCD" w:rsidRDefault="00432CCD" w:rsidP="00502286">
      <w:pPr>
        <w:rPr>
          <w:rFonts w:asciiTheme="majorHAnsi" w:eastAsiaTheme="majorEastAsia" w:hAnsiTheme="majorHAnsi" w:cstheme="majorHAnsi"/>
          <w:b/>
          <w:bCs/>
          <w:color w:val="000000"/>
          <w:sz w:val="28"/>
        </w:rPr>
      </w:pPr>
    </w:p>
    <w:p w14:paraId="6185E94D" w14:textId="3889F49E" w:rsidR="004F7A68" w:rsidRPr="00BB4745" w:rsidRDefault="009B633C">
      <w:pPr>
        <w:pStyle w:val="Heading3"/>
        <w:rPr>
          <w:rFonts w:cstheme="majorHAnsi"/>
        </w:rPr>
      </w:pPr>
      <w:r w:rsidRPr="00BB4745">
        <w:rPr>
          <w:rFonts w:cstheme="majorHAnsi"/>
        </w:rPr>
        <w:lastRenderedPageBreak/>
        <w:t>11.</w:t>
      </w:r>
      <w:r w:rsidR="00E65C88" w:rsidRPr="00BB4745">
        <w:rPr>
          <w:rFonts w:cstheme="majorHAnsi"/>
        </w:rPr>
        <w:t>2</w:t>
      </w:r>
      <w:r w:rsidRPr="00BB4745">
        <w:rPr>
          <w:rFonts w:cstheme="majorHAnsi"/>
        </w:rPr>
        <w:t xml:space="preserve"> Additional Investigator Certifications</w:t>
      </w:r>
    </w:p>
    <w:p w14:paraId="0BB35D95" w14:textId="7636455E" w:rsidR="002E7E3D" w:rsidRDefault="002E7E3D">
      <w:r>
        <w:rPr>
          <w:rFonts w:ascii="Calibri" w:hAnsi="Calibri" w:cs="Calibri"/>
          <w:b/>
          <w:bCs/>
        </w:rPr>
        <w:t>Instructions:</w:t>
      </w:r>
      <w:r>
        <w:rPr>
          <w:rFonts w:ascii="Calibri" w:hAnsi="Calibri" w:cs="Calibri"/>
        </w:rPr>
        <w:t xml:space="preserve"> To avoid circulating this DOCX for typed names, each co-investigator must complete a separate </w:t>
      </w:r>
      <w:r>
        <w:rPr>
          <w:rFonts w:ascii="Calibri" w:hAnsi="Calibri" w:cs="Calibri"/>
          <w:b/>
          <w:bCs/>
        </w:rPr>
        <w:t>Co-Investigator Certification</w:t>
      </w:r>
      <w:r>
        <w:rPr>
          <w:rFonts w:ascii="Calibri" w:hAnsi="Calibri" w:cs="Calibri"/>
        </w:rPr>
        <w:t xml:space="preserve"> page (signed and dated) and return it to the Principal Investigator (or directly to the IRB) as a PDF. </w:t>
      </w:r>
    </w:p>
    <w:p w14:paraId="695D4A9F" w14:textId="2248D9BD" w:rsidR="00E80539" w:rsidRDefault="00E80539">
      <w:pPr>
        <w:rPr>
          <w:rFonts w:ascii="Calibri" w:hAnsi="Calibri" w:cs="Calibri"/>
          <w:b/>
          <w:bCs/>
        </w:rPr>
      </w:pPr>
      <w:r>
        <w:rPr>
          <w:rFonts w:ascii="Calibri" w:hAnsi="Calibri" w:cs="Calibri"/>
          <w:b/>
          <w:bCs/>
        </w:rPr>
        <w:t>Project Title:</w:t>
      </w:r>
    </w:p>
    <w:p w14:paraId="6D37AD02" w14:textId="77777777" w:rsidR="00502286" w:rsidRPr="00BB4745" w:rsidRDefault="00502286" w:rsidP="00502286">
      <w:pPr>
        <w:rPr>
          <w:rFonts w:asciiTheme="majorHAnsi" w:hAnsiTheme="majorHAnsi" w:cstheme="majorHAnsi"/>
        </w:rPr>
      </w:pPr>
      <w:r w:rsidRPr="00BB4745">
        <w:rPr>
          <w:rFonts w:asciiTheme="majorHAnsi" w:hAnsiTheme="majorHAnsi" w:cstheme="majorHAnsi"/>
          <w:b/>
        </w:rPr>
        <w:t>I certify that:</w:t>
      </w:r>
    </w:p>
    <w:p w14:paraId="0BF50B1C" w14:textId="77777777" w:rsidR="00502286" w:rsidRPr="00BB4745" w:rsidRDefault="00502286" w:rsidP="00502286">
      <w:pPr>
        <w:pStyle w:val="ListParagraph"/>
        <w:numPr>
          <w:ilvl w:val="0"/>
          <w:numId w:val="11"/>
        </w:numPr>
        <w:rPr>
          <w:rFonts w:asciiTheme="majorHAnsi" w:hAnsiTheme="majorHAnsi" w:cstheme="majorHAnsi"/>
        </w:rPr>
      </w:pPr>
      <w:r w:rsidRPr="00BB4745">
        <w:rPr>
          <w:rFonts w:asciiTheme="majorHAnsi" w:hAnsiTheme="majorHAnsi" w:cstheme="majorHAnsi"/>
        </w:rPr>
        <w:t>The information provided in this protocol is complete and accurate</w:t>
      </w:r>
    </w:p>
    <w:p w14:paraId="52B7DB81" w14:textId="77777777" w:rsidR="00502286" w:rsidRPr="00BB4745" w:rsidRDefault="00502286" w:rsidP="00502286">
      <w:pPr>
        <w:pStyle w:val="ListParagraph"/>
        <w:numPr>
          <w:ilvl w:val="0"/>
          <w:numId w:val="11"/>
        </w:numPr>
        <w:rPr>
          <w:rFonts w:asciiTheme="majorHAnsi" w:hAnsiTheme="majorHAnsi" w:cstheme="majorHAnsi"/>
        </w:rPr>
      </w:pPr>
      <w:r w:rsidRPr="00BB4745">
        <w:rPr>
          <w:rFonts w:asciiTheme="majorHAnsi" w:hAnsiTheme="majorHAnsi" w:cstheme="majorHAnsi"/>
        </w:rPr>
        <w:t>I have read and understand the Belmont Report and 45 CFR 46</w:t>
      </w:r>
    </w:p>
    <w:p w14:paraId="726CD5C0" w14:textId="77777777" w:rsidR="00502286" w:rsidRPr="00BB4745" w:rsidRDefault="00502286" w:rsidP="00502286">
      <w:pPr>
        <w:pStyle w:val="ListParagraph"/>
        <w:numPr>
          <w:ilvl w:val="0"/>
          <w:numId w:val="11"/>
        </w:numPr>
        <w:rPr>
          <w:rFonts w:asciiTheme="majorHAnsi" w:hAnsiTheme="majorHAnsi" w:cstheme="majorHAnsi"/>
        </w:rPr>
      </w:pPr>
      <w:r w:rsidRPr="00BB4745">
        <w:rPr>
          <w:rFonts w:asciiTheme="majorHAnsi" w:hAnsiTheme="majorHAnsi" w:cstheme="majorHAnsi"/>
        </w:rPr>
        <w:t>I have completed required CITI Human Subjects Research Training</w:t>
      </w:r>
    </w:p>
    <w:p w14:paraId="54512A8C" w14:textId="77777777" w:rsidR="00502286" w:rsidRPr="00BB4745" w:rsidRDefault="00502286" w:rsidP="00502286">
      <w:pPr>
        <w:pStyle w:val="ListParagraph"/>
        <w:numPr>
          <w:ilvl w:val="0"/>
          <w:numId w:val="11"/>
        </w:numPr>
        <w:rPr>
          <w:rFonts w:asciiTheme="majorHAnsi" w:hAnsiTheme="majorHAnsi" w:cstheme="majorHAnsi"/>
        </w:rPr>
      </w:pPr>
      <w:r w:rsidRPr="00BB4745">
        <w:rPr>
          <w:rFonts w:asciiTheme="majorHAnsi" w:hAnsiTheme="majorHAnsi" w:cstheme="majorHAnsi"/>
        </w:rPr>
        <w:t>I will conduct this research according to this approved protocol</w:t>
      </w:r>
    </w:p>
    <w:p w14:paraId="48DA2A2E" w14:textId="77777777" w:rsidR="00502286" w:rsidRPr="00BB4745" w:rsidRDefault="00502286" w:rsidP="00502286">
      <w:pPr>
        <w:pStyle w:val="ListParagraph"/>
        <w:numPr>
          <w:ilvl w:val="0"/>
          <w:numId w:val="11"/>
        </w:numPr>
        <w:rPr>
          <w:rFonts w:asciiTheme="majorHAnsi" w:hAnsiTheme="majorHAnsi" w:cstheme="majorHAnsi"/>
        </w:rPr>
      </w:pPr>
      <w:r w:rsidRPr="00BB4745">
        <w:rPr>
          <w:rFonts w:asciiTheme="majorHAnsi" w:hAnsiTheme="majorHAnsi" w:cstheme="majorHAnsi"/>
        </w:rPr>
        <w:t>I will not modify the study without prior IRB approval</w:t>
      </w:r>
    </w:p>
    <w:p w14:paraId="74910112" w14:textId="77777777" w:rsidR="00502286" w:rsidRPr="00BB4745" w:rsidRDefault="00502286" w:rsidP="00502286">
      <w:pPr>
        <w:pStyle w:val="ListParagraph"/>
        <w:numPr>
          <w:ilvl w:val="0"/>
          <w:numId w:val="11"/>
        </w:numPr>
        <w:rPr>
          <w:rFonts w:asciiTheme="majorHAnsi" w:hAnsiTheme="majorHAnsi" w:cstheme="majorHAnsi"/>
        </w:rPr>
      </w:pPr>
      <w:r w:rsidRPr="00BB4745">
        <w:rPr>
          <w:rFonts w:asciiTheme="majorHAnsi" w:hAnsiTheme="majorHAnsi" w:cstheme="majorHAnsi"/>
        </w:rPr>
        <w:t>I will promptly report any adverse events, unanticipated problems, or protocol deviations to the IRB</w:t>
      </w:r>
    </w:p>
    <w:p w14:paraId="79E311FC" w14:textId="77777777" w:rsidR="00502286" w:rsidRPr="00BB4745" w:rsidRDefault="00502286" w:rsidP="00502286">
      <w:pPr>
        <w:pStyle w:val="ListParagraph"/>
        <w:numPr>
          <w:ilvl w:val="0"/>
          <w:numId w:val="11"/>
        </w:numPr>
        <w:rPr>
          <w:rFonts w:asciiTheme="majorHAnsi" w:hAnsiTheme="majorHAnsi" w:cstheme="majorHAnsi"/>
        </w:rPr>
      </w:pPr>
      <w:r w:rsidRPr="00BB4745">
        <w:rPr>
          <w:rFonts w:asciiTheme="majorHAnsi" w:hAnsiTheme="majorHAnsi" w:cstheme="majorHAnsi"/>
        </w:rPr>
        <w:t>I will submit continuing review reports as required</w:t>
      </w:r>
    </w:p>
    <w:p w14:paraId="1735F9E5" w14:textId="77777777" w:rsidR="00502286" w:rsidRPr="00BB4745" w:rsidRDefault="00502286" w:rsidP="00502286">
      <w:pPr>
        <w:pStyle w:val="ListParagraph"/>
        <w:numPr>
          <w:ilvl w:val="0"/>
          <w:numId w:val="11"/>
        </w:numPr>
        <w:rPr>
          <w:rFonts w:asciiTheme="majorHAnsi" w:hAnsiTheme="majorHAnsi" w:cstheme="majorHAnsi"/>
        </w:rPr>
      </w:pPr>
      <w:r w:rsidRPr="00BB4745">
        <w:rPr>
          <w:rFonts w:asciiTheme="majorHAnsi" w:hAnsiTheme="majorHAnsi" w:cstheme="majorHAnsi"/>
        </w:rPr>
        <w:t>I will maintain all research records according to institutional and federal requirements</w:t>
      </w:r>
    </w:p>
    <w:p w14:paraId="0CC077B9" w14:textId="77777777" w:rsidR="00502286" w:rsidRPr="00BB4745" w:rsidRDefault="00502286" w:rsidP="00502286">
      <w:pPr>
        <w:pStyle w:val="ListParagraph"/>
        <w:numPr>
          <w:ilvl w:val="0"/>
          <w:numId w:val="11"/>
        </w:numPr>
        <w:rPr>
          <w:rFonts w:asciiTheme="majorHAnsi" w:hAnsiTheme="majorHAnsi" w:cstheme="majorHAnsi"/>
        </w:rPr>
      </w:pPr>
      <w:r w:rsidRPr="00BB4745">
        <w:rPr>
          <w:rFonts w:asciiTheme="majorHAnsi" w:hAnsiTheme="majorHAnsi" w:cstheme="majorHAnsi"/>
        </w:rPr>
        <w:t>I will ensure all research personnel are properly trained</w:t>
      </w:r>
    </w:p>
    <w:p w14:paraId="4529BCAA" w14:textId="77777777" w:rsidR="00502286" w:rsidRDefault="00502286">
      <w:pPr>
        <w:rPr>
          <w:rFonts w:ascii="Calibri" w:hAnsi="Calibri" w:cs="Calibri"/>
          <w:b/>
          <w:bCs/>
        </w:rPr>
      </w:pPr>
    </w:p>
    <w:p w14:paraId="4BA7667E" w14:textId="4FBD2BDD" w:rsidR="0037111A" w:rsidRPr="00AD5074" w:rsidRDefault="0037111A" w:rsidP="0037111A">
      <w:pPr>
        <w:rPr>
          <w:rFonts w:asciiTheme="majorHAnsi" w:hAnsiTheme="majorHAnsi" w:cstheme="majorHAnsi"/>
        </w:rPr>
      </w:pPr>
      <w:r>
        <w:rPr>
          <w:rFonts w:asciiTheme="majorHAnsi" w:hAnsiTheme="majorHAnsi" w:cstheme="majorHAnsi"/>
          <w:b/>
        </w:rPr>
        <w:t>Co-</w:t>
      </w:r>
      <w:r w:rsidRPr="00AD5074">
        <w:rPr>
          <w:rFonts w:asciiTheme="majorHAnsi" w:hAnsiTheme="majorHAnsi" w:cstheme="majorHAnsi"/>
          <w:b/>
        </w:rPr>
        <w:t>Principal Investigator Signature</w:t>
      </w:r>
      <w:r>
        <w:rPr>
          <w:rFonts w:asciiTheme="majorHAnsi" w:hAnsiTheme="majorHAnsi" w:cstheme="majorHAnsi"/>
          <w:b/>
        </w:rPr>
        <w:t xml:space="preserve"> and Date</w:t>
      </w:r>
      <w:r w:rsidRPr="00AD5074">
        <w:rPr>
          <w:rFonts w:asciiTheme="majorHAnsi" w:hAnsiTheme="majorHAnsi" w:cstheme="majorHAnsi"/>
          <w:b/>
        </w:rPr>
        <w:t>:</w:t>
      </w:r>
    </w:p>
    <w:p w14:paraId="182B2E99" w14:textId="77777777" w:rsidR="0037111A" w:rsidRDefault="0037111A">
      <w:pPr>
        <w:rPr>
          <w:rFonts w:ascii="Calibri" w:hAnsi="Calibri" w:cs="Calibri"/>
          <w:b/>
          <w:bCs/>
        </w:rPr>
      </w:pPr>
    </w:p>
    <w:p w14:paraId="645CE9D9" w14:textId="497C0676" w:rsidR="002E7E3D" w:rsidRDefault="002E7E3D">
      <w:r>
        <w:rPr>
          <w:rFonts w:ascii="Calibri" w:hAnsi="Calibri" w:cs="Calibri"/>
        </w:rPr>
        <w:t xml:space="preserve">Attach each signed Co-Investigator Certification page (PDF) </w:t>
      </w:r>
      <w:r w:rsidR="00352367">
        <w:rPr>
          <w:rFonts w:ascii="Calibri" w:hAnsi="Calibri" w:cs="Calibri"/>
        </w:rPr>
        <w:t>to the appendix</w:t>
      </w:r>
      <w:r>
        <w:rPr>
          <w:rFonts w:ascii="Calibri" w:hAnsi="Calibri" w:cs="Calibri"/>
        </w:rPr>
        <w:t>. If additional signature</w:t>
      </w:r>
      <w:r w:rsidR="00352367">
        <w:rPr>
          <w:rFonts w:ascii="Calibri" w:hAnsi="Calibri" w:cs="Calibri"/>
        </w:rPr>
        <w:t>s</w:t>
      </w:r>
      <w:r>
        <w:rPr>
          <w:rFonts w:ascii="Calibri" w:hAnsi="Calibri" w:cs="Calibri"/>
        </w:rPr>
        <w:t xml:space="preserve"> are needed, duplicate th</w:t>
      </w:r>
      <w:r w:rsidR="00352367">
        <w:rPr>
          <w:rFonts w:ascii="Calibri" w:hAnsi="Calibri" w:cs="Calibri"/>
        </w:rPr>
        <w:t>is</w:t>
      </w:r>
      <w:r>
        <w:rPr>
          <w:rFonts w:ascii="Calibri" w:hAnsi="Calibri" w:cs="Calibri"/>
        </w:rPr>
        <w:t xml:space="preserve"> certification page rather than editing this protocol narrative.</w:t>
      </w:r>
    </w:p>
    <w:p w14:paraId="5E1810FD" w14:textId="29FE6969" w:rsidR="00432CCD" w:rsidRDefault="00432CCD">
      <w:pPr>
        <w:spacing w:after="200" w:line="276" w:lineRule="auto"/>
        <w:rPr>
          <w:rFonts w:asciiTheme="majorHAnsi" w:hAnsiTheme="majorHAnsi" w:cstheme="majorHAnsi"/>
          <w:b/>
        </w:rPr>
      </w:pPr>
    </w:p>
    <w:p w14:paraId="5FF83492" w14:textId="77777777" w:rsidR="001A3076" w:rsidRDefault="001A3076">
      <w:pPr>
        <w:rPr>
          <w:rFonts w:asciiTheme="majorHAnsi" w:hAnsiTheme="majorHAnsi" w:cstheme="majorHAnsi"/>
          <w:b/>
        </w:rPr>
      </w:pPr>
    </w:p>
    <w:p w14:paraId="046D5B3D" w14:textId="77777777" w:rsidR="001A3076" w:rsidRDefault="001A3076">
      <w:pPr>
        <w:rPr>
          <w:rFonts w:asciiTheme="majorHAnsi" w:hAnsiTheme="majorHAnsi" w:cstheme="majorHAnsi"/>
          <w:b/>
        </w:rPr>
      </w:pPr>
    </w:p>
    <w:p w14:paraId="4C5CFDA0" w14:textId="77777777" w:rsidR="001A3076" w:rsidRDefault="001A3076">
      <w:pPr>
        <w:rPr>
          <w:rFonts w:asciiTheme="majorHAnsi" w:hAnsiTheme="majorHAnsi" w:cstheme="majorHAnsi"/>
          <w:b/>
        </w:rPr>
      </w:pPr>
    </w:p>
    <w:p w14:paraId="4F7C0CB6" w14:textId="77777777" w:rsidR="001A3076" w:rsidRDefault="001A3076">
      <w:pPr>
        <w:rPr>
          <w:rFonts w:asciiTheme="majorHAnsi" w:hAnsiTheme="majorHAnsi" w:cstheme="majorHAnsi"/>
          <w:b/>
        </w:rPr>
      </w:pPr>
    </w:p>
    <w:p w14:paraId="5D7B04DE" w14:textId="77777777" w:rsidR="001A3076" w:rsidRDefault="001A3076">
      <w:pPr>
        <w:rPr>
          <w:rFonts w:asciiTheme="majorHAnsi" w:hAnsiTheme="majorHAnsi" w:cstheme="majorHAnsi"/>
          <w:b/>
        </w:rPr>
      </w:pPr>
    </w:p>
    <w:p w14:paraId="76EEC28F" w14:textId="65007450" w:rsidR="004F7A68" w:rsidRPr="00BB4745" w:rsidRDefault="009B633C">
      <w:pPr>
        <w:rPr>
          <w:rFonts w:asciiTheme="majorHAnsi" w:hAnsiTheme="majorHAnsi" w:cstheme="majorHAnsi"/>
        </w:rPr>
      </w:pPr>
      <w:r w:rsidRPr="00BB4745">
        <w:rPr>
          <w:rFonts w:asciiTheme="majorHAnsi" w:hAnsiTheme="majorHAnsi" w:cstheme="majorHAnsi"/>
          <w:b/>
        </w:rPr>
        <w:t>END OF FORM 2</w:t>
      </w:r>
    </w:p>
    <w:p w14:paraId="569DFA5D" w14:textId="77777777" w:rsidR="001A3076" w:rsidRDefault="001A3076">
      <w:pPr>
        <w:spacing w:after="200" w:line="276" w:lineRule="auto"/>
        <w:rPr>
          <w:rFonts w:asciiTheme="majorHAnsi" w:eastAsiaTheme="majorEastAsia" w:hAnsiTheme="majorHAnsi" w:cstheme="majorHAnsi"/>
          <w:b/>
          <w:bCs/>
          <w:color w:val="000000"/>
          <w:sz w:val="32"/>
          <w:szCs w:val="26"/>
        </w:rPr>
      </w:pPr>
      <w:r>
        <w:rPr>
          <w:rFonts w:cstheme="majorHAnsi"/>
        </w:rPr>
        <w:br w:type="page"/>
      </w:r>
    </w:p>
    <w:p w14:paraId="461898C8" w14:textId="77777777" w:rsidR="00961655" w:rsidRDefault="00961655">
      <w:pPr>
        <w:pStyle w:val="Heading2"/>
        <w:rPr>
          <w:rFonts w:eastAsia="Times New Roman"/>
          <w:szCs w:val="32"/>
        </w:rPr>
      </w:pPr>
      <w:r>
        <w:rPr>
          <w:rFonts w:eastAsia="Times New Roman"/>
        </w:rPr>
        <w:lastRenderedPageBreak/>
        <w:t>APPENDIX CHECKLIST (FORM 2)</w:t>
      </w:r>
    </w:p>
    <w:p w14:paraId="675127C4" w14:textId="77777777" w:rsidR="000B1A81" w:rsidRDefault="00961655" w:rsidP="000B1A81">
      <w:pPr>
        <w:pStyle w:val="NoSpacing"/>
        <w:rPr>
          <w:rFonts w:ascii="Calibri" w:hAnsi="Calibri" w:cs="Calibri"/>
        </w:rPr>
      </w:pPr>
      <w:r>
        <w:rPr>
          <w:rFonts w:ascii="Calibri" w:hAnsi="Calibri" w:cs="Calibri"/>
        </w:rPr>
        <w:t xml:space="preserve">Use this checklist to ensure you have attached all appendix items referenced in Form 2. </w:t>
      </w:r>
      <w:r w:rsidR="000B1A81">
        <w:rPr>
          <w:rFonts w:ascii="Calibri" w:hAnsi="Calibri" w:cs="Calibri"/>
        </w:rPr>
        <w:t>Omit items that do not apply.</w:t>
      </w:r>
    </w:p>
    <w:p w14:paraId="630121C4" w14:textId="77777777" w:rsidR="000B1A81" w:rsidRDefault="000B1A81" w:rsidP="000B1A81">
      <w:pPr>
        <w:pStyle w:val="NoSpacing"/>
        <w:rPr>
          <w:rFonts w:ascii="Calibri" w:hAnsi="Calibri" w:cs="Calibri"/>
        </w:rPr>
      </w:pPr>
    </w:p>
    <w:p w14:paraId="6C0F0237" w14:textId="77777777" w:rsidR="00481D29" w:rsidRDefault="00481D29">
      <w:pPr>
        <w:pStyle w:val="NoSpacing"/>
      </w:pPr>
      <w:r w:rsidRPr="00481D29">
        <w:rPr>
          <w:rFonts w:ascii="Calibri" w:hAnsi="Calibri" w:cs="Calibri"/>
          <w:b/>
          <w:bCs/>
        </w:rPr>
        <w:t>Recruiting</w:t>
      </w:r>
      <w:r>
        <w:rPr>
          <w:rFonts w:ascii="Calibri" w:hAnsi="Calibri" w:cs="Calibri"/>
        </w:rPr>
        <w:t xml:space="preserve"> — attach the following as appropriate (see Sections 3.1–3.2).</w:t>
      </w:r>
    </w:p>
    <w:p w14:paraId="6140FBA6" w14:textId="77777777" w:rsidR="00481D29" w:rsidRDefault="00481D29" w:rsidP="00481D29">
      <w:pPr>
        <w:pStyle w:val="NoSpacing"/>
        <w:ind w:left="720"/>
      </w:pPr>
      <w:r>
        <w:rPr>
          <w:rFonts w:ascii="Segoe UI Symbol" w:hAnsi="Segoe UI Symbol" w:cs="Segoe UI Symbol"/>
        </w:rPr>
        <w:t>☐</w:t>
      </w:r>
      <w:r>
        <w:rPr>
          <w:rFonts w:ascii="Calibri" w:hAnsi="Calibri" w:cs="Calibri"/>
        </w:rPr>
        <w:t xml:space="preserve"> Recruitment flyer(s)/poster(s)</w:t>
      </w:r>
    </w:p>
    <w:p w14:paraId="1E95D598" w14:textId="77777777" w:rsidR="00481D29" w:rsidRDefault="00481D29" w:rsidP="00481D29">
      <w:pPr>
        <w:pStyle w:val="NoSpacing"/>
        <w:ind w:left="720"/>
      </w:pPr>
      <w:r>
        <w:rPr>
          <w:rFonts w:ascii="Segoe UI Symbol" w:hAnsi="Segoe UI Symbol" w:cs="Segoe UI Symbol"/>
        </w:rPr>
        <w:t>☐</w:t>
      </w:r>
      <w:r>
        <w:rPr>
          <w:rFonts w:ascii="Calibri" w:hAnsi="Calibri" w:cs="Calibri"/>
        </w:rPr>
        <w:t xml:space="preserve"> Recruitment email(s) or message(s)</w:t>
      </w:r>
    </w:p>
    <w:p w14:paraId="179E426C" w14:textId="77777777" w:rsidR="00481D29" w:rsidRDefault="00481D29" w:rsidP="00481D29">
      <w:pPr>
        <w:pStyle w:val="NoSpacing"/>
        <w:ind w:left="720"/>
      </w:pPr>
      <w:r>
        <w:rPr>
          <w:rFonts w:ascii="Segoe UI Symbol" w:hAnsi="Segoe UI Symbol" w:cs="Segoe UI Symbol"/>
        </w:rPr>
        <w:t>☐</w:t>
      </w:r>
      <w:r>
        <w:rPr>
          <w:rFonts w:ascii="Calibri" w:hAnsi="Calibri" w:cs="Calibri"/>
        </w:rPr>
        <w:t xml:space="preserve"> Recruitment script(s) (verbal)</w:t>
      </w:r>
    </w:p>
    <w:p w14:paraId="47716CB5" w14:textId="77777777" w:rsidR="00481D29" w:rsidRDefault="00481D29" w:rsidP="00481D29">
      <w:pPr>
        <w:pStyle w:val="NoSpacing"/>
        <w:ind w:left="720"/>
      </w:pPr>
      <w:r>
        <w:rPr>
          <w:rFonts w:ascii="Segoe UI Symbol" w:hAnsi="Segoe UI Symbol" w:cs="Segoe UI Symbol"/>
        </w:rPr>
        <w:t>☐</w:t>
      </w:r>
      <w:r>
        <w:rPr>
          <w:rFonts w:ascii="Calibri" w:hAnsi="Calibri" w:cs="Calibri"/>
        </w:rPr>
        <w:t xml:space="preserve"> Social media recruitment post(s)</w:t>
      </w:r>
    </w:p>
    <w:p w14:paraId="6BE0BE38" w14:textId="77777777" w:rsidR="00481D29" w:rsidRDefault="00481D29" w:rsidP="00481D29">
      <w:pPr>
        <w:pStyle w:val="NoSpacing"/>
        <w:ind w:left="720"/>
      </w:pPr>
      <w:r>
        <w:rPr>
          <w:rFonts w:ascii="Segoe UI Symbol" w:hAnsi="Segoe UI Symbol" w:cs="Segoe UI Symbol"/>
        </w:rPr>
        <w:t>☐</w:t>
      </w:r>
      <w:r>
        <w:rPr>
          <w:rFonts w:ascii="Calibri" w:hAnsi="Calibri" w:cs="Calibri"/>
        </w:rPr>
        <w:t xml:space="preserve"> Announcement text/script(s) (classroom/organization)</w:t>
      </w:r>
    </w:p>
    <w:p w14:paraId="24E5298C" w14:textId="77777777" w:rsidR="00481D29" w:rsidRDefault="00481D29" w:rsidP="00481D29">
      <w:pPr>
        <w:pStyle w:val="NoSpacing"/>
        <w:ind w:left="720"/>
      </w:pPr>
      <w:r>
        <w:rPr>
          <w:rFonts w:ascii="Segoe UI Symbol" w:hAnsi="Segoe UI Symbol" w:cs="Segoe UI Symbol"/>
        </w:rPr>
        <w:t>☐</w:t>
      </w:r>
      <w:r>
        <w:rPr>
          <w:rFonts w:ascii="Calibri" w:hAnsi="Calibri" w:cs="Calibri"/>
        </w:rPr>
        <w:t xml:space="preserve"> Letter(s) to potential participants</w:t>
      </w:r>
    </w:p>
    <w:p w14:paraId="22F00B5A" w14:textId="77777777" w:rsidR="00481D29" w:rsidRDefault="00481D29" w:rsidP="00481D29">
      <w:pPr>
        <w:pStyle w:val="NoSpacing"/>
        <w:ind w:left="720"/>
      </w:pPr>
      <w:r>
        <w:rPr>
          <w:rFonts w:ascii="Segoe UI Symbol" w:hAnsi="Segoe UI Symbol" w:cs="Segoe UI Symbol"/>
        </w:rPr>
        <w:t>☐</w:t>
      </w:r>
      <w:r>
        <w:rPr>
          <w:rFonts w:ascii="Calibri" w:hAnsi="Calibri" w:cs="Calibri"/>
        </w:rPr>
        <w:t xml:space="preserve"> Other recruitment material(s)</w:t>
      </w:r>
    </w:p>
    <w:p w14:paraId="0BBBC7E8" w14:textId="77777777" w:rsidR="00481D29" w:rsidRDefault="00481D29">
      <w:pPr>
        <w:pStyle w:val="NoSpacing"/>
        <w:rPr>
          <w:rFonts w:ascii="Calibri" w:hAnsi="Calibri" w:cs="Calibri"/>
        </w:rPr>
      </w:pPr>
    </w:p>
    <w:p w14:paraId="3D91C12E" w14:textId="14012A2D" w:rsidR="00481D29" w:rsidRDefault="00481D29">
      <w:pPr>
        <w:pStyle w:val="NoSpacing"/>
      </w:pPr>
      <w:r w:rsidRPr="00481D29">
        <w:rPr>
          <w:rFonts w:ascii="Calibri" w:hAnsi="Calibri" w:cs="Calibri"/>
          <w:b/>
          <w:bCs/>
        </w:rPr>
        <w:t>Informed Consent</w:t>
      </w:r>
      <w:r>
        <w:rPr>
          <w:rFonts w:ascii="Calibri" w:hAnsi="Calibri" w:cs="Calibri"/>
        </w:rPr>
        <w:t xml:space="preserve"> — attach the following as appropriate (see Sections 3.5–3.6).</w:t>
      </w:r>
    </w:p>
    <w:p w14:paraId="4C38785B" w14:textId="77777777" w:rsidR="00481D29" w:rsidRDefault="00481D29" w:rsidP="00481D29">
      <w:pPr>
        <w:pStyle w:val="NoSpacing"/>
        <w:ind w:left="720"/>
      </w:pPr>
      <w:r>
        <w:rPr>
          <w:rFonts w:ascii="Segoe UI Symbol" w:hAnsi="Segoe UI Symbol" w:cs="Segoe UI Symbol"/>
        </w:rPr>
        <w:t>☐</w:t>
      </w:r>
      <w:r>
        <w:rPr>
          <w:rFonts w:ascii="Calibri" w:hAnsi="Calibri" w:cs="Calibri"/>
        </w:rPr>
        <w:t xml:space="preserve"> Adult informed consent form</w:t>
      </w:r>
    </w:p>
    <w:p w14:paraId="489C66CD" w14:textId="77777777" w:rsidR="005F6141" w:rsidRDefault="005F6141">
      <w:pPr>
        <w:pStyle w:val="NoSpacing"/>
        <w:ind w:left="720"/>
      </w:pPr>
      <w:r>
        <w:rPr>
          <w:rFonts w:ascii="Segoe UI Symbol" w:hAnsi="Segoe UI Symbol"/>
        </w:rPr>
        <w:t>☐</w:t>
      </w:r>
      <w:r>
        <w:rPr>
          <w:rFonts w:ascii="Calibri" w:hAnsi="Calibri" w:cs="Calibri"/>
        </w:rPr>
        <w:t xml:space="preserve"> Parental permission form(s)</w:t>
      </w:r>
    </w:p>
    <w:p w14:paraId="0B382090" w14:textId="77777777" w:rsidR="005F6141" w:rsidRDefault="005F6141">
      <w:pPr>
        <w:pStyle w:val="NoSpacing"/>
        <w:ind w:left="720"/>
      </w:pPr>
      <w:r>
        <w:rPr>
          <w:rFonts w:ascii="Segoe UI Symbol" w:hAnsi="Segoe UI Symbol"/>
        </w:rPr>
        <w:t>☐</w:t>
      </w:r>
      <w:r>
        <w:rPr>
          <w:rFonts w:ascii="Calibri" w:hAnsi="Calibri" w:cs="Calibri"/>
        </w:rPr>
        <w:t xml:space="preserve"> Child assent form(s)</w:t>
      </w:r>
    </w:p>
    <w:p w14:paraId="7FA945B5" w14:textId="77777777" w:rsidR="005F6141" w:rsidRDefault="005F6141">
      <w:pPr>
        <w:pStyle w:val="NoSpacing"/>
        <w:ind w:left="720"/>
      </w:pPr>
      <w:r>
        <w:rPr>
          <w:rFonts w:ascii="Segoe UI Symbol" w:hAnsi="Segoe UI Symbol"/>
        </w:rPr>
        <w:t>☐</w:t>
      </w:r>
      <w:r>
        <w:rPr>
          <w:rFonts w:ascii="Calibri" w:hAnsi="Calibri" w:cs="Calibri"/>
        </w:rPr>
        <w:t xml:space="preserve"> Information sheet(s) / consent cover page(s) for anonymous survey(s)</w:t>
      </w:r>
    </w:p>
    <w:p w14:paraId="711A0804" w14:textId="77777777" w:rsidR="005F6141" w:rsidRDefault="005F6141">
      <w:pPr>
        <w:pStyle w:val="NoSpacing"/>
        <w:ind w:left="720"/>
      </w:pPr>
      <w:r>
        <w:rPr>
          <w:rFonts w:ascii="Segoe UI Symbol" w:hAnsi="Segoe UI Symbol"/>
        </w:rPr>
        <w:t>☐</w:t>
      </w:r>
      <w:r>
        <w:rPr>
          <w:rFonts w:ascii="Calibri" w:hAnsi="Calibri" w:cs="Calibri"/>
        </w:rPr>
        <w:t xml:space="preserve"> Waiver request language/justification</w:t>
      </w:r>
    </w:p>
    <w:p w14:paraId="61A7CBD0" w14:textId="77777777" w:rsidR="005F6141" w:rsidRDefault="005F6141">
      <w:pPr>
        <w:pStyle w:val="NoSpacing"/>
        <w:ind w:left="720"/>
      </w:pPr>
      <w:r>
        <w:rPr>
          <w:rFonts w:ascii="Segoe UI Symbol" w:hAnsi="Segoe UI Symbol"/>
        </w:rPr>
        <w:t>☐</w:t>
      </w:r>
      <w:r>
        <w:rPr>
          <w:rFonts w:ascii="Calibri" w:hAnsi="Calibri" w:cs="Calibri"/>
        </w:rPr>
        <w:t xml:space="preserve"> Consent script(s) used for verbal/phone consent</w:t>
      </w:r>
    </w:p>
    <w:p w14:paraId="5B1B5F3D" w14:textId="77777777" w:rsidR="00481D29" w:rsidRDefault="00481D29">
      <w:pPr>
        <w:pStyle w:val="NoSpacing"/>
        <w:rPr>
          <w:rFonts w:ascii="Calibri" w:hAnsi="Calibri" w:cs="Calibri"/>
        </w:rPr>
      </w:pPr>
    </w:p>
    <w:p w14:paraId="15B960B3" w14:textId="3DF0D4AA" w:rsidR="00481D29" w:rsidRDefault="00481D29">
      <w:pPr>
        <w:pStyle w:val="NoSpacing"/>
      </w:pPr>
      <w:r w:rsidRPr="00481D29">
        <w:rPr>
          <w:rFonts w:ascii="Calibri" w:hAnsi="Calibri" w:cs="Calibri"/>
          <w:b/>
          <w:bCs/>
        </w:rPr>
        <w:t>Data Collection</w:t>
      </w:r>
      <w:r>
        <w:rPr>
          <w:rFonts w:ascii="Calibri" w:hAnsi="Calibri" w:cs="Calibri"/>
        </w:rPr>
        <w:t xml:space="preserve"> — attach the following as appropriate (see Sections 4.1–4.5).</w:t>
      </w:r>
    </w:p>
    <w:p w14:paraId="573B1316" w14:textId="77777777" w:rsidR="005F6141" w:rsidRDefault="005F6141">
      <w:pPr>
        <w:pStyle w:val="NoSpacing"/>
        <w:ind w:left="720"/>
      </w:pPr>
      <w:r>
        <w:rPr>
          <w:rFonts w:ascii="Segoe UI Symbol" w:hAnsi="Segoe UI Symbol"/>
        </w:rPr>
        <w:t>☐</w:t>
      </w:r>
      <w:r>
        <w:rPr>
          <w:rFonts w:ascii="Calibri" w:hAnsi="Calibri" w:cs="Calibri"/>
        </w:rPr>
        <w:t xml:space="preserve"> Survey(s)/questionnaire(s) (all versions: online/paper)</w:t>
      </w:r>
    </w:p>
    <w:p w14:paraId="4BB2B369" w14:textId="77777777" w:rsidR="00481D29" w:rsidRDefault="00481D29" w:rsidP="00481D29">
      <w:pPr>
        <w:pStyle w:val="NoSpacing"/>
        <w:ind w:left="720"/>
      </w:pPr>
      <w:r>
        <w:rPr>
          <w:rFonts w:ascii="Segoe UI Symbol" w:hAnsi="Segoe UI Symbol" w:cs="Segoe UI Symbol"/>
        </w:rPr>
        <w:t>☐</w:t>
      </w:r>
      <w:r>
        <w:rPr>
          <w:rFonts w:ascii="Calibri" w:hAnsi="Calibri" w:cs="Calibri"/>
        </w:rPr>
        <w:t xml:space="preserve"> Interview guide(s)/protocol(s)</w:t>
      </w:r>
    </w:p>
    <w:p w14:paraId="4A5A79C4" w14:textId="77777777" w:rsidR="00481D29" w:rsidRDefault="00481D29" w:rsidP="00481D29">
      <w:pPr>
        <w:pStyle w:val="NoSpacing"/>
        <w:ind w:left="720"/>
      </w:pPr>
      <w:r>
        <w:rPr>
          <w:rFonts w:ascii="Segoe UI Symbol" w:hAnsi="Segoe UI Symbol" w:cs="Segoe UI Symbol"/>
        </w:rPr>
        <w:t>☐</w:t>
      </w:r>
      <w:r>
        <w:rPr>
          <w:rFonts w:ascii="Calibri" w:hAnsi="Calibri" w:cs="Calibri"/>
        </w:rPr>
        <w:t xml:space="preserve"> Focus group protocol(s)</w:t>
      </w:r>
    </w:p>
    <w:p w14:paraId="083B8CCC" w14:textId="77777777" w:rsidR="00481D29" w:rsidRDefault="00481D29" w:rsidP="00481D29">
      <w:pPr>
        <w:pStyle w:val="NoSpacing"/>
        <w:ind w:left="720"/>
      </w:pPr>
      <w:r>
        <w:rPr>
          <w:rFonts w:ascii="Segoe UI Symbol" w:hAnsi="Segoe UI Symbol" w:cs="Segoe UI Symbol"/>
        </w:rPr>
        <w:t>☐</w:t>
      </w:r>
      <w:r>
        <w:rPr>
          <w:rFonts w:ascii="Calibri" w:hAnsi="Calibri" w:cs="Calibri"/>
        </w:rPr>
        <w:t xml:space="preserve"> Observation protocol(s) (participant/non-participant)</w:t>
      </w:r>
    </w:p>
    <w:p w14:paraId="6FB4D28A" w14:textId="77777777" w:rsidR="005F6141" w:rsidRDefault="005F6141">
      <w:pPr>
        <w:pStyle w:val="NoSpacing"/>
        <w:ind w:left="720"/>
      </w:pPr>
      <w:r>
        <w:rPr>
          <w:rFonts w:ascii="Segoe UI Symbol" w:hAnsi="Segoe UI Symbol"/>
        </w:rPr>
        <w:t>☐</w:t>
      </w:r>
      <w:r>
        <w:rPr>
          <w:rFonts w:ascii="Calibri" w:hAnsi="Calibri" w:cs="Calibri"/>
        </w:rPr>
        <w:t xml:space="preserve"> Data extraction form(s) and/or codebook(s)</w:t>
      </w:r>
    </w:p>
    <w:p w14:paraId="26296278" w14:textId="77777777" w:rsidR="005F6141" w:rsidRDefault="005F6141">
      <w:pPr>
        <w:pStyle w:val="NoSpacing"/>
        <w:ind w:left="720"/>
      </w:pPr>
      <w:r>
        <w:rPr>
          <w:rFonts w:ascii="Segoe UI Symbol" w:hAnsi="Segoe UI Symbol"/>
        </w:rPr>
        <w:t>☐</w:t>
      </w:r>
      <w:r>
        <w:rPr>
          <w:rFonts w:ascii="Calibri" w:hAnsi="Calibri" w:cs="Calibri"/>
        </w:rPr>
        <w:t xml:space="preserve"> Experimental/intervention procedure(s) and material(s)</w:t>
      </w:r>
    </w:p>
    <w:p w14:paraId="085F7FC7" w14:textId="77777777" w:rsidR="005F6141" w:rsidRDefault="005F6141">
      <w:pPr>
        <w:pStyle w:val="NoSpacing"/>
        <w:ind w:left="720"/>
      </w:pPr>
      <w:r>
        <w:rPr>
          <w:rFonts w:ascii="Segoe UI Symbol" w:hAnsi="Segoe UI Symbol"/>
        </w:rPr>
        <w:t>☐</w:t>
      </w:r>
      <w:r>
        <w:rPr>
          <w:rFonts w:ascii="Calibri" w:hAnsi="Calibri" w:cs="Calibri"/>
        </w:rPr>
        <w:t xml:space="preserve"> Data-collection script(s) and/or prompt(s)</w:t>
      </w:r>
    </w:p>
    <w:p w14:paraId="77FC4EBE" w14:textId="77777777" w:rsidR="00481D29" w:rsidRDefault="00481D29" w:rsidP="00481D29">
      <w:pPr>
        <w:pStyle w:val="NoSpacing"/>
        <w:ind w:left="720"/>
      </w:pPr>
      <w:r>
        <w:rPr>
          <w:rFonts w:ascii="Segoe UI Symbol" w:hAnsi="Segoe UI Symbol" w:cs="Segoe UI Symbol"/>
        </w:rPr>
        <w:t>☐</w:t>
      </w:r>
      <w:r>
        <w:rPr>
          <w:rFonts w:ascii="Calibri" w:hAnsi="Calibri" w:cs="Calibri"/>
        </w:rPr>
        <w:t xml:space="preserve"> Other instrument(s)/material(s) referenced in Section 4</w:t>
      </w:r>
    </w:p>
    <w:p w14:paraId="562D79D9" w14:textId="77777777" w:rsidR="00481D29" w:rsidRDefault="00481D29">
      <w:pPr>
        <w:pStyle w:val="NoSpacing"/>
        <w:rPr>
          <w:rFonts w:ascii="Calibri" w:hAnsi="Calibri" w:cs="Calibri"/>
        </w:rPr>
      </w:pPr>
    </w:p>
    <w:p w14:paraId="3FA23A5A" w14:textId="44218D10" w:rsidR="00481D29" w:rsidRDefault="00481D29">
      <w:pPr>
        <w:pStyle w:val="NoSpacing"/>
      </w:pPr>
      <w:r w:rsidRPr="00481D29">
        <w:rPr>
          <w:rFonts w:ascii="Calibri" w:hAnsi="Calibri" w:cs="Calibri"/>
          <w:b/>
          <w:bCs/>
        </w:rPr>
        <w:t>Training and Supporting Materials</w:t>
      </w:r>
      <w:r>
        <w:rPr>
          <w:rFonts w:ascii="Calibri" w:hAnsi="Calibri" w:cs="Calibri"/>
        </w:rPr>
        <w:t xml:space="preserve"> — attach the following as appropriate (see Section 9.2).</w:t>
      </w:r>
    </w:p>
    <w:p w14:paraId="1E088222" w14:textId="77777777" w:rsidR="00481D29" w:rsidRDefault="00481D29" w:rsidP="00481D29">
      <w:pPr>
        <w:pStyle w:val="NoSpacing"/>
        <w:ind w:left="720"/>
      </w:pPr>
      <w:r>
        <w:rPr>
          <w:rFonts w:ascii="Segoe UI Symbol" w:hAnsi="Segoe UI Symbol" w:cs="Segoe UI Symbol"/>
        </w:rPr>
        <w:t>☐</w:t>
      </w:r>
      <w:r>
        <w:rPr>
          <w:rFonts w:ascii="Calibri" w:hAnsi="Calibri" w:cs="Calibri"/>
        </w:rPr>
        <w:t xml:space="preserve"> Training manual/protocol</w:t>
      </w:r>
    </w:p>
    <w:p w14:paraId="5DE951E8" w14:textId="77777777" w:rsidR="00481D29" w:rsidRDefault="00481D29" w:rsidP="00481D29">
      <w:pPr>
        <w:pStyle w:val="NoSpacing"/>
        <w:ind w:left="720"/>
      </w:pPr>
      <w:r>
        <w:rPr>
          <w:rFonts w:ascii="Segoe UI Symbol" w:hAnsi="Segoe UI Symbol" w:cs="Segoe UI Symbol"/>
        </w:rPr>
        <w:t>☐</w:t>
      </w:r>
      <w:r>
        <w:rPr>
          <w:rFonts w:ascii="Calibri" w:hAnsi="Calibri" w:cs="Calibri"/>
        </w:rPr>
        <w:t xml:space="preserve"> Training slides/presentation</w:t>
      </w:r>
    </w:p>
    <w:p w14:paraId="597CC304" w14:textId="77777777" w:rsidR="005F6141" w:rsidRDefault="005F6141">
      <w:pPr>
        <w:pStyle w:val="NoSpacing"/>
        <w:ind w:left="720"/>
      </w:pPr>
      <w:r>
        <w:rPr>
          <w:rFonts w:ascii="Segoe UI Symbol" w:hAnsi="Segoe UI Symbol"/>
        </w:rPr>
        <w:t>☐</w:t>
      </w:r>
      <w:r>
        <w:rPr>
          <w:rFonts w:ascii="Calibri" w:hAnsi="Calibri" w:cs="Calibri"/>
        </w:rPr>
        <w:t xml:space="preserve"> Standard operating procedure(s)</w:t>
      </w:r>
    </w:p>
    <w:p w14:paraId="76612747" w14:textId="77777777" w:rsidR="005F6141" w:rsidRDefault="005F6141">
      <w:pPr>
        <w:pStyle w:val="NoSpacing"/>
        <w:ind w:left="720"/>
      </w:pPr>
      <w:r>
        <w:rPr>
          <w:rFonts w:ascii="Segoe UI Symbol" w:hAnsi="Segoe UI Symbol"/>
        </w:rPr>
        <w:t>☐</w:t>
      </w:r>
      <w:r>
        <w:rPr>
          <w:rFonts w:ascii="Calibri" w:hAnsi="Calibri" w:cs="Calibri"/>
        </w:rPr>
        <w:t xml:space="preserve"> Recruitment and consent training script(s) and/or checklist(s)</w:t>
      </w:r>
    </w:p>
    <w:p w14:paraId="7A19DA3E" w14:textId="77777777" w:rsidR="005F6141" w:rsidRDefault="005F6141">
      <w:pPr>
        <w:pStyle w:val="NoSpacing"/>
        <w:ind w:left="720"/>
      </w:pPr>
      <w:r>
        <w:rPr>
          <w:rFonts w:ascii="Segoe UI Symbol" w:hAnsi="Segoe UI Symbol"/>
        </w:rPr>
        <w:t>☐</w:t>
      </w:r>
      <w:r>
        <w:rPr>
          <w:rFonts w:ascii="Calibri" w:hAnsi="Calibri" w:cs="Calibri"/>
        </w:rPr>
        <w:t xml:space="preserve"> Competency check form(s), supervision log(s), and/or onboarding checklist(s)</w:t>
      </w:r>
    </w:p>
    <w:p w14:paraId="27BD96D8" w14:textId="77777777" w:rsidR="00481D29" w:rsidRDefault="00481D29" w:rsidP="00481D29">
      <w:pPr>
        <w:pStyle w:val="NoSpacing"/>
        <w:ind w:left="720"/>
      </w:pPr>
      <w:r>
        <w:rPr>
          <w:rFonts w:ascii="Segoe UI Symbol" w:hAnsi="Segoe UI Symbol" w:cs="Segoe UI Symbol"/>
        </w:rPr>
        <w:t>☐</w:t>
      </w:r>
      <w:r>
        <w:rPr>
          <w:rFonts w:ascii="Calibri" w:hAnsi="Calibri" w:cs="Calibri"/>
        </w:rPr>
        <w:t xml:space="preserve"> Other training/support material(s) referenced in Section 9.2</w:t>
      </w:r>
    </w:p>
    <w:p w14:paraId="3D9B313F" w14:textId="77777777" w:rsidR="00481D29" w:rsidRDefault="00481D29">
      <w:pPr>
        <w:pStyle w:val="NoSpacing"/>
        <w:rPr>
          <w:rFonts w:ascii="Calibri" w:hAnsi="Calibri" w:cs="Calibri"/>
        </w:rPr>
      </w:pPr>
    </w:p>
    <w:p w14:paraId="648318AA" w14:textId="29A86E46" w:rsidR="00481D29" w:rsidRDefault="00481D29">
      <w:pPr>
        <w:pStyle w:val="NoSpacing"/>
      </w:pPr>
      <w:r w:rsidRPr="00481D29">
        <w:rPr>
          <w:rFonts w:ascii="Calibri" w:hAnsi="Calibri" w:cs="Calibri"/>
          <w:b/>
          <w:bCs/>
        </w:rPr>
        <w:t>Certifications</w:t>
      </w:r>
      <w:r>
        <w:rPr>
          <w:rFonts w:ascii="Calibri" w:hAnsi="Calibri" w:cs="Calibri"/>
        </w:rPr>
        <w:t xml:space="preserve"> — attach the following as appropriate (see Sections 9.2, 11.1–11.2).</w:t>
      </w:r>
    </w:p>
    <w:p w14:paraId="7575B965" w14:textId="77777777" w:rsidR="005F6141" w:rsidRDefault="005F6141">
      <w:pPr>
        <w:pStyle w:val="NoSpacing"/>
        <w:ind w:left="720"/>
      </w:pPr>
      <w:r>
        <w:rPr>
          <w:rFonts w:ascii="Segoe UI Symbol" w:hAnsi="Segoe UI Symbol"/>
        </w:rPr>
        <w:t>☐</w:t>
      </w:r>
      <w:r>
        <w:rPr>
          <w:rFonts w:ascii="Calibri" w:hAnsi="Calibri" w:cs="Calibri"/>
        </w:rPr>
        <w:t xml:space="preserve"> CITI Human Subjects Research Training certificate(s) for all personnel who will interact with participants or access identifiable data</w:t>
      </w:r>
    </w:p>
    <w:p w14:paraId="31D00E37" w14:textId="77777777" w:rsidR="005F6141" w:rsidRDefault="005F6141">
      <w:pPr>
        <w:pStyle w:val="NoSpacing"/>
        <w:ind w:left="720"/>
      </w:pPr>
      <w:r>
        <w:rPr>
          <w:rFonts w:ascii="Segoe UI Symbol" w:hAnsi="Segoe UI Symbol"/>
        </w:rPr>
        <w:t>☐</w:t>
      </w:r>
      <w:r>
        <w:rPr>
          <w:rFonts w:ascii="Calibri" w:hAnsi="Calibri" w:cs="Calibri"/>
        </w:rPr>
        <w:t xml:space="preserve"> Signed Co-Investigator Certification page(s) (PDF) for each co-investigator/co-PI</w:t>
      </w:r>
    </w:p>
    <w:p w14:paraId="416C75F1" w14:textId="77777777" w:rsidR="00481D29" w:rsidRDefault="00481D29">
      <w:pPr>
        <w:pStyle w:val="NoSpacing"/>
        <w:rPr>
          <w:rFonts w:ascii="Calibri" w:hAnsi="Calibri" w:cs="Calibri"/>
        </w:rPr>
      </w:pPr>
    </w:p>
    <w:p w14:paraId="2A9F551E" w14:textId="05BD121C" w:rsidR="00481D29" w:rsidRDefault="00481D29">
      <w:pPr>
        <w:pStyle w:val="NoSpacing"/>
      </w:pPr>
      <w:r w:rsidRPr="00481D29">
        <w:rPr>
          <w:rFonts w:ascii="Calibri" w:hAnsi="Calibri" w:cs="Calibri"/>
          <w:b/>
          <w:bCs/>
        </w:rPr>
        <w:lastRenderedPageBreak/>
        <w:t>External Site/Collaborations</w:t>
      </w:r>
      <w:r>
        <w:rPr>
          <w:rFonts w:ascii="Calibri" w:hAnsi="Calibri" w:cs="Calibri"/>
        </w:rPr>
        <w:t xml:space="preserve"> — attach the following as appropriate (see Sections 10.1–10.2).</w:t>
      </w:r>
    </w:p>
    <w:p w14:paraId="398DFDD4" w14:textId="77777777" w:rsidR="00481D29" w:rsidRDefault="00481D29" w:rsidP="00481D29">
      <w:pPr>
        <w:pStyle w:val="NoSpacing"/>
        <w:ind w:left="720"/>
      </w:pPr>
      <w:r>
        <w:rPr>
          <w:rFonts w:ascii="Segoe UI Symbol" w:hAnsi="Segoe UI Symbol" w:cs="Segoe UI Symbol"/>
        </w:rPr>
        <w:t>☐</w:t>
      </w:r>
      <w:r>
        <w:rPr>
          <w:rFonts w:ascii="Calibri" w:hAnsi="Calibri" w:cs="Calibri"/>
        </w:rPr>
        <w:t xml:space="preserve"> Letter(s) of support/permission from external site(s) or partner organization(s)</w:t>
      </w:r>
    </w:p>
    <w:p w14:paraId="4A105108" w14:textId="77777777" w:rsidR="005F6141" w:rsidRDefault="005F6141">
      <w:pPr>
        <w:pStyle w:val="NoSpacing"/>
        <w:ind w:left="720"/>
      </w:pPr>
      <w:r>
        <w:rPr>
          <w:rFonts w:ascii="Segoe UI Symbol" w:hAnsi="Segoe UI Symbol"/>
        </w:rPr>
        <w:t>☐</w:t>
      </w:r>
      <w:r>
        <w:rPr>
          <w:rFonts w:ascii="Calibri" w:hAnsi="Calibri" w:cs="Calibri"/>
        </w:rPr>
        <w:t xml:space="preserve"> Site permission documentation for recruitment and/or data collection at external location(s)</w:t>
      </w:r>
    </w:p>
    <w:p w14:paraId="0BC4117F" w14:textId="77777777" w:rsidR="005F6141" w:rsidRDefault="005F6141">
      <w:pPr>
        <w:pStyle w:val="NoSpacing"/>
        <w:ind w:left="720"/>
      </w:pPr>
      <w:r>
        <w:rPr>
          <w:rFonts w:ascii="Segoe UI Symbol" w:hAnsi="Segoe UI Symbol"/>
        </w:rPr>
        <w:t>☐</w:t>
      </w:r>
      <w:r>
        <w:rPr>
          <w:rFonts w:ascii="Calibri" w:hAnsi="Calibri" w:cs="Calibri"/>
        </w:rPr>
        <w:t xml:space="preserve"> Data Use Agreement(s) (DUA/DUAs)</w:t>
      </w:r>
    </w:p>
    <w:p w14:paraId="523B0F72" w14:textId="77777777" w:rsidR="005F6141" w:rsidRDefault="005F6141">
      <w:pPr>
        <w:pStyle w:val="NoSpacing"/>
        <w:ind w:left="720"/>
      </w:pPr>
      <w:r>
        <w:rPr>
          <w:rFonts w:ascii="Segoe UI Symbol" w:hAnsi="Segoe UI Symbol"/>
        </w:rPr>
        <w:t>☐</w:t>
      </w:r>
      <w:r>
        <w:rPr>
          <w:rFonts w:ascii="Calibri" w:hAnsi="Calibri" w:cs="Calibri"/>
        </w:rPr>
        <w:t xml:space="preserve"> Memorandum/Memoranda of Understanding (MOU/MOUs)</w:t>
      </w:r>
    </w:p>
    <w:p w14:paraId="4896D5C2" w14:textId="77777777" w:rsidR="00481D29" w:rsidRDefault="00481D29" w:rsidP="00481D29">
      <w:pPr>
        <w:pStyle w:val="NoSpacing"/>
        <w:ind w:left="720"/>
      </w:pPr>
      <w:r>
        <w:rPr>
          <w:rFonts w:ascii="Segoe UI Symbol" w:hAnsi="Segoe UI Symbol" w:cs="Segoe UI Symbol"/>
        </w:rPr>
        <w:t>☐</w:t>
      </w:r>
      <w:r>
        <w:rPr>
          <w:rFonts w:ascii="Calibri" w:hAnsi="Calibri" w:cs="Calibri"/>
        </w:rPr>
        <w:t xml:space="preserve"> Other supporting document(s) referenced in Sections 10.1–10.2</w:t>
      </w:r>
    </w:p>
    <w:p w14:paraId="45ED10CF" w14:textId="77777777" w:rsidR="00961655" w:rsidRDefault="00961655"/>
    <w:sectPr w:rsidR="0096165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BB1541"/>
    <w:multiLevelType w:val="multilevel"/>
    <w:tmpl w:val="0E4CD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EA1D6E"/>
    <w:multiLevelType w:val="multilevel"/>
    <w:tmpl w:val="5E0ED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C66F2C"/>
    <w:multiLevelType w:val="hybridMultilevel"/>
    <w:tmpl w:val="5CC6B628"/>
    <w:lvl w:ilvl="0" w:tplc="9136449A">
      <w:numFmt w:val="bullet"/>
      <w:lvlText w:val="•"/>
      <w:lvlJc w:val="left"/>
      <w:pPr>
        <w:ind w:left="821" w:hanging="360"/>
      </w:pPr>
      <w:rPr>
        <w:rFonts w:ascii="Cambria" w:eastAsiaTheme="minorEastAsia" w:hAnsi="Cambria" w:cstheme="minorBidi"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12" w15:restartNumberingAfterBreak="0">
    <w:nsid w:val="1AC063B6"/>
    <w:multiLevelType w:val="hybridMultilevel"/>
    <w:tmpl w:val="0B7ABEEC"/>
    <w:lvl w:ilvl="0" w:tplc="9136449A">
      <w:numFmt w:val="bullet"/>
      <w:lvlText w:val="•"/>
      <w:lvlJc w:val="left"/>
      <w:pPr>
        <w:ind w:left="821" w:hanging="360"/>
      </w:pPr>
      <w:rPr>
        <w:rFonts w:ascii="Cambria" w:eastAsiaTheme="minorEastAsia" w:hAnsi="Cambria" w:cstheme="minorBidi"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13" w15:restartNumberingAfterBreak="0">
    <w:nsid w:val="1C7C055A"/>
    <w:multiLevelType w:val="multilevel"/>
    <w:tmpl w:val="1272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2A0B49"/>
    <w:multiLevelType w:val="multilevel"/>
    <w:tmpl w:val="5B9AA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E82CDD"/>
    <w:multiLevelType w:val="multilevel"/>
    <w:tmpl w:val="C12AF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A4463A"/>
    <w:multiLevelType w:val="multilevel"/>
    <w:tmpl w:val="EA14B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A43467"/>
    <w:multiLevelType w:val="hybridMultilevel"/>
    <w:tmpl w:val="3DDC7B9E"/>
    <w:lvl w:ilvl="0" w:tplc="9136449A">
      <w:numFmt w:val="bullet"/>
      <w:lvlText w:val="•"/>
      <w:lvlJc w:val="left"/>
      <w:pPr>
        <w:ind w:left="821" w:hanging="360"/>
      </w:pPr>
      <w:rPr>
        <w:rFonts w:ascii="Cambria" w:eastAsiaTheme="minorEastAsia" w:hAnsi="Cambria" w:cstheme="minorBidi"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18" w15:restartNumberingAfterBreak="0">
    <w:nsid w:val="37E20DB7"/>
    <w:multiLevelType w:val="multilevel"/>
    <w:tmpl w:val="A2BEB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17489E"/>
    <w:multiLevelType w:val="hybridMultilevel"/>
    <w:tmpl w:val="50A2C3E2"/>
    <w:lvl w:ilvl="0" w:tplc="9136449A">
      <w:numFmt w:val="bullet"/>
      <w:lvlText w:val="•"/>
      <w:lvlJc w:val="left"/>
      <w:pPr>
        <w:ind w:left="821" w:hanging="360"/>
      </w:pPr>
      <w:rPr>
        <w:rFonts w:ascii="Cambria" w:eastAsiaTheme="minorEastAsia" w:hAnsi="Cambria" w:cstheme="minorBidi"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20" w15:restartNumberingAfterBreak="0">
    <w:nsid w:val="412D2524"/>
    <w:multiLevelType w:val="multilevel"/>
    <w:tmpl w:val="13027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C13274"/>
    <w:multiLevelType w:val="multilevel"/>
    <w:tmpl w:val="7AAA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0167F1"/>
    <w:multiLevelType w:val="hybridMultilevel"/>
    <w:tmpl w:val="5C187EAC"/>
    <w:lvl w:ilvl="0" w:tplc="9136449A">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B82BD5"/>
    <w:multiLevelType w:val="multilevel"/>
    <w:tmpl w:val="7A163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E50AEC"/>
    <w:multiLevelType w:val="hybridMultilevel"/>
    <w:tmpl w:val="4C12B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4537EB"/>
    <w:multiLevelType w:val="multilevel"/>
    <w:tmpl w:val="C338E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2B50CC"/>
    <w:multiLevelType w:val="multilevel"/>
    <w:tmpl w:val="DC2C0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BF7CFB"/>
    <w:multiLevelType w:val="hybridMultilevel"/>
    <w:tmpl w:val="135AD3F4"/>
    <w:lvl w:ilvl="0" w:tplc="9136449A">
      <w:numFmt w:val="bullet"/>
      <w:lvlText w:val="•"/>
      <w:lvlJc w:val="left"/>
      <w:pPr>
        <w:ind w:left="821" w:hanging="360"/>
      </w:pPr>
      <w:rPr>
        <w:rFonts w:ascii="Cambria" w:eastAsiaTheme="minorEastAsia" w:hAnsi="Cambria" w:cstheme="minorBidi"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28" w15:restartNumberingAfterBreak="0">
    <w:nsid w:val="637D7EF7"/>
    <w:multiLevelType w:val="multilevel"/>
    <w:tmpl w:val="1826A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9D52DD"/>
    <w:multiLevelType w:val="multilevel"/>
    <w:tmpl w:val="52620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F06BC3"/>
    <w:multiLevelType w:val="multilevel"/>
    <w:tmpl w:val="BA969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780719"/>
    <w:multiLevelType w:val="hybridMultilevel"/>
    <w:tmpl w:val="D01EB746"/>
    <w:lvl w:ilvl="0" w:tplc="9136449A">
      <w:numFmt w:val="bullet"/>
      <w:lvlText w:val="•"/>
      <w:lvlJc w:val="left"/>
      <w:pPr>
        <w:ind w:left="821" w:hanging="360"/>
      </w:pPr>
      <w:rPr>
        <w:rFonts w:ascii="Cambria" w:eastAsiaTheme="minorEastAsia" w:hAnsi="Cambria" w:cstheme="minorBidi"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num w:numId="1" w16cid:durableId="221603870">
    <w:abstractNumId w:val="8"/>
  </w:num>
  <w:num w:numId="2" w16cid:durableId="588318512">
    <w:abstractNumId w:val="6"/>
  </w:num>
  <w:num w:numId="3" w16cid:durableId="1476754459">
    <w:abstractNumId w:val="5"/>
  </w:num>
  <w:num w:numId="4" w16cid:durableId="1100491140">
    <w:abstractNumId w:val="4"/>
  </w:num>
  <w:num w:numId="5" w16cid:durableId="894507679">
    <w:abstractNumId w:val="7"/>
  </w:num>
  <w:num w:numId="6" w16cid:durableId="435447897">
    <w:abstractNumId w:val="3"/>
  </w:num>
  <w:num w:numId="7" w16cid:durableId="565460835">
    <w:abstractNumId w:val="2"/>
  </w:num>
  <w:num w:numId="8" w16cid:durableId="344484255">
    <w:abstractNumId w:val="1"/>
  </w:num>
  <w:num w:numId="9" w16cid:durableId="2070833962">
    <w:abstractNumId w:val="0"/>
  </w:num>
  <w:num w:numId="10" w16cid:durableId="965544245">
    <w:abstractNumId w:val="24"/>
  </w:num>
  <w:num w:numId="11" w16cid:durableId="1448744255">
    <w:abstractNumId w:val="22"/>
  </w:num>
  <w:num w:numId="12" w16cid:durableId="641622214">
    <w:abstractNumId w:val="27"/>
  </w:num>
  <w:num w:numId="13" w16cid:durableId="625088349">
    <w:abstractNumId w:val="31"/>
  </w:num>
  <w:num w:numId="14" w16cid:durableId="744374443">
    <w:abstractNumId w:val="11"/>
  </w:num>
  <w:num w:numId="15" w16cid:durableId="1723015457">
    <w:abstractNumId w:val="17"/>
  </w:num>
  <w:num w:numId="16" w16cid:durableId="175388092">
    <w:abstractNumId w:val="12"/>
  </w:num>
  <w:num w:numId="17" w16cid:durableId="849486567">
    <w:abstractNumId w:val="19"/>
  </w:num>
  <w:num w:numId="18" w16cid:durableId="1133134207">
    <w:abstractNumId w:val="21"/>
  </w:num>
  <w:num w:numId="19" w16cid:durableId="562177512">
    <w:abstractNumId w:val="9"/>
  </w:num>
  <w:num w:numId="20" w16cid:durableId="363944954">
    <w:abstractNumId w:val="30"/>
  </w:num>
  <w:num w:numId="21" w16cid:durableId="1385594681">
    <w:abstractNumId w:val="26"/>
  </w:num>
  <w:num w:numId="22" w16cid:durableId="51008750">
    <w:abstractNumId w:val="29"/>
  </w:num>
  <w:num w:numId="23" w16cid:durableId="766653738">
    <w:abstractNumId w:val="10"/>
  </w:num>
  <w:num w:numId="24" w16cid:durableId="76679452">
    <w:abstractNumId w:val="18"/>
  </w:num>
  <w:num w:numId="25" w16cid:durableId="813835013">
    <w:abstractNumId w:val="20"/>
  </w:num>
  <w:num w:numId="26" w16cid:durableId="520515737">
    <w:abstractNumId w:val="14"/>
  </w:num>
  <w:num w:numId="27" w16cid:durableId="1265311518">
    <w:abstractNumId w:val="13"/>
  </w:num>
  <w:num w:numId="28" w16cid:durableId="1652250460">
    <w:abstractNumId w:val="25"/>
  </w:num>
  <w:num w:numId="29" w16cid:durableId="1466003059">
    <w:abstractNumId w:val="28"/>
  </w:num>
  <w:num w:numId="30" w16cid:durableId="1429426796">
    <w:abstractNumId w:val="23"/>
  </w:num>
  <w:num w:numId="31" w16cid:durableId="1855916113">
    <w:abstractNumId w:val="15"/>
  </w:num>
  <w:num w:numId="32" w16cid:durableId="20358380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9"/>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44B1"/>
    <w:rsid w:val="00034616"/>
    <w:rsid w:val="00050BE0"/>
    <w:rsid w:val="0006063C"/>
    <w:rsid w:val="00071849"/>
    <w:rsid w:val="000B1A81"/>
    <w:rsid w:val="000E5EBF"/>
    <w:rsid w:val="000F50B2"/>
    <w:rsid w:val="00104761"/>
    <w:rsid w:val="00146E89"/>
    <w:rsid w:val="0015074B"/>
    <w:rsid w:val="00155B22"/>
    <w:rsid w:val="0015770B"/>
    <w:rsid w:val="001A3076"/>
    <w:rsid w:val="001A4821"/>
    <w:rsid w:val="001A7D31"/>
    <w:rsid w:val="001E4D02"/>
    <w:rsid w:val="001F3D8F"/>
    <w:rsid w:val="00205F49"/>
    <w:rsid w:val="00290FB6"/>
    <w:rsid w:val="0029639D"/>
    <w:rsid w:val="002B5B8A"/>
    <w:rsid w:val="002C63EE"/>
    <w:rsid w:val="002D2D88"/>
    <w:rsid w:val="002E7E3D"/>
    <w:rsid w:val="00311DF2"/>
    <w:rsid w:val="00326F90"/>
    <w:rsid w:val="00352367"/>
    <w:rsid w:val="0037111A"/>
    <w:rsid w:val="00381344"/>
    <w:rsid w:val="00392021"/>
    <w:rsid w:val="003C3027"/>
    <w:rsid w:val="003D76B4"/>
    <w:rsid w:val="003F0666"/>
    <w:rsid w:val="00432CCD"/>
    <w:rsid w:val="00443BC0"/>
    <w:rsid w:val="004504A2"/>
    <w:rsid w:val="00456B02"/>
    <w:rsid w:val="00481C6E"/>
    <w:rsid w:val="00481D29"/>
    <w:rsid w:val="004C3F43"/>
    <w:rsid w:val="004C67FD"/>
    <w:rsid w:val="004D09AE"/>
    <w:rsid w:val="004F7A68"/>
    <w:rsid w:val="00502286"/>
    <w:rsid w:val="005C1E7D"/>
    <w:rsid w:val="005C3E88"/>
    <w:rsid w:val="005F6141"/>
    <w:rsid w:val="00610FC3"/>
    <w:rsid w:val="006275A9"/>
    <w:rsid w:val="0065257D"/>
    <w:rsid w:val="006C5600"/>
    <w:rsid w:val="007967EC"/>
    <w:rsid w:val="007C7BF9"/>
    <w:rsid w:val="007D1E57"/>
    <w:rsid w:val="007F098A"/>
    <w:rsid w:val="007F6B49"/>
    <w:rsid w:val="00832E2F"/>
    <w:rsid w:val="008758AF"/>
    <w:rsid w:val="0089169E"/>
    <w:rsid w:val="009325DE"/>
    <w:rsid w:val="0093406A"/>
    <w:rsid w:val="009403BA"/>
    <w:rsid w:val="00956776"/>
    <w:rsid w:val="00961655"/>
    <w:rsid w:val="00965038"/>
    <w:rsid w:val="00984BB1"/>
    <w:rsid w:val="009B633C"/>
    <w:rsid w:val="009E6733"/>
    <w:rsid w:val="00A200EA"/>
    <w:rsid w:val="00A27A02"/>
    <w:rsid w:val="00AA1D8D"/>
    <w:rsid w:val="00AB28D2"/>
    <w:rsid w:val="00AB7A29"/>
    <w:rsid w:val="00AF3275"/>
    <w:rsid w:val="00AF760C"/>
    <w:rsid w:val="00B15ACC"/>
    <w:rsid w:val="00B22D14"/>
    <w:rsid w:val="00B26927"/>
    <w:rsid w:val="00B47730"/>
    <w:rsid w:val="00B657E1"/>
    <w:rsid w:val="00BB3784"/>
    <w:rsid w:val="00BB4745"/>
    <w:rsid w:val="00BC3DD7"/>
    <w:rsid w:val="00C3436D"/>
    <w:rsid w:val="00C70192"/>
    <w:rsid w:val="00C95F81"/>
    <w:rsid w:val="00CB0664"/>
    <w:rsid w:val="00CC5970"/>
    <w:rsid w:val="00CD42DA"/>
    <w:rsid w:val="00CE2A92"/>
    <w:rsid w:val="00D31A7B"/>
    <w:rsid w:val="00D53E18"/>
    <w:rsid w:val="00D60290"/>
    <w:rsid w:val="00D85F55"/>
    <w:rsid w:val="00DE26CB"/>
    <w:rsid w:val="00DE2D3B"/>
    <w:rsid w:val="00E53D0B"/>
    <w:rsid w:val="00E65C88"/>
    <w:rsid w:val="00E80539"/>
    <w:rsid w:val="00E93D52"/>
    <w:rsid w:val="00E955C3"/>
    <w:rsid w:val="00EB4FB7"/>
    <w:rsid w:val="00F354C6"/>
    <w:rsid w:val="00F74DC4"/>
    <w:rsid w:val="00F91A2E"/>
    <w:rsid w:val="00FC693F"/>
    <w:rsid w:val="00FD63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07DEED"/>
  <w14:defaultImageDpi w14:val="300"/>
  <w15:docId w15:val="{570FA80C-F99B-459E-A69C-A22EC91E8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286"/>
    <w:pPr>
      <w:spacing w:after="240" w:line="240" w:lineRule="auto"/>
    </w:pPr>
    <w:rPr>
      <w:rFonts w:ascii="Arial" w:hAnsi="Arial"/>
    </w:rPr>
  </w:style>
  <w:style w:type="paragraph" w:styleId="Heading1">
    <w:name w:val="heading 1"/>
    <w:basedOn w:val="Normal"/>
    <w:next w:val="Normal"/>
    <w:link w:val="Heading1Char"/>
    <w:uiPriority w:val="9"/>
    <w:qFormat/>
    <w:rsid w:val="00FC693F"/>
    <w:pPr>
      <w:keepNext/>
      <w:keepLines/>
      <w:spacing w:before="360"/>
      <w:outlineLvl w:val="0"/>
    </w:pPr>
    <w:rPr>
      <w:rFonts w:asciiTheme="majorHAnsi" w:eastAsiaTheme="majorEastAsia" w:hAnsiTheme="majorHAnsi" w:cstheme="majorBidi"/>
      <w:b/>
      <w:bCs/>
      <w:color w:val="000000"/>
      <w:sz w:val="40"/>
      <w:szCs w:val="28"/>
    </w:rPr>
  </w:style>
  <w:style w:type="paragraph" w:styleId="Heading2">
    <w:name w:val="heading 2"/>
    <w:basedOn w:val="Normal"/>
    <w:next w:val="Normal"/>
    <w:link w:val="Heading2Char"/>
    <w:uiPriority w:val="9"/>
    <w:unhideWhenUsed/>
    <w:qFormat/>
    <w:rsid w:val="00FC693F"/>
    <w:pPr>
      <w:keepNext/>
      <w:keepLines/>
      <w:spacing w:before="240" w:after="160"/>
      <w:outlineLvl w:val="1"/>
    </w:pPr>
    <w:rPr>
      <w:rFonts w:asciiTheme="majorHAnsi" w:eastAsiaTheme="majorEastAsia" w:hAnsiTheme="majorHAnsi" w:cstheme="majorBidi"/>
      <w:b/>
      <w:bCs/>
      <w:color w:val="000000"/>
      <w:sz w:val="32"/>
      <w:szCs w:val="26"/>
    </w:rPr>
  </w:style>
  <w:style w:type="paragraph" w:styleId="Heading3">
    <w:name w:val="heading 3"/>
    <w:basedOn w:val="Normal"/>
    <w:next w:val="Normal"/>
    <w:link w:val="Heading3Char"/>
    <w:uiPriority w:val="9"/>
    <w:unhideWhenUsed/>
    <w:qFormat/>
    <w:rsid w:val="00FC693F"/>
    <w:pPr>
      <w:keepNext/>
      <w:keepLines/>
      <w:spacing w:before="160" w:after="120"/>
      <w:outlineLvl w:val="2"/>
    </w:pPr>
    <w:rPr>
      <w:rFonts w:asciiTheme="majorHAnsi" w:eastAsiaTheme="majorEastAsia" w:hAnsiTheme="majorHAnsi" w:cstheme="majorBidi"/>
      <w:b/>
      <w:bCs/>
      <w:color w:val="000000"/>
      <w:sz w:val="28"/>
    </w:rPr>
  </w:style>
  <w:style w:type="paragraph" w:styleId="Heading4">
    <w:name w:val="heading 4"/>
    <w:basedOn w:val="Normal"/>
    <w:next w:val="Normal"/>
    <w:link w:val="Heading4Char"/>
    <w:uiPriority w:val="9"/>
    <w:semiHidden/>
    <w:unhideWhenUsed/>
    <w:qFormat/>
    <w:rsid w:val="00FC693F"/>
    <w:pPr>
      <w:keepNext/>
      <w:keepLines/>
      <w:spacing w:before="120" w:after="80"/>
      <w:outlineLvl w:val="3"/>
    </w:pPr>
    <w:rPr>
      <w:rFonts w:asciiTheme="majorHAnsi" w:eastAsiaTheme="majorEastAsia" w:hAnsiTheme="majorHAnsi" w:cstheme="majorBidi"/>
      <w:bCs/>
      <w:i/>
      <w:iCs/>
      <w:color w:val="000000"/>
      <w:sz w:val="24"/>
    </w:rPr>
  </w:style>
  <w:style w:type="paragraph" w:styleId="Heading5">
    <w:name w:val="heading 5"/>
    <w:basedOn w:val="Normal"/>
    <w:next w:val="Normal"/>
    <w:link w:val="Heading5Char"/>
    <w:uiPriority w:val="9"/>
    <w:semiHidden/>
    <w:unhideWhenUsed/>
    <w:qFormat/>
    <w:rsid w:val="00FC693F"/>
    <w:pPr>
      <w:keepNext/>
      <w:keepLines/>
      <w:spacing w:before="80" w:after="6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rsid w:val="00FC693F"/>
    <w:pPr>
      <w:keepNext/>
      <w:keepLines/>
      <w:spacing w:before="60" w:after="40"/>
      <w:outlineLvl w:val="5"/>
    </w:pPr>
    <w:rPr>
      <w:rFonts w:asciiTheme="majorHAnsi" w:eastAsiaTheme="majorEastAsia" w:hAnsiTheme="majorHAnsi" w:cstheme="majorBidi"/>
      <w:i/>
      <w:iCs/>
      <w:color w:val="000000"/>
      <w:sz w:val="20"/>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pPr>
      <w:spacing w:before="120" w:after="120"/>
      <w:ind w:left="720"/>
    </w:pPr>
    <w:rPr>
      <w:i/>
      <w:iCs/>
      <w:color w:val="666666"/>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Block">
    <w:name w:val="Code Block"/>
    <w:pPr>
      <w:spacing w:before="120" w:after="120"/>
      <w:ind w:left="720"/>
    </w:pPr>
    <w:rPr>
      <w:rFonts w:ascii="Courier New" w:hAnsi="Courier New"/>
      <w:color w:val="333333"/>
      <w:sz w:val="18"/>
    </w:rPr>
  </w:style>
  <w:style w:type="character" w:customStyle="1" w:styleId="InlineCode">
    <w:name w:val="Inline Code"/>
    <w:rPr>
      <w:rFonts w:ascii="Courier New" w:hAnsi="Courier New"/>
      <w:color w:val="666666"/>
      <w:sz w:val="18"/>
    </w:rPr>
  </w:style>
  <w:style w:type="paragraph" w:styleId="NormalWeb">
    <w:name w:val="Normal (Web)"/>
    <w:basedOn w:val="Normal"/>
    <w:uiPriority w:val="99"/>
    <w:semiHidden/>
    <w:unhideWhenUsed/>
    <w:rsid w:val="00B657E1"/>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ponsoredProjectSteps xmlns="16eac933-1c34-4cc5-b86a-409487146aef" xsi:nil="true"/>
    <TaxCatchAll xmlns="347521a8-c3f7-44a3-a2b9-f0a97a83849e" xsi:nil="true"/>
    <Access xmlns="16eac933-1c34-4cc5-b86a-409487146aef">
      <UserInfo>
        <DisplayName/>
        <AccountId xsi:nil="true"/>
        <AccountType/>
      </UserInfo>
    </Access>
    <lcf76f155ced4ddcb4097134ff3c332f xmlns="16eac933-1c34-4cc5-b86a-409487146ae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DC0876C65B6514CADD26A3000B5162C" ma:contentTypeVersion="17" ma:contentTypeDescription="Create a new document." ma:contentTypeScope="" ma:versionID="4b53e29710259af52cdccacc9393665e">
  <xsd:schema xmlns:xsd="http://www.w3.org/2001/XMLSchema" xmlns:xs="http://www.w3.org/2001/XMLSchema" xmlns:p="http://schemas.microsoft.com/office/2006/metadata/properties" xmlns:ns2="16eac933-1c34-4cc5-b86a-409487146aef" xmlns:ns3="347521a8-c3f7-44a3-a2b9-f0a97a83849e" targetNamespace="http://schemas.microsoft.com/office/2006/metadata/properties" ma:root="true" ma:fieldsID="fed7e0b9cacb6105d66ddf0d307b188e" ns2:_="" ns3:_="">
    <xsd:import namespace="16eac933-1c34-4cc5-b86a-409487146aef"/>
    <xsd:import namespace="347521a8-c3f7-44a3-a2b9-f0a97a83849e"/>
    <xsd:element name="properties">
      <xsd:complexType>
        <xsd:sequence>
          <xsd:element name="documentManagement">
            <xsd:complexType>
              <xsd:all>
                <xsd:element ref="ns2:MediaServiceMetadata" minOccurs="0"/>
                <xsd:element ref="ns2:MediaServiceFastMetadata" minOccurs="0"/>
                <xsd:element ref="ns2:SponsoredProjectStep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Access"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eac933-1c34-4cc5-b86a-409487146a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ponsoredProjectSteps" ma:index="10" nillable="true" ma:displayName="Sponsored Project Steps" ma:description="Steps" ma:format="Dropdown" ma:internalName="SponsoredProjectSteps">
      <xsd:simpleType>
        <xsd:restriction base="dms:Choice">
          <xsd:enumeration value="Pre-Award"/>
          <xsd:enumeration value="Proposal &amp; Route"/>
          <xsd:enumeration value="Post-Award"/>
          <xsd:enumeration value="Manage Project"/>
          <xsd:enumeration value="Closeout"/>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38033ea-20f3-48ed-a27c-00407d462b3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Access" ma:index="21" nillable="true" ma:displayName="Access" ma:description="People granted access to this folder" ma:format="Dropdown" ma:list="UserInfo" ma:SharePointGroup="0" ma:internalName="Acces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7521a8-c3f7-44a3-a2b9-f0a97a83849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7d9b5ab-f6e9-4148-bdcf-57e1313c6328}" ma:internalName="TaxCatchAll" ma:showField="CatchAllData" ma:web="347521a8-c3f7-44a3-a2b9-f0a97a83849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F48D23-C09E-4615-A895-24BB65A32365}">
  <ds:schemaRefs>
    <ds:schemaRef ds:uri="http://schemas.microsoft.com/sharepoint/v3/contenttype/forms"/>
  </ds:schemaRefs>
</ds:datastoreItem>
</file>

<file path=customXml/itemProps2.xml><?xml version="1.0" encoding="utf-8"?>
<ds:datastoreItem xmlns:ds="http://schemas.openxmlformats.org/officeDocument/2006/customXml" ds:itemID="{2CBFEC88-2AFB-4DD5-91EF-72B1BF7B1FDA}">
  <ds:schemaRefs>
    <ds:schemaRef ds:uri="http://schemas.microsoft.com/office/2006/metadata/properties"/>
    <ds:schemaRef ds:uri="http://schemas.microsoft.com/office/infopath/2007/PartnerControls"/>
    <ds:schemaRef ds:uri="16eac933-1c34-4cc5-b86a-409487146aef"/>
    <ds:schemaRef ds:uri="347521a8-c3f7-44a3-a2b9-f0a97a83849e"/>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B9AFD7D7-3A1C-441D-940C-13ADD024E1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eac933-1c34-4cc5-b86a-409487146aef"/>
    <ds:schemaRef ds:uri="347521a8-c3f7-44a3-a2b9-f0a97a8384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15</Pages>
  <Words>3518</Words>
  <Characters>21640</Characters>
  <Application>Microsoft Office Word</Application>
  <DocSecurity>0</DocSecurity>
  <Lines>569</Lines>
  <Paragraphs>393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24765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David Wahl</cp:lastModifiedBy>
  <cp:revision>92</cp:revision>
  <cp:lastPrinted>2026-02-19T17:12:00Z</cp:lastPrinted>
  <dcterms:created xsi:type="dcterms:W3CDTF">2026-02-19T16:14:00Z</dcterms:created>
  <dcterms:modified xsi:type="dcterms:W3CDTF">2026-03-25T18:08:00Z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0x010100ADC0876C65B6514CADD26A3000B5162C</vt:lpwstr>
  </property>
  <property fmtid="{D5CDD505-2E9C-101B-9397-08002B2CF9AE}" pid="3" name="MediaServiceImageTags">
    <vt:lpwstr/>
  </property>
</Properties>
</file>