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55C32F" w14:textId="77777777" w:rsidR="00E43DE7" w:rsidRPr="00843BFB" w:rsidRDefault="00E43DE7" w:rsidP="00E43DE7">
      <w:pPr>
        <w:pStyle w:val="Heading1"/>
        <w:jc w:val="center"/>
        <w:rPr>
          <w:rFonts w:eastAsia="Times New Roman" w:cstheme="majorHAnsi"/>
          <w:kern w:val="36"/>
          <w:sz w:val="32"/>
          <w:szCs w:val="32"/>
        </w:rPr>
      </w:pPr>
      <w:proofErr w:type="spellStart"/>
      <w:r w:rsidRPr="00843BFB">
        <w:rPr>
          <w:rFonts w:eastAsia="Times New Roman" w:cstheme="majorHAnsi"/>
          <w:sz w:val="32"/>
          <w:szCs w:val="32"/>
        </w:rPr>
        <w:t>McMURRY</w:t>
      </w:r>
      <w:proofErr w:type="spellEnd"/>
      <w:r w:rsidRPr="00843BFB">
        <w:rPr>
          <w:rFonts w:eastAsia="Times New Roman" w:cstheme="majorHAnsi"/>
          <w:sz w:val="32"/>
          <w:szCs w:val="32"/>
        </w:rPr>
        <w:t xml:space="preserve"> UNIVERSITY INSTITUTIONAL REVIEW BOARD</w:t>
      </w:r>
    </w:p>
    <w:p w14:paraId="632DB95D" w14:textId="47F511C4" w:rsidR="00E43DE7" w:rsidRPr="00843BFB" w:rsidRDefault="00E43DE7" w:rsidP="00E43DE7">
      <w:pPr>
        <w:pStyle w:val="Heading2"/>
        <w:jc w:val="center"/>
        <w:rPr>
          <w:rFonts w:eastAsia="Times New Roman" w:cstheme="majorHAnsi"/>
          <w:sz w:val="28"/>
          <w:szCs w:val="28"/>
        </w:rPr>
      </w:pPr>
      <w:r w:rsidRPr="00843BFB">
        <w:rPr>
          <w:rFonts w:eastAsia="Times New Roman" w:cstheme="majorHAnsi"/>
          <w:sz w:val="28"/>
          <w:szCs w:val="28"/>
        </w:rPr>
        <w:t xml:space="preserve">HUMAN SUBJECTS RESEARCH PROTOCOL – </w:t>
      </w:r>
      <w:r w:rsidR="00386CB7">
        <w:rPr>
          <w:rFonts w:eastAsia="Times New Roman" w:cstheme="majorHAnsi"/>
          <w:sz w:val="28"/>
          <w:szCs w:val="28"/>
        </w:rPr>
        <w:t>Student Researcher</w:t>
      </w:r>
    </w:p>
    <w:p w14:paraId="6C2D1613" w14:textId="77777777" w:rsidR="00E43DE7" w:rsidRPr="00843BFB" w:rsidRDefault="00E43DE7" w:rsidP="00E43DE7">
      <w:pPr>
        <w:pStyle w:val="Heading3"/>
        <w:pBdr>
          <w:top w:val="single" w:sz="4" w:space="1" w:color="auto"/>
          <w:bottom w:val="single" w:sz="4" w:space="1" w:color="auto"/>
        </w:pBdr>
        <w:shd w:val="clear" w:color="auto" w:fill="C6D9F1" w:themeFill="text2" w:themeFillTint="33"/>
        <w:rPr>
          <w:rFonts w:cstheme="majorHAnsi"/>
          <w:sz w:val="32"/>
          <w:szCs w:val="32"/>
        </w:rPr>
      </w:pPr>
      <w:proofErr w:type="gramStart"/>
      <w:r w:rsidRPr="00843BFB">
        <w:rPr>
          <w:rFonts w:cstheme="majorHAnsi"/>
          <w:sz w:val="32"/>
          <w:szCs w:val="32"/>
        </w:rPr>
        <w:t>FORM</w:t>
      </w:r>
      <w:proofErr w:type="gramEnd"/>
      <w:r w:rsidRPr="00843BFB">
        <w:rPr>
          <w:rFonts w:cstheme="majorHAnsi"/>
          <w:sz w:val="32"/>
          <w:szCs w:val="32"/>
        </w:rPr>
        <w:t xml:space="preserve"> 2: PROTOCOL NARRATIVE</w:t>
      </w:r>
    </w:p>
    <w:p w14:paraId="18B4C952" w14:textId="77777777" w:rsidR="00E43DE7" w:rsidRPr="00843BFB" w:rsidRDefault="00E43DE7" w:rsidP="00E43DE7">
      <w:pPr>
        <w:rPr>
          <w:rFonts w:asciiTheme="majorHAnsi" w:hAnsiTheme="majorHAnsi" w:cstheme="majorHAnsi"/>
        </w:rPr>
      </w:pPr>
      <w:r w:rsidRPr="00843BFB">
        <w:rPr>
          <w:rFonts w:asciiTheme="majorHAnsi" w:hAnsiTheme="majorHAnsi" w:cstheme="majorHAnsi"/>
          <w:b/>
          <w:bCs/>
        </w:rPr>
        <w:t>Instructions:</w:t>
      </w:r>
      <w:r w:rsidRPr="00843BFB">
        <w:rPr>
          <w:rFonts w:asciiTheme="majorHAnsi" w:hAnsiTheme="majorHAnsi" w:cstheme="majorHAnsi"/>
        </w:rPr>
        <w:t xml:space="preserve"> This form provides a detailed description of your research study. Complete all sections thoroughly but concisely. Each section has a recommended word limit to help you focus on essential information. If a section does not apply to your study, write "N/A" and briefly explain why.</w:t>
      </w:r>
    </w:p>
    <w:p w14:paraId="6A9C1059" w14:textId="0F67C718" w:rsidR="00E43DE7" w:rsidRPr="00843BFB" w:rsidRDefault="00E43DE7" w:rsidP="00E43DE7">
      <w:pPr>
        <w:rPr>
          <w:rFonts w:asciiTheme="majorHAnsi" w:hAnsiTheme="majorHAnsi" w:cstheme="majorHAnsi"/>
        </w:rPr>
      </w:pPr>
      <w:r w:rsidRPr="00843BFB">
        <w:rPr>
          <w:rFonts w:asciiTheme="majorHAnsi" w:hAnsiTheme="majorHAnsi" w:cstheme="majorHAnsi"/>
          <w:b/>
          <w:bCs/>
        </w:rPr>
        <w:t>Important:</w:t>
      </w:r>
      <w:r w:rsidRPr="00843BFB">
        <w:rPr>
          <w:rFonts w:asciiTheme="majorHAnsi" w:hAnsiTheme="majorHAnsi" w:cstheme="majorHAnsi"/>
        </w:rPr>
        <w:t xml:space="preserve"> </w:t>
      </w:r>
      <w:r w:rsidRPr="00BC4816">
        <w:rPr>
          <w:rFonts w:asciiTheme="majorHAnsi" w:hAnsiTheme="majorHAnsi" w:cstheme="majorHAnsi"/>
          <w:i/>
          <w:iCs/>
        </w:rPr>
        <w:t xml:space="preserve">This narrative should be written in clear, straightforward language </w:t>
      </w:r>
      <w:r w:rsidR="00ED6799" w:rsidRPr="00BC4816">
        <w:rPr>
          <w:rFonts w:asciiTheme="majorHAnsi" w:hAnsiTheme="majorHAnsi" w:cstheme="majorHAnsi"/>
          <w:i/>
          <w:iCs/>
        </w:rPr>
        <w:t>so that</w:t>
      </w:r>
      <w:r w:rsidRPr="00BC4816">
        <w:rPr>
          <w:rFonts w:asciiTheme="majorHAnsi" w:hAnsiTheme="majorHAnsi" w:cstheme="majorHAnsi"/>
          <w:i/>
          <w:iCs/>
        </w:rPr>
        <w:t xml:space="preserve"> IRB members from various disciplines can understand. Avoid jargon when possible or define technical terms when necessary.</w:t>
      </w:r>
    </w:p>
    <w:p w14:paraId="6A68A9F4"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1: STUDY OVERVIEW</w:t>
      </w:r>
    </w:p>
    <w:p w14:paraId="4C4CEF2D" w14:textId="77777777" w:rsidR="004F7A68" w:rsidRPr="00843BFB" w:rsidRDefault="009B633C">
      <w:pPr>
        <w:pStyle w:val="Heading3"/>
        <w:rPr>
          <w:rFonts w:cstheme="majorHAnsi"/>
        </w:rPr>
      </w:pPr>
      <w:r w:rsidRPr="00843BFB">
        <w:rPr>
          <w:rFonts w:cstheme="majorHAnsi"/>
        </w:rPr>
        <w:t>1.1 Study Purpose and Objectives</w:t>
      </w:r>
    </w:p>
    <w:p w14:paraId="3E805CA7"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Clearly state what you are trying to learn or accomplish through this research. What are your specific research questions or hypotheses? What are the main objectives of your study? This should provide reviewers with a clear understanding of your research goals.</w:t>
      </w:r>
    </w:p>
    <w:p w14:paraId="0F3EE6C7" w14:textId="77777777" w:rsidR="004F7A68" w:rsidRPr="00843BFB" w:rsidRDefault="009B633C">
      <w:pPr>
        <w:rPr>
          <w:rFonts w:asciiTheme="majorHAnsi" w:hAnsiTheme="majorHAnsi" w:cstheme="majorHAnsi"/>
        </w:rPr>
      </w:pPr>
      <w:r w:rsidRPr="00843BFB">
        <w:rPr>
          <w:rFonts w:asciiTheme="majorHAnsi" w:hAnsiTheme="majorHAnsi" w:cstheme="majorHAnsi"/>
          <w:b/>
        </w:rPr>
        <w:t>Study Purpose and Objectives:</w:t>
      </w:r>
    </w:p>
    <w:p w14:paraId="7B280C33" w14:textId="77777777" w:rsidR="004F7A68" w:rsidRPr="00843BFB" w:rsidRDefault="009B633C" w:rsidP="00CE2A92">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3617BCAB" w14:textId="77777777" w:rsidR="004F7A68" w:rsidRPr="00843BFB" w:rsidRDefault="009B633C">
      <w:pPr>
        <w:pStyle w:val="Heading3"/>
        <w:rPr>
          <w:rFonts w:cstheme="majorHAnsi"/>
        </w:rPr>
      </w:pPr>
      <w:r w:rsidRPr="00843BFB">
        <w:rPr>
          <w:rFonts w:cstheme="majorHAnsi"/>
        </w:rPr>
        <w:t>1.2 Rationale and Background</w:t>
      </w:r>
    </w:p>
    <w:p w14:paraId="2017F0C4" w14:textId="77777777" w:rsidR="00D53E1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Explain why this study is important and necessary. What gap in knowledge does it address? Provide a brief review of relevant literature that demonstrates the need for this research. Why is further human subjects research warranted? What will we learn from this study that we don't already know?</w:t>
      </w:r>
      <w:r w:rsidR="00CE2A92" w:rsidRPr="00843BFB">
        <w:rPr>
          <w:rFonts w:asciiTheme="majorHAnsi" w:hAnsiTheme="majorHAnsi" w:cstheme="majorHAnsi"/>
        </w:rPr>
        <w:t xml:space="preserve">  </w:t>
      </w:r>
    </w:p>
    <w:p w14:paraId="37D4D909" w14:textId="77777777" w:rsidR="004F7A68" w:rsidRPr="00843BFB" w:rsidRDefault="009B633C">
      <w:pPr>
        <w:rPr>
          <w:rFonts w:asciiTheme="majorHAnsi" w:hAnsiTheme="majorHAnsi" w:cstheme="majorHAnsi"/>
        </w:rPr>
      </w:pPr>
      <w:r w:rsidRPr="00843BFB">
        <w:rPr>
          <w:rFonts w:asciiTheme="majorHAnsi" w:hAnsiTheme="majorHAnsi" w:cstheme="majorHAnsi"/>
          <w:b/>
        </w:rPr>
        <w:t>Rationale and Background:</w:t>
      </w:r>
    </w:p>
    <w:p w14:paraId="7B970E66" w14:textId="77777777" w:rsidR="004F7A68" w:rsidRPr="00843BFB" w:rsidRDefault="009B633C" w:rsidP="00CE2A92">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286555D3"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2: PARTICIPANT INFORMATION</w:t>
      </w:r>
    </w:p>
    <w:p w14:paraId="529A54FF" w14:textId="77777777" w:rsidR="004F7A68" w:rsidRPr="00843BFB" w:rsidRDefault="009B633C">
      <w:pPr>
        <w:pStyle w:val="Heading3"/>
        <w:rPr>
          <w:rFonts w:cstheme="majorHAnsi"/>
        </w:rPr>
      </w:pPr>
      <w:r w:rsidRPr="00843BFB">
        <w:rPr>
          <w:rFonts w:cstheme="majorHAnsi"/>
        </w:rPr>
        <w:t>2.1 Description of Subject Population</w:t>
      </w:r>
    </w:p>
    <w:p w14:paraId="05BB9035" w14:textId="77660C09"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in detail who will participate in your study. </w:t>
      </w:r>
    </w:p>
    <w:p w14:paraId="449386C4" w14:textId="4B4F8D93" w:rsidR="001A7D31" w:rsidRPr="00843BFB" w:rsidRDefault="001A7D31" w:rsidP="001A7D31">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Provide information about who will participate in your research. </w:t>
      </w:r>
      <w:r w:rsidR="00B22D14" w:rsidRPr="00843BFB">
        <w:rPr>
          <w:rFonts w:asciiTheme="majorHAnsi" w:hAnsiTheme="majorHAnsi" w:cstheme="majorHAnsi"/>
        </w:rPr>
        <w:t xml:space="preserve">Include relevant demographic characteristics (age range, gender, educational level, occupation, etc.), any specific qualifications or characteristics participants must have, and where/how you will access this population. Be specific about the characteristics that make someone eligible for your study.  </w:t>
      </w:r>
      <w:r w:rsidRPr="00843BFB">
        <w:rPr>
          <w:rFonts w:asciiTheme="majorHAnsi" w:hAnsiTheme="majorHAnsi" w:cstheme="majorHAnsi"/>
        </w:rPr>
        <w:t xml:space="preserve">The estimated number should be realistic based on your recruitment plan and timeline. </w:t>
      </w:r>
      <w:r w:rsidR="00187940" w:rsidRPr="00843BFB">
        <w:rPr>
          <w:rFonts w:asciiTheme="majorHAnsi" w:hAnsiTheme="majorHAnsi" w:cstheme="majorHAnsi"/>
        </w:rPr>
        <w:t>Student</w:t>
      </w:r>
      <w:r w:rsidRPr="00843BFB">
        <w:rPr>
          <w:rFonts w:asciiTheme="majorHAnsi" w:hAnsiTheme="majorHAnsi" w:cstheme="majorHAnsi"/>
        </w:rPr>
        <w:t xml:space="preserve"> research </w:t>
      </w:r>
      <w:r w:rsidR="00187940" w:rsidRPr="00843BFB">
        <w:rPr>
          <w:rFonts w:asciiTheme="majorHAnsi" w:hAnsiTheme="majorHAnsi" w:cstheme="majorHAnsi"/>
        </w:rPr>
        <w:t xml:space="preserve">is prohibited from </w:t>
      </w:r>
      <w:r w:rsidRPr="00843BFB">
        <w:rPr>
          <w:rFonts w:asciiTheme="majorHAnsi" w:hAnsiTheme="majorHAnsi" w:cstheme="majorHAnsi"/>
        </w:rPr>
        <w:lastRenderedPageBreak/>
        <w:t>involv</w:t>
      </w:r>
      <w:r w:rsidR="00187940" w:rsidRPr="00843BFB">
        <w:rPr>
          <w:rFonts w:asciiTheme="majorHAnsi" w:hAnsiTheme="majorHAnsi" w:cstheme="majorHAnsi"/>
        </w:rPr>
        <w:t xml:space="preserve">ing </w:t>
      </w:r>
      <w:r w:rsidRPr="00843BFB">
        <w:rPr>
          <w:rFonts w:asciiTheme="majorHAnsi" w:hAnsiTheme="majorHAnsi" w:cstheme="majorHAnsi"/>
        </w:rPr>
        <w:t>vulnerable populations (minors, prisoners, pregnant women, cognitively impaired individuals, economically/</w:t>
      </w:r>
      <w:r w:rsidR="007D1E57" w:rsidRPr="00843BFB">
        <w:rPr>
          <w:rFonts w:asciiTheme="majorHAnsi" w:hAnsiTheme="majorHAnsi" w:cstheme="majorHAnsi"/>
        </w:rPr>
        <w:t xml:space="preserve"> </w:t>
      </w:r>
      <w:r w:rsidRPr="00843BFB">
        <w:rPr>
          <w:rFonts w:asciiTheme="majorHAnsi" w:hAnsiTheme="majorHAnsi" w:cstheme="majorHAnsi"/>
        </w:rPr>
        <w:t>educationally disadvantaged persons</w:t>
      </w:r>
      <w:r w:rsidR="00187940" w:rsidRPr="00843BFB">
        <w:rPr>
          <w:rFonts w:asciiTheme="majorHAnsi" w:hAnsiTheme="majorHAnsi" w:cstheme="majorHAnsi"/>
        </w:rPr>
        <w:t>, etc.</w:t>
      </w:r>
      <w:r w:rsidRPr="00843BFB">
        <w:rPr>
          <w:rFonts w:asciiTheme="majorHAnsi" w:hAnsiTheme="majorHAnsi" w:cstheme="majorHAnsi"/>
        </w:rPr>
        <w:t>).</w:t>
      </w:r>
    </w:p>
    <w:p w14:paraId="6AA5F6C6" w14:textId="77777777" w:rsidR="001A7D31" w:rsidRPr="00843BFB" w:rsidRDefault="001A7D31" w:rsidP="001A7D31">
      <w:pPr>
        <w:rPr>
          <w:rFonts w:asciiTheme="majorHAnsi" w:hAnsiTheme="majorHAnsi" w:cstheme="majorHAnsi"/>
        </w:rPr>
      </w:pPr>
      <w:r w:rsidRPr="00843BFB">
        <w:rPr>
          <w:rFonts w:asciiTheme="majorHAnsi" w:hAnsiTheme="majorHAnsi" w:cstheme="majorHAnsi"/>
          <w:b/>
        </w:rPr>
        <w:t>Estimated Total Number of Participants:</w:t>
      </w:r>
    </w:p>
    <w:p w14:paraId="1BA1F08D" w14:textId="17D8B8FD" w:rsidR="001A7D31" w:rsidRPr="00843BFB" w:rsidRDefault="001A7D31" w:rsidP="001A7D31">
      <w:pPr>
        <w:rPr>
          <w:rFonts w:asciiTheme="majorHAnsi" w:hAnsiTheme="majorHAnsi" w:cstheme="majorHAnsi"/>
        </w:rPr>
      </w:pPr>
      <w:r w:rsidRPr="00843BFB">
        <w:rPr>
          <w:rFonts w:asciiTheme="majorHAnsi" w:hAnsiTheme="majorHAnsi" w:cstheme="majorHAnsi"/>
          <w:b/>
        </w:rPr>
        <w:t>Participant Population</w:t>
      </w:r>
      <w:r w:rsidRPr="00843BFB">
        <w:rPr>
          <w:rFonts w:asciiTheme="majorHAnsi" w:hAnsiTheme="majorHAnsi" w:cstheme="majorHAnsi"/>
        </w:rPr>
        <w:t xml:space="preserve"> </w:t>
      </w:r>
      <w:r w:rsidRPr="00843BFB">
        <w:rPr>
          <w:rFonts w:asciiTheme="majorHAnsi" w:hAnsiTheme="majorHAnsi" w:cstheme="majorHAnsi"/>
          <w:i/>
        </w:rPr>
        <w:t>(</w:t>
      </w:r>
      <w:r w:rsidR="007D1E57" w:rsidRPr="00843BFB">
        <w:rPr>
          <w:rFonts w:asciiTheme="majorHAnsi" w:hAnsiTheme="majorHAnsi" w:cstheme="majorHAnsi"/>
          <w:i/>
        </w:rPr>
        <w:t xml:space="preserve">Place an X by each </w:t>
      </w:r>
      <w:r w:rsidR="00311DF2" w:rsidRPr="00843BFB">
        <w:rPr>
          <w:rFonts w:asciiTheme="majorHAnsi" w:hAnsiTheme="majorHAnsi" w:cstheme="majorHAnsi"/>
          <w:i/>
        </w:rPr>
        <w:t>target population</w:t>
      </w:r>
      <w:r w:rsidRPr="00843BFB">
        <w:rPr>
          <w:rFonts w:asciiTheme="majorHAnsi" w:hAnsiTheme="majorHAnsi" w:cstheme="majorHAnsi"/>
          <w:i/>
        </w:rPr>
        <w:t>)</w:t>
      </w:r>
      <w:r w:rsidRPr="00843BFB">
        <w:rPr>
          <w:rFonts w:asciiTheme="majorHAnsi" w:hAnsiTheme="majorHAnsi" w:cstheme="majorHAnsi"/>
        </w:rPr>
        <w:t>:</w:t>
      </w:r>
    </w:p>
    <w:tbl>
      <w:tblPr>
        <w:tblStyle w:val="TableGrid"/>
        <w:tblW w:w="5000" w:type="pct"/>
        <w:tblLook w:val="04A0" w:firstRow="1" w:lastRow="0" w:firstColumn="1" w:lastColumn="0" w:noHBand="0" w:noVBand="1"/>
      </w:tblPr>
      <w:tblGrid>
        <w:gridCol w:w="6035"/>
        <w:gridCol w:w="3541"/>
      </w:tblGrid>
      <w:tr w:rsidR="001A7D31" w:rsidRPr="00843BFB" w14:paraId="15423A6F" w14:textId="77777777" w:rsidTr="00BC4816">
        <w:tc>
          <w:tcPr>
            <w:tcW w:w="3151" w:type="pct"/>
            <w:shd w:val="clear" w:color="auto" w:fill="F2F2F2" w:themeFill="background1" w:themeFillShade="F2"/>
          </w:tcPr>
          <w:p w14:paraId="2E962179" w14:textId="77777777" w:rsidR="001A7D31" w:rsidRPr="00843BFB" w:rsidRDefault="001A7D31" w:rsidP="007D1E57">
            <w:pPr>
              <w:pStyle w:val="NoSpacing"/>
              <w:rPr>
                <w:rFonts w:asciiTheme="majorHAnsi" w:hAnsiTheme="majorHAnsi" w:cstheme="majorHAnsi"/>
                <w:b/>
                <w:bCs/>
              </w:rPr>
            </w:pPr>
            <w:r w:rsidRPr="00843BFB">
              <w:rPr>
                <w:rFonts w:asciiTheme="majorHAnsi" w:hAnsiTheme="majorHAnsi" w:cstheme="majorHAnsi"/>
                <w:b/>
                <w:bCs/>
              </w:rPr>
              <w:t>Population Type</w:t>
            </w:r>
          </w:p>
        </w:tc>
        <w:tc>
          <w:tcPr>
            <w:tcW w:w="1849" w:type="pct"/>
            <w:shd w:val="clear" w:color="auto" w:fill="F2F2F2" w:themeFill="background1" w:themeFillShade="F2"/>
          </w:tcPr>
          <w:p w14:paraId="508EE70A" w14:textId="227121B2" w:rsidR="001A7D31" w:rsidRPr="00843BFB" w:rsidRDefault="00E96DF7" w:rsidP="007D1E57">
            <w:pPr>
              <w:pStyle w:val="NoSpacing"/>
              <w:rPr>
                <w:rFonts w:asciiTheme="majorHAnsi" w:hAnsiTheme="majorHAnsi" w:cstheme="majorHAnsi"/>
                <w:b/>
                <w:bCs/>
              </w:rPr>
            </w:pPr>
            <w:r>
              <w:rPr>
                <w:rFonts w:asciiTheme="majorHAnsi" w:hAnsiTheme="majorHAnsi" w:cstheme="majorHAnsi"/>
                <w:b/>
                <w:bCs/>
              </w:rPr>
              <w:t>Place an X in the appropriate row</w:t>
            </w:r>
          </w:p>
        </w:tc>
      </w:tr>
      <w:tr w:rsidR="001A7D31" w:rsidRPr="00843BFB" w14:paraId="67C01ECA" w14:textId="77777777" w:rsidTr="00BC4816">
        <w:tc>
          <w:tcPr>
            <w:tcW w:w="3151" w:type="pct"/>
          </w:tcPr>
          <w:p w14:paraId="28C878F6" w14:textId="77777777" w:rsidR="001A7D31" w:rsidRPr="00843BFB" w:rsidRDefault="001A7D31" w:rsidP="007D1E57">
            <w:pPr>
              <w:pStyle w:val="NoSpacing"/>
              <w:rPr>
                <w:rFonts w:asciiTheme="majorHAnsi" w:hAnsiTheme="majorHAnsi" w:cstheme="majorHAnsi"/>
              </w:rPr>
            </w:pPr>
            <w:r w:rsidRPr="00843BFB">
              <w:rPr>
                <w:rFonts w:asciiTheme="majorHAnsi" w:hAnsiTheme="majorHAnsi" w:cstheme="majorHAnsi"/>
              </w:rPr>
              <w:t>Adults (18 and over)</w:t>
            </w:r>
          </w:p>
        </w:tc>
        <w:tc>
          <w:tcPr>
            <w:tcW w:w="1849" w:type="pct"/>
          </w:tcPr>
          <w:p w14:paraId="2DD53788" w14:textId="703D7A2E" w:rsidR="001A7D31" w:rsidRPr="00843BFB" w:rsidRDefault="001A7D31" w:rsidP="007D1E57">
            <w:pPr>
              <w:pStyle w:val="NoSpacing"/>
              <w:rPr>
                <w:rFonts w:asciiTheme="majorHAnsi" w:hAnsiTheme="majorHAnsi" w:cstheme="majorHAnsi"/>
              </w:rPr>
            </w:pPr>
          </w:p>
        </w:tc>
      </w:tr>
      <w:tr w:rsidR="001A7D31" w:rsidRPr="00843BFB" w14:paraId="6007940D" w14:textId="77777777" w:rsidTr="00BC4816">
        <w:tc>
          <w:tcPr>
            <w:tcW w:w="3151" w:type="pct"/>
          </w:tcPr>
          <w:p w14:paraId="5ECC9EA2" w14:textId="77777777" w:rsidR="001A7D31" w:rsidRPr="00843BFB" w:rsidRDefault="001A7D31" w:rsidP="007D1E57">
            <w:pPr>
              <w:pStyle w:val="NoSpacing"/>
              <w:rPr>
                <w:rFonts w:asciiTheme="majorHAnsi" w:hAnsiTheme="majorHAnsi" w:cstheme="majorHAnsi"/>
              </w:rPr>
            </w:pPr>
            <w:r w:rsidRPr="00843BFB">
              <w:rPr>
                <w:rFonts w:asciiTheme="majorHAnsi" w:hAnsiTheme="majorHAnsi" w:cstheme="majorHAnsi"/>
              </w:rPr>
              <w:t>College/University Students</w:t>
            </w:r>
          </w:p>
        </w:tc>
        <w:tc>
          <w:tcPr>
            <w:tcW w:w="1849" w:type="pct"/>
          </w:tcPr>
          <w:p w14:paraId="6AEEA39C" w14:textId="6B3747C1" w:rsidR="001A7D31" w:rsidRPr="00843BFB" w:rsidRDefault="001A7D31" w:rsidP="007D1E57">
            <w:pPr>
              <w:pStyle w:val="NoSpacing"/>
              <w:rPr>
                <w:rFonts w:asciiTheme="majorHAnsi" w:hAnsiTheme="majorHAnsi" w:cstheme="majorHAnsi"/>
              </w:rPr>
            </w:pPr>
          </w:p>
        </w:tc>
      </w:tr>
      <w:tr w:rsidR="00843BFB" w:rsidRPr="00843BFB" w14:paraId="4E979CDC" w14:textId="77777777" w:rsidTr="00BC4816">
        <w:tc>
          <w:tcPr>
            <w:tcW w:w="3151" w:type="pct"/>
          </w:tcPr>
          <w:p w14:paraId="3605FC48" w14:textId="27659BF1" w:rsidR="00843BFB" w:rsidRPr="00843BFB" w:rsidRDefault="00843BFB" w:rsidP="007D1E57">
            <w:pPr>
              <w:pStyle w:val="NoSpacing"/>
              <w:rPr>
                <w:rFonts w:asciiTheme="majorHAnsi" w:hAnsiTheme="majorHAnsi" w:cstheme="majorHAnsi"/>
              </w:rPr>
            </w:pPr>
            <w:r w:rsidRPr="00843BFB">
              <w:rPr>
                <w:rFonts w:asciiTheme="majorHAnsi" w:hAnsiTheme="majorHAnsi" w:cstheme="majorHAnsi"/>
              </w:rPr>
              <w:t>Other (specify below)</w:t>
            </w:r>
          </w:p>
        </w:tc>
        <w:tc>
          <w:tcPr>
            <w:tcW w:w="1849" w:type="pct"/>
          </w:tcPr>
          <w:p w14:paraId="1EAC2F19" w14:textId="77777777" w:rsidR="00843BFB" w:rsidRPr="00843BFB" w:rsidRDefault="00843BFB" w:rsidP="007D1E57">
            <w:pPr>
              <w:pStyle w:val="NoSpacing"/>
              <w:rPr>
                <w:rFonts w:asciiTheme="majorHAnsi" w:hAnsiTheme="majorHAnsi" w:cstheme="majorHAnsi"/>
              </w:rPr>
            </w:pPr>
          </w:p>
        </w:tc>
      </w:tr>
    </w:tbl>
    <w:p w14:paraId="3337FC28" w14:textId="77777777" w:rsidR="004F7A68" w:rsidRPr="00843BFB" w:rsidRDefault="009B633C">
      <w:pPr>
        <w:pStyle w:val="Heading3"/>
        <w:rPr>
          <w:rFonts w:cstheme="majorHAnsi"/>
        </w:rPr>
      </w:pPr>
      <w:r w:rsidRPr="00843BFB">
        <w:rPr>
          <w:rFonts w:cstheme="majorHAnsi"/>
        </w:rPr>
        <w:t>2.2 Sample Size and Justification</w:t>
      </w:r>
    </w:p>
    <w:p w14:paraId="05D14940"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State the total number of participants you plan to recruit and explain how you determined this number. If applicable, provide a statistical justification (power analysis) or explain why this sample size is appropriate for your research design (e.g., qualitative research, pilot study, case study). Consider including information about expected attrition rates if relevant.</w:t>
      </w:r>
    </w:p>
    <w:p w14:paraId="4CA5C20B" w14:textId="6BE59752" w:rsidR="004F7A68" w:rsidRPr="00843BFB" w:rsidRDefault="009B633C">
      <w:pPr>
        <w:rPr>
          <w:rFonts w:asciiTheme="majorHAnsi" w:hAnsiTheme="majorHAnsi" w:cstheme="majorHAnsi"/>
        </w:rPr>
      </w:pPr>
      <w:r w:rsidRPr="00843BFB">
        <w:rPr>
          <w:rFonts w:asciiTheme="majorHAnsi" w:hAnsiTheme="majorHAnsi" w:cstheme="majorHAnsi"/>
          <w:b/>
        </w:rPr>
        <w:t>Sample Size:</w:t>
      </w:r>
      <w:r w:rsidRPr="00843BFB">
        <w:rPr>
          <w:rFonts w:asciiTheme="majorHAnsi" w:hAnsiTheme="majorHAnsi" w:cstheme="majorHAnsi"/>
        </w:rPr>
        <w:t xml:space="preserve"> </w:t>
      </w:r>
    </w:p>
    <w:p w14:paraId="0E12000F" w14:textId="77777777" w:rsidR="004F7A68" w:rsidRPr="00843BFB" w:rsidRDefault="009B633C">
      <w:pPr>
        <w:rPr>
          <w:rFonts w:asciiTheme="majorHAnsi" w:hAnsiTheme="majorHAnsi" w:cstheme="majorHAnsi"/>
        </w:rPr>
      </w:pPr>
      <w:r w:rsidRPr="00843BFB">
        <w:rPr>
          <w:rFonts w:asciiTheme="majorHAnsi" w:hAnsiTheme="majorHAnsi" w:cstheme="majorHAnsi"/>
          <w:b/>
        </w:rPr>
        <w:t>Justification for Sample Size:</w:t>
      </w:r>
    </w:p>
    <w:p w14:paraId="6398EDAE" w14:textId="77777777" w:rsidR="004F7A68" w:rsidRPr="00843BFB" w:rsidRDefault="009B633C" w:rsidP="001A482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2CD64D9C" w14:textId="77777777" w:rsidR="004F7A68" w:rsidRPr="00843BFB" w:rsidRDefault="009B633C">
      <w:pPr>
        <w:pStyle w:val="Heading3"/>
        <w:rPr>
          <w:rFonts w:cstheme="majorHAnsi"/>
        </w:rPr>
      </w:pPr>
      <w:r w:rsidRPr="00843BFB">
        <w:rPr>
          <w:rFonts w:cstheme="majorHAnsi"/>
        </w:rPr>
        <w:t>2.3 Inclusion and Exclusion Criteria</w:t>
      </w:r>
    </w:p>
    <w:p w14:paraId="346C341D"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List the specific criteria that determine who can and cannot participate in your study. Inclusion criteria are the characteristics participants must have to be eligible. Exclusion criteria are characteristics that would make someone ineligible. Be specific and justify any restrictions.</w:t>
      </w:r>
    </w:p>
    <w:p w14:paraId="50C104DB" w14:textId="77777777" w:rsidR="004F7A68" w:rsidRPr="00843BFB" w:rsidRDefault="009B633C">
      <w:pPr>
        <w:rPr>
          <w:rFonts w:asciiTheme="majorHAnsi" w:hAnsiTheme="majorHAnsi" w:cstheme="majorHAnsi"/>
        </w:rPr>
      </w:pPr>
      <w:r w:rsidRPr="00843BFB">
        <w:rPr>
          <w:rFonts w:asciiTheme="majorHAnsi" w:hAnsiTheme="majorHAnsi" w:cstheme="majorHAnsi"/>
          <w:b/>
        </w:rPr>
        <w:t>Inclusion Criteria</w:t>
      </w:r>
      <w:r w:rsidRPr="00843BFB">
        <w:rPr>
          <w:rFonts w:asciiTheme="majorHAnsi" w:hAnsiTheme="majorHAnsi" w:cstheme="majorHAnsi"/>
        </w:rPr>
        <w:t xml:space="preserve"> (who CAN participate):</w:t>
      </w:r>
    </w:p>
    <w:p w14:paraId="17E416C9" w14:textId="77777777" w:rsidR="004F7A68" w:rsidRPr="00843BFB" w:rsidRDefault="009B633C" w:rsidP="001A482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150 words]</w:t>
      </w:r>
    </w:p>
    <w:p w14:paraId="244ACC9A" w14:textId="77777777" w:rsidR="004F7A68" w:rsidRPr="00843BFB" w:rsidRDefault="009B633C">
      <w:pPr>
        <w:rPr>
          <w:rFonts w:asciiTheme="majorHAnsi" w:hAnsiTheme="majorHAnsi" w:cstheme="majorHAnsi"/>
        </w:rPr>
      </w:pPr>
      <w:r w:rsidRPr="00843BFB">
        <w:rPr>
          <w:rFonts w:asciiTheme="majorHAnsi" w:hAnsiTheme="majorHAnsi" w:cstheme="majorHAnsi"/>
          <w:b/>
        </w:rPr>
        <w:t>Exclusion Criteria</w:t>
      </w:r>
      <w:r w:rsidRPr="00843BFB">
        <w:rPr>
          <w:rFonts w:asciiTheme="majorHAnsi" w:hAnsiTheme="majorHAnsi" w:cstheme="majorHAnsi"/>
        </w:rPr>
        <w:t xml:space="preserve"> (who CANNOT participate):</w:t>
      </w:r>
    </w:p>
    <w:p w14:paraId="6497F088" w14:textId="77777777" w:rsidR="004F7A68" w:rsidRPr="00843BFB" w:rsidRDefault="009B633C" w:rsidP="001A482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150 words]</w:t>
      </w:r>
    </w:p>
    <w:p w14:paraId="1FB33B8A"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3: RECRUITMENT AND CONSENT</w:t>
      </w:r>
    </w:p>
    <w:p w14:paraId="39FFE032" w14:textId="77777777" w:rsidR="004F7A68" w:rsidRPr="00843BFB" w:rsidRDefault="009B633C">
      <w:pPr>
        <w:pStyle w:val="Heading3"/>
        <w:rPr>
          <w:rFonts w:cstheme="majorHAnsi"/>
        </w:rPr>
      </w:pPr>
      <w:r w:rsidRPr="00843BFB">
        <w:rPr>
          <w:rFonts w:cstheme="majorHAnsi"/>
        </w:rPr>
        <w:t>3.1 Recruitment Methods and Procedures</w:t>
      </w:r>
    </w:p>
    <w:p w14:paraId="2848A772"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exactly how you will identify and recruit potential participants. Where will you find them? How will you make initial contact? What recruitment materials will you use (flyers, emails, announcements, social media posts)? Who will do the recruiting? </w:t>
      </w:r>
      <w:proofErr w:type="gramStart"/>
      <w:r w:rsidRPr="00843BFB">
        <w:rPr>
          <w:rFonts w:asciiTheme="majorHAnsi" w:hAnsiTheme="majorHAnsi" w:cstheme="majorHAnsi"/>
        </w:rPr>
        <w:t>Be specific about</w:t>
      </w:r>
      <w:proofErr w:type="gramEnd"/>
      <w:r w:rsidRPr="00843BFB">
        <w:rPr>
          <w:rFonts w:asciiTheme="majorHAnsi" w:hAnsiTheme="majorHAnsi" w:cstheme="majorHAnsi"/>
        </w:rPr>
        <w:t xml:space="preserve"> the recruitment process </w:t>
      </w:r>
      <w:proofErr w:type="gramStart"/>
      <w:r w:rsidRPr="00843BFB">
        <w:rPr>
          <w:rFonts w:asciiTheme="majorHAnsi" w:hAnsiTheme="majorHAnsi" w:cstheme="majorHAnsi"/>
        </w:rPr>
        <w:t>from</w:t>
      </w:r>
      <w:proofErr w:type="gramEnd"/>
      <w:r w:rsidRPr="00843BFB">
        <w:rPr>
          <w:rFonts w:asciiTheme="majorHAnsi" w:hAnsiTheme="majorHAnsi" w:cstheme="majorHAnsi"/>
        </w:rPr>
        <w:t xml:space="preserve"> start to finish. All recruitment materials must be included in the appendix.</w:t>
      </w:r>
    </w:p>
    <w:p w14:paraId="41BB58D3" w14:textId="77777777" w:rsidR="004F7A68" w:rsidRPr="00843BFB" w:rsidRDefault="009B633C">
      <w:pPr>
        <w:rPr>
          <w:rFonts w:asciiTheme="majorHAnsi" w:hAnsiTheme="majorHAnsi" w:cstheme="majorHAnsi"/>
        </w:rPr>
      </w:pPr>
      <w:r w:rsidRPr="00843BFB">
        <w:rPr>
          <w:rFonts w:asciiTheme="majorHAnsi" w:hAnsiTheme="majorHAnsi" w:cstheme="majorHAnsi"/>
          <w:b/>
        </w:rPr>
        <w:t>Recruitment Methods and Procedures:</w:t>
      </w:r>
    </w:p>
    <w:p w14:paraId="4B4B5ECF" w14:textId="77777777" w:rsidR="004F7A68" w:rsidRPr="00843BFB" w:rsidRDefault="009B633C" w:rsidP="00C95F81">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lastRenderedPageBreak/>
        <w:t>[Text box - approximately 300 words]</w:t>
      </w:r>
    </w:p>
    <w:p w14:paraId="6135479B" w14:textId="77777777" w:rsidR="004F7A68" w:rsidRPr="00843BFB" w:rsidRDefault="009B633C">
      <w:pPr>
        <w:pStyle w:val="Heading3"/>
        <w:rPr>
          <w:rFonts w:cstheme="majorHAnsi"/>
        </w:rPr>
      </w:pPr>
      <w:r w:rsidRPr="00843BFB">
        <w:rPr>
          <w:rFonts w:cstheme="majorHAnsi"/>
        </w:rPr>
        <w:t>3.2 Recruitment Materials</w:t>
      </w:r>
    </w:p>
    <w:p w14:paraId="5408EE35"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List all materials you will use to recruit participants. Check the box next to each type of material you will </w:t>
      </w:r>
      <w:proofErr w:type="gramStart"/>
      <w:r w:rsidRPr="00843BFB">
        <w:rPr>
          <w:rFonts w:asciiTheme="majorHAnsi" w:hAnsiTheme="majorHAnsi" w:cstheme="majorHAnsi"/>
        </w:rPr>
        <w:t>use, and</w:t>
      </w:r>
      <w:proofErr w:type="gramEnd"/>
      <w:r w:rsidRPr="00843BFB">
        <w:rPr>
          <w:rFonts w:asciiTheme="majorHAnsi" w:hAnsiTheme="majorHAnsi" w:cstheme="majorHAnsi"/>
        </w:rPr>
        <w:t xml:space="preserve"> ensure copies of all materials are included in your appendix.</w:t>
      </w:r>
    </w:p>
    <w:p w14:paraId="75A74C7B" w14:textId="4423D5DA" w:rsidR="004F7A68" w:rsidRPr="00843BFB" w:rsidRDefault="009B633C">
      <w:pPr>
        <w:rPr>
          <w:rFonts w:asciiTheme="majorHAnsi" w:hAnsiTheme="majorHAnsi" w:cstheme="majorHAnsi"/>
        </w:rPr>
      </w:pPr>
      <w:r w:rsidRPr="00843BFB">
        <w:rPr>
          <w:rFonts w:asciiTheme="majorHAnsi" w:hAnsiTheme="majorHAnsi" w:cstheme="majorHAnsi"/>
          <w:b/>
        </w:rPr>
        <w:t>Recruitment Materials</w:t>
      </w:r>
      <w:r w:rsidRPr="00843BFB">
        <w:rPr>
          <w:rFonts w:asciiTheme="majorHAnsi" w:hAnsiTheme="majorHAnsi" w:cstheme="majorHAnsi"/>
        </w:rPr>
        <w:t xml:space="preserve"> (</w:t>
      </w:r>
      <w:r w:rsidR="007F6B49" w:rsidRPr="00843BFB">
        <w:rPr>
          <w:rFonts w:asciiTheme="majorHAnsi" w:hAnsiTheme="majorHAnsi" w:cstheme="majorHAnsi"/>
        </w:rPr>
        <w:t>Put an X for all that</w:t>
      </w:r>
      <w:r w:rsidRPr="00843BFB">
        <w:rPr>
          <w:rFonts w:asciiTheme="majorHAnsi" w:hAnsiTheme="majorHAnsi" w:cstheme="majorHAnsi"/>
        </w:rPr>
        <w:t xml:space="preserve"> apply and </w:t>
      </w:r>
      <w:r w:rsidR="007F6B49" w:rsidRPr="00843BFB">
        <w:rPr>
          <w:rFonts w:asciiTheme="majorHAnsi" w:hAnsiTheme="majorHAnsi" w:cstheme="majorHAnsi"/>
        </w:rPr>
        <w:t xml:space="preserve">you will </w:t>
      </w:r>
      <w:r w:rsidRPr="00843BFB">
        <w:rPr>
          <w:rFonts w:asciiTheme="majorHAnsi" w:hAnsiTheme="majorHAnsi" w:cstheme="majorHAnsi"/>
        </w:rPr>
        <w:t xml:space="preserve">include in </w:t>
      </w:r>
      <w:r w:rsidR="007F6B49" w:rsidRPr="00843BFB">
        <w:rPr>
          <w:rFonts w:asciiTheme="majorHAnsi" w:hAnsiTheme="majorHAnsi" w:cstheme="majorHAnsi"/>
        </w:rPr>
        <w:t xml:space="preserve">the </w:t>
      </w:r>
      <w:r w:rsidRPr="00843BFB">
        <w:rPr>
          <w:rFonts w:asciiTheme="majorHAnsi" w:hAnsiTheme="majorHAnsi" w:cstheme="majorHAnsi"/>
        </w:rPr>
        <w:t>appendix):</w:t>
      </w:r>
    </w:p>
    <w:tbl>
      <w:tblPr>
        <w:tblStyle w:val="TableGrid"/>
        <w:tblW w:w="5000" w:type="pct"/>
        <w:tblLook w:val="04A0" w:firstRow="1" w:lastRow="0" w:firstColumn="1" w:lastColumn="0" w:noHBand="0" w:noVBand="1"/>
      </w:tblPr>
      <w:tblGrid>
        <w:gridCol w:w="5598"/>
        <w:gridCol w:w="3978"/>
      </w:tblGrid>
      <w:tr w:rsidR="00944225" w:rsidRPr="00843BFB" w14:paraId="341DCF29" w14:textId="77777777" w:rsidTr="00BC4816">
        <w:trPr>
          <w:trHeight w:val="269"/>
        </w:trPr>
        <w:tc>
          <w:tcPr>
            <w:tcW w:w="2923" w:type="pct"/>
            <w:shd w:val="clear" w:color="auto" w:fill="F2F2F2" w:themeFill="background1" w:themeFillShade="F2"/>
          </w:tcPr>
          <w:p w14:paraId="2E2DF3BC" w14:textId="77777777" w:rsidR="00944225" w:rsidRPr="00843BFB" w:rsidRDefault="00944225" w:rsidP="007967EC">
            <w:pPr>
              <w:pStyle w:val="NoSpacing"/>
              <w:rPr>
                <w:rFonts w:asciiTheme="majorHAnsi" w:hAnsiTheme="majorHAnsi" w:cstheme="majorHAnsi"/>
                <w:b/>
                <w:bCs/>
              </w:rPr>
            </w:pPr>
            <w:r w:rsidRPr="00843BFB">
              <w:rPr>
                <w:rFonts w:asciiTheme="majorHAnsi" w:hAnsiTheme="majorHAnsi" w:cstheme="majorHAnsi"/>
                <w:b/>
                <w:bCs/>
              </w:rPr>
              <w:t>Material Type</w:t>
            </w:r>
          </w:p>
        </w:tc>
        <w:tc>
          <w:tcPr>
            <w:tcW w:w="2077" w:type="pct"/>
            <w:shd w:val="clear" w:color="auto" w:fill="F2F2F2" w:themeFill="background1" w:themeFillShade="F2"/>
          </w:tcPr>
          <w:p w14:paraId="33EC4040" w14:textId="786E59A6" w:rsidR="00944225" w:rsidRPr="00843BFB" w:rsidRDefault="00944225" w:rsidP="007967EC">
            <w:pPr>
              <w:pStyle w:val="NoSpacing"/>
              <w:rPr>
                <w:rFonts w:asciiTheme="majorHAnsi" w:hAnsiTheme="majorHAnsi" w:cstheme="majorHAnsi"/>
                <w:b/>
                <w:bCs/>
              </w:rPr>
            </w:pPr>
            <w:r>
              <w:rPr>
                <w:rFonts w:asciiTheme="majorHAnsi" w:hAnsiTheme="majorHAnsi" w:cstheme="majorHAnsi"/>
                <w:b/>
                <w:bCs/>
              </w:rPr>
              <w:t>Place an X in the appropriate row</w:t>
            </w:r>
          </w:p>
        </w:tc>
      </w:tr>
      <w:tr w:rsidR="00944225" w:rsidRPr="00843BFB" w14:paraId="01D3C5F9" w14:textId="77777777" w:rsidTr="00BC4816">
        <w:tc>
          <w:tcPr>
            <w:tcW w:w="2923" w:type="pct"/>
          </w:tcPr>
          <w:p w14:paraId="76A13268" w14:textId="77777777"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Recruitment flyers/posters</w:t>
            </w:r>
          </w:p>
        </w:tc>
        <w:tc>
          <w:tcPr>
            <w:tcW w:w="2077" w:type="pct"/>
          </w:tcPr>
          <w:p w14:paraId="2117A9CF" w14:textId="2DCFD434" w:rsidR="00944225" w:rsidRPr="00843BFB" w:rsidRDefault="00944225" w:rsidP="00984BB1">
            <w:pPr>
              <w:pStyle w:val="NoSpacing"/>
              <w:rPr>
                <w:rFonts w:asciiTheme="majorHAnsi" w:hAnsiTheme="majorHAnsi" w:cstheme="majorHAnsi"/>
              </w:rPr>
            </w:pPr>
          </w:p>
        </w:tc>
      </w:tr>
      <w:tr w:rsidR="00944225" w:rsidRPr="00843BFB" w14:paraId="3CE81557" w14:textId="77777777" w:rsidTr="00BC4816">
        <w:tc>
          <w:tcPr>
            <w:tcW w:w="2923" w:type="pct"/>
          </w:tcPr>
          <w:p w14:paraId="345E8965" w14:textId="77777777"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Recruitment emails</w:t>
            </w:r>
          </w:p>
        </w:tc>
        <w:tc>
          <w:tcPr>
            <w:tcW w:w="2077" w:type="pct"/>
          </w:tcPr>
          <w:p w14:paraId="29C9BA6B" w14:textId="190C97B9" w:rsidR="00944225" w:rsidRPr="00843BFB" w:rsidRDefault="00944225" w:rsidP="00984BB1">
            <w:pPr>
              <w:pStyle w:val="NoSpacing"/>
              <w:rPr>
                <w:rFonts w:asciiTheme="majorHAnsi" w:hAnsiTheme="majorHAnsi" w:cstheme="majorHAnsi"/>
              </w:rPr>
            </w:pPr>
          </w:p>
        </w:tc>
      </w:tr>
      <w:tr w:rsidR="00944225" w:rsidRPr="00843BFB" w14:paraId="3F5C5C22" w14:textId="77777777" w:rsidTr="00BC4816">
        <w:tc>
          <w:tcPr>
            <w:tcW w:w="2923" w:type="pct"/>
          </w:tcPr>
          <w:p w14:paraId="2E877C6E" w14:textId="77777777"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Recruitment scripts (verbal)</w:t>
            </w:r>
          </w:p>
        </w:tc>
        <w:tc>
          <w:tcPr>
            <w:tcW w:w="2077" w:type="pct"/>
          </w:tcPr>
          <w:p w14:paraId="1EBD48ED" w14:textId="13255CF7" w:rsidR="00944225" w:rsidRPr="00843BFB" w:rsidRDefault="00944225" w:rsidP="00984BB1">
            <w:pPr>
              <w:pStyle w:val="NoSpacing"/>
              <w:rPr>
                <w:rFonts w:asciiTheme="majorHAnsi" w:hAnsiTheme="majorHAnsi" w:cstheme="majorHAnsi"/>
              </w:rPr>
            </w:pPr>
          </w:p>
        </w:tc>
      </w:tr>
      <w:tr w:rsidR="00944225" w:rsidRPr="00843BFB" w14:paraId="185FF1FD" w14:textId="77777777" w:rsidTr="00BC4816">
        <w:tc>
          <w:tcPr>
            <w:tcW w:w="2923" w:type="pct"/>
          </w:tcPr>
          <w:p w14:paraId="55474949" w14:textId="77777777"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Social media posts</w:t>
            </w:r>
          </w:p>
        </w:tc>
        <w:tc>
          <w:tcPr>
            <w:tcW w:w="2077" w:type="pct"/>
          </w:tcPr>
          <w:p w14:paraId="2AD3538E" w14:textId="1B6C3185" w:rsidR="00944225" w:rsidRPr="00843BFB" w:rsidRDefault="00944225" w:rsidP="00984BB1">
            <w:pPr>
              <w:pStyle w:val="NoSpacing"/>
              <w:rPr>
                <w:rFonts w:asciiTheme="majorHAnsi" w:hAnsiTheme="majorHAnsi" w:cstheme="majorHAnsi"/>
              </w:rPr>
            </w:pPr>
          </w:p>
        </w:tc>
      </w:tr>
      <w:tr w:rsidR="00944225" w:rsidRPr="00843BFB" w14:paraId="024690E2" w14:textId="77777777" w:rsidTr="00BC4816">
        <w:tc>
          <w:tcPr>
            <w:tcW w:w="2923" w:type="pct"/>
          </w:tcPr>
          <w:p w14:paraId="33D333C1" w14:textId="77777777"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Announcements (classroom, organization)</w:t>
            </w:r>
          </w:p>
        </w:tc>
        <w:tc>
          <w:tcPr>
            <w:tcW w:w="2077" w:type="pct"/>
          </w:tcPr>
          <w:p w14:paraId="48753979" w14:textId="20B4813A" w:rsidR="00944225" w:rsidRPr="00843BFB" w:rsidRDefault="00944225" w:rsidP="00984BB1">
            <w:pPr>
              <w:pStyle w:val="NoSpacing"/>
              <w:rPr>
                <w:rFonts w:asciiTheme="majorHAnsi" w:hAnsiTheme="majorHAnsi" w:cstheme="majorHAnsi"/>
              </w:rPr>
            </w:pPr>
          </w:p>
        </w:tc>
      </w:tr>
      <w:tr w:rsidR="00944225" w:rsidRPr="00843BFB" w14:paraId="7AF11C35" w14:textId="77777777" w:rsidTr="00BC4816">
        <w:tc>
          <w:tcPr>
            <w:tcW w:w="2923" w:type="pct"/>
          </w:tcPr>
          <w:p w14:paraId="6830E7A5" w14:textId="77777777"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Letters to potential participants</w:t>
            </w:r>
          </w:p>
        </w:tc>
        <w:tc>
          <w:tcPr>
            <w:tcW w:w="2077" w:type="pct"/>
          </w:tcPr>
          <w:p w14:paraId="373391F7" w14:textId="47CE539B" w:rsidR="00944225" w:rsidRPr="00843BFB" w:rsidRDefault="00944225" w:rsidP="00984BB1">
            <w:pPr>
              <w:pStyle w:val="NoSpacing"/>
              <w:rPr>
                <w:rFonts w:asciiTheme="majorHAnsi" w:hAnsiTheme="majorHAnsi" w:cstheme="majorHAnsi"/>
              </w:rPr>
            </w:pPr>
          </w:p>
        </w:tc>
      </w:tr>
      <w:tr w:rsidR="00944225" w:rsidRPr="00843BFB" w14:paraId="7A6DB7A2" w14:textId="77777777" w:rsidTr="00BC4816">
        <w:tc>
          <w:tcPr>
            <w:tcW w:w="2923" w:type="pct"/>
          </w:tcPr>
          <w:p w14:paraId="0ED425DA" w14:textId="13BDC50A" w:rsidR="00944225" w:rsidRPr="00843BFB" w:rsidRDefault="00944225" w:rsidP="00984BB1">
            <w:pPr>
              <w:pStyle w:val="NoSpacing"/>
              <w:rPr>
                <w:rFonts w:asciiTheme="majorHAnsi" w:hAnsiTheme="majorHAnsi" w:cstheme="majorHAnsi"/>
              </w:rPr>
            </w:pPr>
            <w:r w:rsidRPr="00843BFB">
              <w:rPr>
                <w:rFonts w:asciiTheme="majorHAnsi" w:hAnsiTheme="majorHAnsi" w:cstheme="majorHAnsi"/>
              </w:rPr>
              <w:t xml:space="preserve">Other (specify): </w:t>
            </w:r>
          </w:p>
        </w:tc>
        <w:tc>
          <w:tcPr>
            <w:tcW w:w="2077" w:type="pct"/>
          </w:tcPr>
          <w:p w14:paraId="7BBCD4C3" w14:textId="516A2A5D" w:rsidR="00944225" w:rsidRPr="00843BFB" w:rsidRDefault="00944225" w:rsidP="00984BB1">
            <w:pPr>
              <w:pStyle w:val="NoSpacing"/>
              <w:rPr>
                <w:rFonts w:asciiTheme="majorHAnsi" w:hAnsiTheme="majorHAnsi" w:cstheme="majorHAnsi"/>
              </w:rPr>
            </w:pPr>
          </w:p>
        </w:tc>
      </w:tr>
    </w:tbl>
    <w:p w14:paraId="27CE1725" w14:textId="77777777" w:rsidR="004F7A68" w:rsidRPr="00843BFB" w:rsidRDefault="009B633C">
      <w:pPr>
        <w:pStyle w:val="Heading3"/>
        <w:rPr>
          <w:rFonts w:cstheme="majorHAnsi"/>
        </w:rPr>
      </w:pPr>
      <w:r w:rsidRPr="00843BFB">
        <w:rPr>
          <w:rFonts w:cstheme="majorHAnsi"/>
        </w:rPr>
        <w:t>3.3 Incentives and Compensation</w:t>
      </w:r>
    </w:p>
    <w:p w14:paraId="285AAD07"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any incentives, compensation, or rewards participants will receive for participating. Include the type (money, gift cards, course credit, etc.), amount/value, and when it will be provided. If </w:t>
      </w:r>
      <w:proofErr w:type="gramStart"/>
      <w:r w:rsidRPr="00843BFB">
        <w:rPr>
          <w:rFonts w:asciiTheme="majorHAnsi" w:hAnsiTheme="majorHAnsi" w:cstheme="majorHAnsi"/>
        </w:rPr>
        <w:t>participants will</w:t>
      </w:r>
      <w:proofErr w:type="gramEnd"/>
      <w:r w:rsidRPr="00843BFB">
        <w:rPr>
          <w:rFonts w:asciiTheme="majorHAnsi" w:hAnsiTheme="majorHAnsi" w:cstheme="majorHAnsi"/>
        </w:rPr>
        <w:t xml:space="preserve"> receive partial compensation for partial completion, explain how this will work. If no incentives are offered, state "No incentives or compensation will be provided."</w:t>
      </w:r>
    </w:p>
    <w:p w14:paraId="39AC9D11" w14:textId="77777777" w:rsidR="004F7A68" w:rsidRPr="00843BFB" w:rsidRDefault="009B633C">
      <w:pPr>
        <w:rPr>
          <w:rFonts w:asciiTheme="majorHAnsi" w:hAnsiTheme="majorHAnsi" w:cstheme="majorHAnsi"/>
        </w:rPr>
      </w:pPr>
      <w:r w:rsidRPr="00843BFB">
        <w:rPr>
          <w:rFonts w:asciiTheme="majorHAnsi" w:hAnsiTheme="majorHAnsi" w:cstheme="majorHAnsi"/>
          <w:b/>
        </w:rPr>
        <w:t>Important:</w:t>
      </w:r>
      <w:r w:rsidRPr="00843BFB">
        <w:rPr>
          <w:rFonts w:asciiTheme="majorHAnsi" w:hAnsiTheme="majorHAnsi" w:cstheme="majorHAnsi"/>
        </w:rPr>
        <w:t xml:space="preserve"> Incentives should not be so large that they become coercive (i.e., people feel they cannot refuse to participate because they need the money/credit).</w:t>
      </w:r>
    </w:p>
    <w:p w14:paraId="11E6B8E6" w14:textId="77777777" w:rsidR="004F7A68" w:rsidRPr="00843BFB" w:rsidRDefault="009B633C">
      <w:pPr>
        <w:rPr>
          <w:rFonts w:asciiTheme="majorHAnsi" w:hAnsiTheme="majorHAnsi" w:cstheme="majorHAnsi"/>
        </w:rPr>
      </w:pPr>
      <w:r w:rsidRPr="00843BFB">
        <w:rPr>
          <w:rFonts w:asciiTheme="majorHAnsi" w:hAnsiTheme="majorHAnsi" w:cstheme="majorHAnsi"/>
          <w:b/>
        </w:rPr>
        <w:t>Incentives and Compensation:</w:t>
      </w:r>
    </w:p>
    <w:p w14:paraId="5B500BA5" w14:textId="77777777" w:rsidR="004F7A68" w:rsidRPr="00843BFB"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0E7D6796" w14:textId="77777777" w:rsidR="004F7A68" w:rsidRPr="00843BFB" w:rsidRDefault="009B633C">
      <w:pPr>
        <w:pStyle w:val="Heading3"/>
        <w:rPr>
          <w:rFonts w:cstheme="majorHAnsi"/>
        </w:rPr>
      </w:pPr>
      <w:r w:rsidRPr="00843BFB">
        <w:rPr>
          <w:rFonts w:cstheme="majorHAnsi"/>
        </w:rPr>
        <w:t>3.4 Use of Deception</w:t>
      </w:r>
    </w:p>
    <w:p w14:paraId="7BFB9212"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Deception occurs when participants are intentionally misled about the purpose, procedures, or other aspects of the research. If your study involves any form of deception, you must explain what information will be withheld or misrepresented, why deception is necessary for the research, and how participants will be debriefed afterward. If no deception is involved, state "This study does not involve deception."</w:t>
      </w:r>
    </w:p>
    <w:p w14:paraId="4608B1CD" w14:textId="77777777" w:rsidR="004F7A68" w:rsidRPr="00843BFB" w:rsidRDefault="009B633C">
      <w:pPr>
        <w:rPr>
          <w:rFonts w:asciiTheme="majorHAnsi" w:hAnsiTheme="majorHAnsi" w:cstheme="majorHAnsi"/>
        </w:rPr>
      </w:pPr>
      <w:r w:rsidRPr="00843BFB">
        <w:rPr>
          <w:rFonts w:asciiTheme="majorHAnsi" w:hAnsiTheme="majorHAnsi" w:cstheme="majorHAnsi"/>
          <w:b/>
        </w:rPr>
        <w:t>Use of Deception:</w:t>
      </w:r>
    </w:p>
    <w:p w14:paraId="5699E59B" w14:textId="77777777" w:rsidR="004F7A68" w:rsidRPr="00843BFB"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4A4DB180" w14:textId="77777777" w:rsidR="004F7A68" w:rsidRPr="00843BFB" w:rsidRDefault="009B633C">
      <w:pPr>
        <w:pStyle w:val="Heading3"/>
        <w:rPr>
          <w:rFonts w:cstheme="majorHAnsi"/>
        </w:rPr>
      </w:pPr>
      <w:r w:rsidRPr="00843BFB">
        <w:rPr>
          <w:rFonts w:cstheme="majorHAnsi"/>
        </w:rPr>
        <w:t>3.5 Informed Consent Process</w:t>
      </w:r>
    </w:p>
    <w:p w14:paraId="219F6932" w14:textId="2E49002E"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exactly how and when you will obtain informed consent from participants. Where will consent take place? Who will obtain consent? How will you ensure participants understand what </w:t>
      </w:r>
      <w:r w:rsidRPr="00843BFB">
        <w:rPr>
          <w:rFonts w:asciiTheme="majorHAnsi" w:hAnsiTheme="majorHAnsi" w:cstheme="majorHAnsi"/>
        </w:rPr>
        <w:lastRenderedPageBreak/>
        <w:t>they are consenting to? Will consent be documented with a signature, or are you requesting a waiver of signed consent? For online studies, how will consent be obtained?</w:t>
      </w:r>
    </w:p>
    <w:p w14:paraId="7B937A01" w14:textId="77777777" w:rsidR="004F7A68" w:rsidRPr="00843BFB" w:rsidRDefault="009B633C">
      <w:pPr>
        <w:rPr>
          <w:rFonts w:asciiTheme="majorHAnsi" w:hAnsiTheme="majorHAnsi" w:cstheme="majorHAnsi"/>
        </w:rPr>
      </w:pPr>
      <w:r w:rsidRPr="00843BFB">
        <w:rPr>
          <w:rFonts w:asciiTheme="majorHAnsi" w:hAnsiTheme="majorHAnsi" w:cstheme="majorHAnsi"/>
          <w:b/>
        </w:rPr>
        <w:t>Important:</w:t>
      </w:r>
      <w:r w:rsidRPr="00843BFB">
        <w:rPr>
          <w:rFonts w:asciiTheme="majorHAnsi" w:hAnsiTheme="majorHAnsi" w:cstheme="majorHAnsi"/>
        </w:rPr>
        <w:t xml:space="preserve"> Your informed consent form must be included in the appendix and must include all required elements (see Section 3.6 below).</w:t>
      </w:r>
    </w:p>
    <w:p w14:paraId="4DA9E42F" w14:textId="77777777" w:rsidR="004F7A68" w:rsidRPr="00843BFB" w:rsidRDefault="009B633C">
      <w:pPr>
        <w:rPr>
          <w:rFonts w:asciiTheme="majorHAnsi" w:hAnsiTheme="majorHAnsi" w:cstheme="majorHAnsi"/>
        </w:rPr>
      </w:pPr>
      <w:r w:rsidRPr="00843BFB">
        <w:rPr>
          <w:rFonts w:asciiTheme="majorHAnsi" w:hAnsiTheme="majorHAnsi" w:cstheme="majorHAnsi"/>
          <w:b/>
        </w:rPr>
        <w:t>Informed Consent Process:</w:t>
      </w:r>
    </w:p>
    <w:p w14:paraId="09A3AC41" w14:textId="77777777" w:rsidR="004F7A68" w:rsidRPr="00843BFB"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02FF9715" w14:textId="77777777" w:rsidR="004F7A68" w:rsidRPr="00843BFB" w:rsidRDefault="009B633C">
      <w:pPr>
        <w:pStyle w:val="Heading3"/>
        <w:rPr>
          <w:rFonts w:cstheme="majorHAnsi"/>
        </w:rPr>
      </w:pPr>
      <w:r w:rsidRPr="00843BFB">
        <w:rPr>
          <w:rFonts w:cstheme="majorHAnsi"/>
        </w:rPr>
        <w:t>3.6 Consent Documentation</w:t>
      </w:r>
    </w:p>
    <w:p w14:paraId="2253B5E8"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Indicate what type of consent documentation you will use and confirm that required forms are included in your appendix.</w:t>
      </w:r>
    </w:p>
    <w:p w14:paraId="00763E62" w14:textId="198487B7" w:rsidR="004F7A68" w:rsidRPr="00843BFB" w:rsidRDefault="009B633C">
      <w:pPr>
        <w:rPr>
          <w:rFonts w:asciiTheme="majorHAnsi" w:hAnsiTheme="majorHAnsi" w:cstheme="majorHAnsi"/>
        </w:rPr>
      </w:pPr>
      <w:r w:rsidRPr="00843BFB">
        <w:rPr>
          <w:rFonts w:asciiTheme="majorHAnsi" w:hAnsiTheme="majorHAnsi" w:cstheme="majorHAnsi"/>
          <w:b/>
        </w:rPr>
        <w:t>Consent Documentation</w:t>
      </w:r>
      <w:r w:rsidRPr="00843BFB">
        <w:rPr>
          <w:rFonts w:asciiTheme="majorHAnsi" w:hAnsiTheme="majorHAnsi" w:cstheme="majorHAnsi"/>
        </w:rPr>
        <w:t xml:space="preserve"> </w:t>
      </w:r>
      <w:r w:rsidR="007F6B49" w:rsidRPr="00843BFB">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508"/>
        <w:gridCol w:w="4068"/>
      </w:tblGrid>
      <w:tr w:rsidR="006C4892" w:rsidRPr="00843BFB" w14:paraId="2249C64B" w14:textId="77777777" w:rsidTr="0096077C">
        <w:tc>
          <w:tcPr>
            <w:tcW w:w="2876" w:type="pct"/>
            <w:shd w:val="clear" w:color="auto" w:fill="F2F2F2" w:themeFill="background1" w:themeFillShade="F2"/>
          </w:tcPr>
          <w:p w14:paraId="5343E973" w14:textId="77777777" w:rsidR="006C4892" w:rsidRPr="00583E9B" w:rsidRDefault="006C4892" w:rsidP="007967EC">
            <w:pPr>
              <w:pStyle w:val="NoSpacing"/>
              <w:rPr>
                <w:rFonts w:asciiTheme="majorHAnsi" w:hAnsiTheme="majorHAnsi" w:cstheme="majorHAnsi"/>
                <w:b/>
                <w:bCs/>
              </w:rPr>
            </w:pPr>
            <w:r w:rsidRPr="00583E9B">
              <w:rPr>
                <w:rFonts w:asciiTheme="majorHAnsi" w:hAnsiTheme="majorHAnsi" w:cstheme="majorHAnsi"/>
                <w:b/>
                <w:bCs/>
              </w:rPr>
              <w:t>Document Type</w:t>
            </w:r>
          </w:p>
        </w:tc>
        <w:tc>
          <w:tcPr>
            <w:tcW w:w="2124" w:type="pct"/>
            <w:shd w:val="clear" w:color="auto" w:fill="F2F2F2" w:themeFill="background1" w:themeFillShade="F2"/>
          </w:tcPr>
          <w:p w14:paraId="6F5FD54A" w14:textId="416384C1" w:rsidR="006C4892" w:rsidRPr="00583E9B" w:rsidRDefault="006C4892" w:rsidP="007967EC">
            <w:pPr>
              <w:pStyle w:val="NoSpacing"/>
              <w:rPr>
                <w:rFonts w:asciiTheme="majorHAnsi" w:hAnsiTheme="majorHAnsi" w:cstheme="majorHAnsi"/>
                <w:b/>
                <w:bCs/>
              </w:rPr>
            </w:pPr>
            <w:r>
              <w:rPr>
                <w:rFonts w:asciiTheme="majorHAnsi" w:hAnsiTheme="majorHAnsi" w:cstheme="majorHAnsi"/>
                <w:b/>
                <w:bCs/>
              </w:rPr>
              <w:t>Place an X in the appropriate row</w:t>
            </w:r>
          </w:p>
        </w:tc>
      </w:tr>
      <w:tr w:rsidR="006C4892" w:rsidRPr="00843BFB" w14:paraId="247CC3B9" w14:textId="77777777" w:rsidTr="0096077C">
        <w:tc>
          <w:tcPr>
            <w:tcW w:w="2876" w:type="pct"/>
          </w:tcPr>
          <w:p w14:paraId="03490204" w14:textId="77777777" w:rsidR="006C4892" w:rsidRPr="00843BFB" w:rsidRDefault="006C4892" w:rsidP="007967EC">
            <w:pPr>
              <w:pStyle w:val="NoSpacing"/>
              <w:rPr>
                <w:rFonts w:asciiTheme="majorHAnsi" w:hAnsiTheme="majorHAnsi" w:cstheme="majorHAnsi"/>
              </w:rPr>
            </w:pPr>
            <w:r w:rsidRPr="00843BFB">
              <w:rPr>
                <w:rFonts w:asciiTheme="majorHAnsi" w:hAnsiTheme="majorHAnsi" w:cstheme="majorHAnsi"/>
              </w:rPr>
              <w:t>Adult informed consent form</w:t>
            </w:r>
          </w:p>
        </w:tc>
        <w:tc>
          <w:tcPr>
            <w:tcW w:w="2124" w:type="pct"/>
          </w:tcPr>
          <w:p w14:paraId="22DF13F8" w14:textId="12007AC3" w:rsidR="006C4892" w:rsidRPr="00843BFB" w:rsidRDefault="006C4892" w:rsidP="007967EC">
            <w:pPr>
              <w:pStyle w:val="NoSpacing"/>
              <w:rPr>
                <w:rFonts w:asciiTheme="majorHAnsi" w:hAnsiTheme="majorHAnsi" w:cstheme="majorHAnsi"/>
              </w:rPr>
            </w:pPr>
          </w:p>
        </w:tc>
      </w:tr>
      <w:tr w:rsidR="006C4892" w:rsidRPr="00843BFB" w14:paraId="41B69F10" w14:textId="77777777" w:rsidTr="0096077C">
        <w:tc>
          <w:tcPr>
            <w:tcW w:w="2876" w:type="pct"/>
          </w:tcPr>
          <w:p w14:paraId="6B7978C6" w14:textId="77777777" w:rsidR="006C4892" w:rsidRPr="00843BFB" w:rsidRDefault="006C4892" w:rsidP="007967EC">
            <w:pPr>
              <w:pStyle w:val="NoSpacing"/>
              <w:rPr>
                <w:rFonts w:asciiTheme="majorHAnsi" w:hAnsiTheme="majorHAnsi" w:cstheme="majorHAnsi"/>
              </w:rPr>
            </w:pPr>
            <w:r w:rsidRPr="00843BFB">
              <w:rPr>
                <w:rFonts w:asciiTheme="majorHAnsi" w:hAnsiTheme="majorHAnsi" w:cstheme="majorHAnsi"/>
              </w:rPr>
              <w:t>Information sheet (for anonymous surveys)</w:t>
            </w:r>
          </w:p>
        </w:tc>
        <w:tc>
          <w:tcPr>
            <w:tcW w:w="2124" w:type="pct"/>
          </w:tcPr>
          <w:p w14:paraId="2E1B3D8A" w14:textId="79FCEAF1" w:rsidR="006C4892" w:rsidRPr="00843BFB" w:rsidRDefault="006C4892" w:rsidP="007967EC">
            <w:pPr>
              <w:pStyle w:val="NoSpacing"/>
              <w:rPr>
                <w:rFonts w:asciiTheme="majorHAnsi" w:hAnsiTheme="majorHAnsi" w:cstheme="majorHAnsi"/>
              </w:rPr>
            </w:pPr>
          </w:p>
        </w:tc>
      </w:tr>
      <w:tr w:rsidR="006C4892" w:rsidRPr="00843BFB" w14:paraId="4AC684E1" w14:textId="77777777" w:rsidTr="0096077C">
        <w:tc>
          <w:tcPr>
            <w:tcW w:w="2876" w:type="pct"/>
          </w:tcPr>
          <w:p w14:paraId="1600F850" w14:textId="77777777" w:rsidR="006C4892" w:rsidRPr="00843BFB" w:rsidRDefault="006C4892" w:rsidP="007967EC">
            <w:pPr>
              <w:pStyle w:val="NoSpacing"/>
              <w:rPr>
                <w:rFonts w:asciiTheme="majorHAnsi" w:hAnsiTheme="majorHAnsi" w:cstheme="majorHAnsi"/>
              </w:rPr>
            </w:pPr>
            <w:r w:rsidRPr="00843BFB">
              <w:rPr>
                <w:rFonts w:asciiTheme="majorHAnsi" w:hAnsiTheme="majorHAnsi" w:cstheme="majorHAnsi"/>
              </w:rPr>
              <w:t>Requesting waiver of signed consent</w:t>
            </w:r>
          </w:p>
        </w:tc>
        <w:tc>
          <w:tcPr>
            <w:tcW w:w="2124" w:type="pct"/>
          </w:tcPr>
          <w:p w14:paraId="3E42E430" w14:textId="5CD5DE96" w:rsidR="006C4892" w:rsidRPr="00843BFB" w:rsidRDefault="006C4892" w:rsidP="007967EC">
            <w:pPr>
              <w:pStyle w:val="NoSpacing"/>
              <w:rPr>
                <w:rFonts w:asciiTheme="majorHAnsi" w:hAnsiTheme="majorHAnsi" w:cstheme="majorHAnsi"/>
              </w:rPr>
            </w:pPr>
          </w:p>
        </w:tc>
      </w:tr>
      <w:tr w:rsidR="006C4892" w:rsidRPr="00843BFB" w14:paraId="13E3B6B8" w14:textId="77777777" w:rsidTr="0096077C">
        <w:tc>
          <w:tcPr>
            <w:tcW w:w="2876" w:type="pct"/>
          </w:tcPr>
          <w:p w14:paraId="3CE4911E" w14:textId="77777777" w:rsidR="006C4892" w:rsidRPr="00843BFB" w:rsidRDefault="006C4892" w:rsidP="007967EC">
            <w:pPr>
              <w:pStyle w:val="NoSpacing"/>
              <w:rPr>
                <w:rFonts w:asciiTheme="majorHAnsi" w:hAnsiTheme="majorHAnsi" w:cstheme="majorHAnsi"/>
              </w:rPr>
            </w:pPr>
            <w:r w:rsidRPr="00843BFB">
              <w:rPr>
                <w:rFonts w:asciiTheme="majorHAnsi" w:hAnsiTheme="majorHAnsi" w:cstheme="majorHAnsi"/>
              </w:rPr>
              <w:t>Requesting waiver of consent documentation</w:t>
            </w:r>
          </w:p>
        </w:tc>
        <w:tc>
          <w:tcPr>
            <w:tcW w:w="2124" w:type="pct"/>
          </w:tcPr>
          <w:p w14:paraId="279FFC86" w14:textId="2129D5B1" w:rsidR="006C4892" w:rsidRPr="00843BFB" w:rsidRDefault="006C4892" w:rsidP="007967EC">
            <w:pPr>
              <w:pStyle w:val="NoSpacing"/>
              <w:rPr>
                <w:rFonts w:asciiTheme="majorHAnsi" w:hAnsiTheme="majorHAnsi" w:cstheme="majorHAnsi"/>
              </w:rPr>
            </w:pPr>
          </w:p>
        </w:tc>
      </w:tr>
      <w:tr w:rsidR="006C4892" w:rsidRPr="00843BFB" w14:paraId="6F43EADD" w14:textId="77777777" w:rsidTr="0096077C">
        <w:tc>
          <w:tcPr>
            <w:tcW w:w="2876" w:type="pct"/>
          </w:tcPr>
          <w:p w14:paraId="0B3422B5" w14:textId="2C0A3496" w:rsidR="006C4892" w:rsidRPr="00843BFB" w:rsidRDefault="006C4892" w:rsidP="007967EC">
            <w:pPr>
              <w:pStyle w:val="NoSpacing"/>
              <w:rPr>
                <w:rFonts w:asciiTheme="majorHAnsi" w:hAnsiTheme="majorHAnsi" w:cstheme="majorHAnsi"/>
              </w:rPr>
            </w:pPr>
            <w:r>
              <w:rPr>
                <w:rFonts w:asciiTheme="majorHAnsi" w:hAnsiTheme="majorHAnsi" w:cstheme="majorHAnsi"/>
              </w:rPr>
              <w:t>Other (specify below)</w:t>
            </w:r>
          </w:p>
        </w:tc>
        <w:tc>
          <w:tcPr>
            <w:tcW w:w="2124" w:type="pct"/>
          </w:tcPr>
          <w:p w14:paraId="6A2423DD" w14:textId="77777777" w:rsidR="006C4892" w:rsidRPr="00843BFB" w:rsidRDefault="006C4892" w:rsidP="007967EC">
            <w:pPr>
              <w:pStyle w:val="NoSpacing"/>
              <w:rPr>
                <w:rFonts w:asciiTheme="majorHAnsi" w:hAnsiTheme="majorHAnsi" w:cstheme="majorHAnsi"/>
              </w:rPr>
            </w:pPr>
          </w:p>
        </w:tc>
      </w:tr>
    </w:tbl>
    <w:p w14:paraId="21E5775A" w14:textId="1E903556" w:rsidR="004F7A68" w:rsidRPr="00843BFB" w:rsidRDefault="004C181E">
      <w:pPr>
        <w:rPr>
          <w:rFonts w:asciiTheme="majorHAnsi" w:hAnsiTheme="majorHAnsi" w:cstheme="majorHAnsi"/>
        </w:rPr>
      </w:pPr>
      <w:r>
        <w:rPr>
          <w:rFonts w:asciiTheme="majorHAnsi" w:hAnsiTheme="majorHAnsi" w:cstheme="majorHAnsi"/>
          <w:b/>
        </w:rPr>
        <w:br/>
      </w:r>
      <w:r w:rsidR="009B633C" w:rsidRPr="00843BFB">
        <w:rPr>
          <w:rFonts w:asciiTheme="majorHAnsi" w:hAnsiTheme="majorHAnsi" w:cstheme="majorHAnsi"/>
          <w:b/>
        </w:rPr>
        <w:t>If requesting a waiver of consent or consent documentation, provide justification:</w:t>
      </w:r>
    </w:p>
    <w:p w14:paraId="7B208E9C" w14:textId="77777777" w:rsidR="004F7A68" w:rsidRPr="00843BFB" w:rsidRDefault="009B633C" w:rsidP="007F6B4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0355D4C9"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4: RESEARCH PROCEDURES AND DATA COLLECTION</w:t>
      </w:r>
    </w:p>
    <w:p w14:paraId="0ED0C33E" w14:textId="77777777" w:rsidR="004F7A68" w:rsidRPr="00843BFB" w:rsidRDefault="009B633C">
      <w:pPr>
        <w:pStyle w:val="Heading3"/>
        <w:rPr>
          <w:rFonts w:cstheme="majorHAnsi"/>
        </w:rPr>
      </w:pPr>
      <w:r w:rsidRPr="00843BFB">
        <w:rPr>
          <w:rFonts w:cstheme="majorHAnsi"/>
        </w:rPr>
        <w:t>4.1 Data Collection Methods</w:t>
      </w:r>
    </w:p>
    <w:p w14:paraId="79DED90B"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Indicate all methods you will use to collect data. Check all that apply. Detailed procedures for each method should be described in Section 4.2.</w:t>
      </w:r>
    </w:p>
    <w:p w14:paraId="75396BAF" w14:textId="21C5D84B" w:rsidR="004F7A68" w:rsidRPr="00843BFB" w:rsidRDefault="009B633C">
      <w:pPr>
        <w:rPr>
          <w:rFonts w:asciiTheme="majorHAnsi" w:hAnsiTheme="majorHAnsi" w:cstheme="majorHAnsi"/>
        </w:rPr>
      </w:pPr>
      <w:r w:rsidRPr="00843BFB">
        <w:rPr>
          <w:rFonts w:asciiTheme="majorHAnsi" w:hAnsiTheme="majorHAnsi" w:cstheme="majorHAnsi"/>
          <w:b/>
        </w:rPr>
        <w:t>Data Collection Methods</w:t>
      </w:r>
      <w:r w:rsidRPr="00843BFB">
        <w:rPr>
          <w:rFonts w:asciiTheme="majorHAnsi" w:hAnsiTheme="majorHAnsi" w:cstheme="majorHAnsi"/>
        </w:rPr>
        <w:t xml:space="preserve"> </w:t>
      </w:r>
      <w:r w:rsidR="007F6B49" w:rsidRPr="00843BFB">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508"/>
        <w:gridCol w:w="4068"/>
      </w:tblGrid>
      <w:tr w:rsidR="0068751F" w:rsidRPr="00843BFB" w14:paraId="4CE3817E" w14:textId="6F1C2D05" w:rsidTr="0068751F">
        <w:tc>
          <w:tcPr>
            <w:tcW w:w="2876" w:type="pct"/>
            <w:shd w:val="clear" w:color="auto" w:fill="F2F2F2" w:themeFill="background1" w:themeFillShade="F2"/>
          </w:tcPr>
          <w:p w14:paraId="36E51FF8" w14:textId="77777777" w:rsidR="0068751F" w:rsidRPr="004C181E" w:rsidRDefault="0068751F" w:rsidP="007967EC">
            <w:pPr>
              <w:pStyle w:val="NoSpacing"/>
              <w:rPr>
                <w:rFonts w:asciiTheme="majorHAnsi" w:hAnsiTheme="majorHAnsi" w:cstheme="majorHAnsi"/>
                <w:b/>
                <w:bCs/>
              </w:rPr>
            </w:pPr>
            <w:r w:rsidRPr="004C181E">
              <w:rPr>
                <w:rFonts w:asciiTheme="majorHAnsi" w:hAnsiTheme="majorHAnsi" w:cstheme="majorHAnsi"/>
                <w:b/>
                <w:bCs/>
              </w:rPr>
              <w:t>Method</w:t>
            </w:r>
          </w:p>
        </w:tc>
        <w:tc>
          <w:tcPr>
            <w:tcW w:w="2124" w:type="pct"/>
            <w:shd w:val="clear" w:color="auto" w:fill="F2F2F2" w:themeFill="background1" w:themeFillShade="F2"/>
          </w:tcPr>
          <w:p w14:paraId="0F084FA1" w14:textId="37DCE3D3" w:rsidR="0068751F" w:rsidRPr="004C181E" w:rsidRDefault="0068751F" w:rsidP="007967EC">
            <w:pPr>
              <w:pStyle w:val="NoSpacing"/>
              <w:rPr>
                <w:rFonts w:asciiTheme="majorHAnsi" w:hAnsiTheme="majorHAnsi" w:cstheme="majorHAnsi"/>
                <w:b/>
                <w:bCs/>
              </w:rPr>
            </w:pPr>
            <w:r>
              <w:rPr>
                <w:rFonts w:asciiTheme="majorHAnsi" w:hAnsiTheme="majorHAnsi" w:cstheme="majorHAnsi"/>
                <w:b/>
                <w:bCs/>
              </w:rPr>
              <w:t>Place an X in the appropriate row</w:t>
            </w:r>
          </w:p>
        </w:tc>
      </w:tr>
      <w:tr w:rsidR="0068751F" w:rsidRPr="00843BFB" w14:paraId="78E1F79F" w14:textId="76DC8235" w:rsidTr="0068751F">
        <w:tc>
          <w:tcPr>
            <w:tcW w:w="2876" w:type="pct"/>
          </w:tcPr>
          <w:p w14:paraId="4EEBACD8"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Survey/Questionnaire (online)</w:t>
            </w:r>
          </w:p>
        </w:tc>
        <w:tc>
          <w:tcPr>
            <w:tcW w:w="2124" w:type="pct"/>
          </w:tcPr>
          <w:p w14:paraId="4252ADCA" w14:textId="3090FD20" w:rsidR="0068751F" w:rsidRPr="00843BFB" w:rsidRDefault="0068751F" w:rsidP="007967EC">
            <w:pPr>
              <w:pStyle w:val="NoSpacing"/>
              <w:rPr>
                <w:rFonts w:asciiTheme="majorHAnsi" w:hAnsiTheme="majorHAnsi" w:cstheme="majorHAnsi"/>
              </w:rPr>
            </w:pPr>
          </w:p>
        </w:tc>
      </w:tr>
      <w:tr w:rsidR="0068751F" w:rsidRPr="00843BFB" w14:paraId="6521DAD5" w14:textId="54531E1F" w:rsidTr="0068751F">
        <w:tc>
          <w:tcPr>
            <w:tcW w:w="2876" w:type="pct"/>
          </w:tcPr>
          <w:p w14:paraId="0FE5756B"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Survey/Questionnaire (paper)</w:t>
            </w:r>
          </w:p>
        </w:tc>
        <w:tc>
          <w:tcPr>
            <w:tcW w:w="2124" w:type="pct"/>
          </w:tcPr>
          <w:p w14:paraId="70D637A6" w14:textId="454B8CAA" w:rsidR="0068751F" w:rsidRPr="00843BFB" w:rsidRDefault="0068751F" w:rsidP="007967EC">
            <w:pPr>
              <w:pStyle w:val="NoSpacing"/>
              <w:rPr>
                <w:rFonts w:asciiTheme="majorHAnsi" w:hAnsiTheme="majorHAnsi" w:cstheme="majorHAnsi"/>
              </w:rPr>
            </w:pPr>
          </w:p>
        </w:tc>
      </w:tr>
      <w:tr w:rsidR="0068751F" w:rsidRPr="00843BFB" w14:paraId="06581719" w14:textId="6D3D439D" w:rsidTr="0068751F">
        <w:tc>
          <w:tcPr>
            <w:tcW w:w="2876" w:type="pct"/>
          </w:tcPr>
          <w:p w14:paraId="5ED4FD36"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Individual interviews (in-person)</w:t>
            </w:r>
          </w:p>
        </w:tc>
        <w:tc>
          <w:tcPr>
            <w:tcW w:w="2124" w:type="pct"/>
          </w:tcPr>
          <w:p w14:paraId="2C02E6AC" w14:textId="7E604001" w:rsidR="0068751F" w:rsidRPr="00843BFB" w:rsidRDefault="0068751F" w:rsidP="007967EC">
            <w:pPr>
              <w:pStyle w:val="NoSpacing"/>
              <w:rPr>
                <w:rFonts w:asciiTheme="majorHAnsi" w:hAnsiTheme="majorHAnsi" w:cstheme="majorHAnsi"/>
              </w:rPr>
            </w:pPr>
          </w:p>
        </w:tc>
      </w:tr>
      <w:tr w:rsidR="0068751F" w:rsidRPr="00843BFB" w14:paraId="6E16DC70" w14:textId="2EA93CC0" w:rsidTr="0068751F">
        <w:tc>
          <w:tcPr>
            <w:tcW w:w="2876" w:type="pct"/>
          </w:tcPr>
          <w:p w14:paraId="7C7ADFE9"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Individual interviews (phone/video)</w:t>
            </w:r>
          </w:p>
        </w:tc>
        <w:tc>
          <w:tcPr>
            <w:tcW w:w="2124" w:type="pct"/>
          </w:tcPr>
          <w:p w14:paraId="10ECF8F0" w14:textId="4D8455EE" w:rsidR="0068751F" w:rsidRPr="00843BFB" w:rsidRDefault="0068751F" w:rsidP="007967EC">
            <w:pPr>
              <w:pStyle w:val="NoSpacing"/>
              <w:rPr>
                <w:rFonts w:asciiTheme="majorHAnsi" w:hAnsiTheme="majorHAnsi" w:cstheme="majorHAnsi"/>
              </w:rPr>
            </w:pPr>
          </w:p>
        </w:tc>
      </w:tr>
      <w:tr w:rsidR="0068751F" w:rsidRPr="00843BFB" w14:paraId="1D635E7E" w14:textId="3ED6A790" w:rsidTr="0068751F">
        <w:tc>
          <w:tcPr>
            <w:tcW w:w="2876" w:type="pct"/>
          </w:tcPr>
          <w:p w14:paraId="7E1398F0"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Focus groups</w:t>
            </w:r>
          </w:p>
        </w:tc>
        <w:tc>
          <w:tcPr>
            <w:tcW w:w="2124" w:type="pct"/>
          </w:tcPr>
          <w:p w14:paraId="50DF30E3" w14:textId="68E17721" w:rsidR="0068751F" w:rsidRPr="00843BFB" w:rsidRDefault="0068751F" w:rsidP="007967EC">
            <w:pPr>
              <w:pStyle w:val="NoSpacing"/>
              <w:rPr>
                <w:rFonts w:asciiTheme="majorHAnsi" w:hAnsiTheme="majorHAnsi" w:cstheme="majorHAnsi"/>
              </w:rPr>
            </w:pPr>
          </w:p>
        </w:tc>
      </w:tr>
      <w:tr w:rsidR="0068751F" w:rsidRPr="00843BFB" w14:paraId="78F85EEB" w14:textId="2D5D3E57" w:rsidTr="0068751F">
        <w:tc>
          <w:tcPr>
            <w:tcW w:w="2876" w:type="pct"/>
          </w:tcPr>
          <w:p w14:paraId="082CBC14"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Observation (participant)</w:t>
            </w:r>
          </w:p>
        </w:tc>
        <w:tc>
          <w:tcPr>
            <w:tcW w:w="2124" w:type="pct"/>
          </w:tcPr>
          <w:p w14:paraId="3737F680" w14:textId="2CA42DDE" w:rsidR="0068751F" w:rsidRPr="00843BFB" w:rsidRDefault="0068751F" w:rsidP="007967EC">
            <w:pPr>
              <w:pStyle w:val="NoSpacing"/>
              <w:rPr>
                <w:rFonts w:asciiTheme="majorHAnsi" w:hAnsiTheme="majorHAnsi" w:cstheme="majorHAnsi"/>
              </w:rPr>
            </w:pPr>
          </w:p>
        </w:tc>
      </w:tr>
      <w:tr w:rsidR="0068751F" w:rsidRPr="00843BFB" w14:paraId="6A300F2B" w14:textId="5A5DC539" w:rsidTr="0068751F">
        <w:tc>
          <w:tcPr>
            <w:tcW w:w="2876" w:type="pct"/>
          </w:tcPr>
          <w:p w14:paraId="6B5E5614"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Observation (non-participant)</w:t>
            </w:r>
          </w:p>
        </w:tc>
        <w:tc>
          <w:tcPr>
            <w:tcW w:w="2124" w:type="pct"/>
          </w:tcPr>
          <w:p w14:paraId="1D192F16" w14:textId="3180614F" w:rsidR="0068751F" w:rsidRPr="00843BFB" w:rsidRDefault="0068751F" w:rsidP="007967EC">
            <w:pPr>
              <w:pStyle w:val="NoSpacing"/>
              <w:rPr>
                <w:rFonts w:asciiTheme="majorHAnsi" w:hAnsiTheme="majorHAnsi" w:cstheme="majorHAnsi"/>
              </w:rPr>
            </w:pPr>
          </w:p>
        </w:tc>
      </w:tr>
      <w:tr w:rsidR="0068751F" w:rsidRPr="00843BFB" w14:paraId="3F558F06" w14:textId="1F7735FE" w:rsidTr="0068751F">
        <w:tc>
          <w:tcPr>
            <w:tcW w:w="2876" w:type="pct"/>
          </w:tcPr>
          <w:p w14:paraId="50C2DCF5"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Experimental procedures/intervention</w:t>
            </w:r>
          </w:p>
        </w:tc>
        <w:tc>
          <w:tcPr>
            <w:tcW w:w="2124" w:type="pct"/>
          </w:tcPr>
          <w:p w14:paraId="5EA371E7" w14:textId="2521EE5D" w:rsidR="0068751F" w:rsidRPr="00843BFB" w:rsidRDefault="0068751F" w:rsidP="007967EC">
            <w:pPr>
              <w:pStyle w:val="NoSpacing"/>
              <w:rPr>
                <w:rFonts w:asciiTheme="majorHAnsi" w:hAnsiTheme="majorHAnsi" w:cstheme="majorHAnsi"/>
              </w:rPr>
            </w:pPr>
          </w:p>
        </w:tc>
      </w:tr>
      <w:tr w:rsidR="0068751F" w:rsidRPr="00843BFB" w14:paraId="2A4D4F2B" w14:textId="68D53F21" w:rsidTr="0068751F">
        <w:tc>
          <w:tcPr>
            <w:tcW w:w="2876" w:type="pct"/>
          </w:tcPr>
          <w:p w14:paraId="505CA66E"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Educational intervention</w:t>
            </w:r>
          </w:p>
        </w:tc>
        <w:tc>
          <w:tcPr>
            <w:tcW w:w="2124" w:type="pct"/>
          </w:tcPr>
          <w:p w14:paraId="0D69AE38" w14:textId="21C23762" w:rsidR="0068751F" w:rsidRPr="00843BFB" w:rsidRDefault="0068751F" w:rsidP="007967EC">
            <w:pPr>
              <w:pStyle w:val="NoSpacing"/>
              <w:rPr>
                <w:rFonts w:asciiTheme="majorHAnsi" w:hAnsiTheme="majorHAnsi" w:cstheme="majorHAnsi"/>
              </w:rPr>
            </w:pPr>
          </w:p>
        </w:tc>
      </w:tr>
      <w:tr w:rsidR="0068751F" w:rsidRPr="00843BFB" w14:paraId="45EF746D" w14:textId="56965B9F" w:rsidTr="0068751F">
        <w:tc>
          <w:tcPr>
            <w:tcW w:w="2876" w:type="pct"/>
          </w:tcPr>
          <w:p w14:paraId="72E300A1"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Physiological measurements</w:t>
            </w:r>
          </w:p>
        </w:tc>
        <w:tc>
          <w:tcPr>
            <w:tcW w:w="2124" w:type="pct"/>
          </w:tcPr>
          <w:p w14:paraId="099C22CB" w14:textId="32D37D06" w:rsidR="0068751F" w:rsidRPr="00843BFB" w:rsidRDefault="0068751F" w:rsidP="007967EC">
            <w:pPr>
              <w:pStyle w:val="NoSpacing"/>
              <w:rPr>
                <w:rFonts w:asciiTheme="majorHAnsi" w:hAnsiTheme="majorHAnsi" w:cstheme="majorHAnsi"/>
              </w:rPr>
            </w:pPr>
          </w:p>
        </w:tc>
      </w:tr>
      <w:tr w:rsidR="0068751F" w:rsidRPr="00843BFB" w14:paraId="0D7614BD" w14:textId="6FC883FF" w:rsidTr="0068751F">
        <w:tc>
          <w:tcPr>
            <w:tcW w:w="2876" w:type="pct"/>
          </w:tcPr>
          <w:p w14:paraId="0E5259A9"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lastRenderedPageBreak/>
              <w:t>Review of existing records/documents</w:t>
            </w:r>
          </w:p>
        </w:tc>
        <w:tc>
          <w:tcPr>
            <w:tcW w:w="2124" w:type="pct"/>
          </w:tcPr>
          <w:p w14:paraId="084656A1" w14:textId="76702186" w:rsidR="0068751F" w:rsidRPr="00843BFB" w:rsidRDefault="0068751F" w:rsidP="007967EC">
            <w:pPr>
              <w:pStyle w:val="NoSpacing"/>
              <w:rPr>
                <w:rFonts w:asciiTheme="majorHAnsi" w:hAnsiTheme="majorHAnsi" w:cstheme="majorHAnsi"/>
              </w:rPr>
            </w:pPr>
          </w:p>
        </w:tc>
      </w:tr>
      <w:tr w:rsidR="0068751F" w:rsidRPr="00843BFB" w14:paraId="342124EE" w14:textId="731CC35E" w:rsidTr="0068751F">
        <w:tc>
          <w:tcPr>
            <w:tcW w:w="2876" w:type="pct"/>
          </w:tcPr>
          <w:p w14:paraId="06065D9F"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Review of educational records</w:t>
            </w:r>
          </w:p>
        </w:tc>
        <w:tc>
          <w:tcPr>
            <w:tcW w:w="2124" w:type="pct"/>
          </w:tcPr>
          <w:p w14:paraId="3D4250C3" w14:textId="46C3036C" w:rsidR="0068751F" w:rsidRPr="00843BFB" w:rsidRDefault="0068751F" w:rsidP="007967EC">
            <w:pPr>
              <w:pStyle w:val="NoSpacing"/>
              <w:rPr>
                <w:rFonts w:asciiTheme="majorHAnsi" w:hAnsiTheme="majorHAnsi" w:cstheme="majorHAnsi"/>
              </w:rPr>
            </w:pPr>
          </w:p>
        </w:tc>
      </w:tr>
      <w:tr w:rsidR="0068751F" w:rsidRPr="00843BFB" w14:paraId="5E463F28" w14:textId="223289B0" w:rsidTr="0068751F">
        <w:tc>
          <w:tcPr>
            <w:tcW w:w="2876" w:type="pct"/>
          </w:tcPr>
          <w:p w14:paraId="76927B00"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Review of medical records</w:t>
            </w:r>
          </w:p>
        </w:tc>
        <w:tc>
          <w:tcPr>
            <w:tcW w:w="2124" w:type="pct"/>
          </w:tcPr>
          <w:p w14:paraId="6C85A635" w14:textId="426715E2" w:rsidR="0068751F" w:rsidRPr="00843BFB" w:rsidRDefault="0068751F" w:rsidP="007967EC">
            <w:pPr>
              <w:pStyle w:val="NoSpacing"/>
              <w:rPr>
                <w:rFonts w:asciiTheme="majorHAnsi" w:hAnsiTheme="majorHAnsi" w:cstheme="majorHAnsi"/>
              </w:rPr>
            </w:pPr>
          </w:p>
        </w:tc>
      </w:tr>
      <w:tr w:rsidR="0068751F" w:rsidRPr="00843BFB" w14:paraId="39A409F7" w14:textId="2D064355" w:rsidTr="0068751F">
        <w:tc>
          <w:tcPr>
            <w:tcW w:w="2876" w:type="pct"/>
          </w:tcPr>
          <w:p w14:paraId="47F1BDC5"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Secondary data analysis</w:t>
            </w:r>
          </w:p>
        </w:tc>
        <w:tc>
          <w:tcPr>
            <w:tcW w:w="2124" w:type="pct"/>
          </w:tcPr>
          <w:p w14:paraId="2009F90C" w14:textId="07BF5C2B" w:rsidR="0068751F" w:rsidRPr="00843BFB" w:rsidRDefault="0068751F" w:rsidP="007967EC">
            <w:pPr>
              <w:pStyle w:val="NoSpacing"/>
              <w:rPr>
                <w:rFonts w:asciiTheme="majorHAnsi" w:hAnsiTheme="majorHAnsi" w:cstheme="majorHAnsi"/>
              </w:rPr>
            </w:pPr>
          </w:p>
        </w:tc>
      </w:tr>
      <w:tr w:rsidR="0068751F" w:rsidRPr="00843BFB" w14:paraId="041A8CF7" w14:textId="64F659A6" w:rsidTr="0068751F">
        <w:tc>
          <w:tcPr>
            <w:tcW w:w="2876" w:type="pct"/>
          </w:tcPr>
          <w:p w14:paraId="651F22F1"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Collection of biological specimens</w:t>
            </w:r>
          </w:p>
        </w:tc>
        <w:tc>
          <w:tcPr>
            <w:tcW w:w="2124" w:type="pct"/>
          </w:tcPr>
          <w:p w14:paraId="768C6C10" w14:textId="533F81A9" w:rsidR="0068751F" w:rsidRPr="00843BFB" w:rsidRDefault="0068751F" w:rsidP="007967EC">
            <w:pPr>
              <w:pStyle w:val="NoSpacing"/>
              <w:rPr>
                <w:rFonts w:asciiTheme="majorHAnsi" w:hAnsiTheme="majorHAnsi" w:cstheme="majorHAnsi"/>
              </w:rPr>
            </w:pPr>
          </w:p>
        </w:tc>
      </w:tr>
      <w:tr w:rsidR="0068751F" w:rsidRPr="00843BFB" w14:paraId="305A507C" w14:textId="518BC12F" w:rsidTr="0068751F">
        <w:tc>
          <w:tcPr>
            <w:tcW w:w="2876" w:type="pct"/>
          </w:tcPr>
          <w:p w14:paraId="099E899E"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Audio recording</w:t>
            </w:r>
          </w:p>
        </w:tc>
        <w:tc>
          <w:tcPr>
            <w:tcW w:w="2124" w:type="pct"/>
          </w:tcPr>
          <w:p w14:paraId="22123A7B" w14:textId="465E1865" w:rsidR="0068751F" w:rsidRPr="00843BFB" w:rsidRDefault="0068751F" w:rsidP="007967EC">
            <w:pPr>
              <w:pStyle w:val="NoSpacing"/>
              <w:rPr>
                <w:rFonts w:asciiTheme="majorHAnsi" w:hAnsiTheme="majorHAnsi" w:cstheme="majorHAnsi"/>
              </w:rPr>
            </w:pPr>
          </w:p>
        </w:tc>
      </w:tr>
      <w:tr w:rsidR="0068751F" w:rsidRPr="00843BFB" w14:paraId="0929B50D" w14:textId="7A3C8477" w:rsidTr="0068751F">
        <w:tc>
          <w:tcPr>
            <w:tcW w:w="2876" w:type="pct"/>
          </w:tcPr>
          <w:p w14:paraId="13CE69AF"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Video recording</w:t>
            </w:r>
          </w:p>
        </w:tc>
        <w:tc>
          <w:tcPr>
            <w:tcW w:w="2124" w:type="pct"/>
          </w:tcPr>
          <w:p w14:paraId="70B920BC" w14:textId="22DAB907" w:rsidR="0068751F" w:rsidRPr="00843BFB" w:rsidRDefault="0068751F" w:rsidP="007967EC">
            <w:pPr>
              <w:pStyle w:val="NoSpacing"/>
              <w:rPr>
                <w:rFonts w:asciiTheme="majorHAnsi" w:hAnsiTheme="majorHAnsi" w:cstheme="majorHAnsi"/>
              </w:rPr>
            </w:pPr>
          </w:p>
        </w:tc>
      </w:tr>
      <w:tr w:rsidR="0068751F" w:rsidRPr="00843BFB" w14:paraId="0D80FE6B" w14:textId="1B1FCB5A" w:rsidTr="0068751F">
        <w:tc>
          <w:tcPr>
            <w:tcW w:w="2876" w:type="pct"/>
          </w:tcPr>
          <w:p w14:paraId="201364CE" w14:textId="77777777"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Photography</w:t>
            </w:r>
          </w:p>
        </w:tc>
        <w:tc>
          <w:tcPr>
            <w:tcW w:w="2124" w:type="pct"/>
          </w:tcPr>
          <w:p w14:paraId="230EE557" w14:textId="3BF90F52" w:rsidR="0068751F" w:rsidRPr="00843BFB" w:rsidRDefault="0068751F" w:rsidP="007967EC">
            <w:pPr>
              <w:pStyle w:val="NoSpacing"/>
              <w:rPr>
                <w:rFonts w:asciiTheme="majorHAnsi" w:hAnsiTheme="majorHAnsi" w:cstheme="majorHAnsi"/>
              </w:rPr>
            </w:pPr>
          </w:p>
        </w:tc>
      </w:tr>
      <w:tr w:rsidR="0068751F" w:rsidRPr="00843BFB" w14:paraId="59FD9636" w14:textId="3E0DA3E2" w:rsidTr="0068751F">
        <w:tc>
          <w:tcPr>
            <w:tcW w:w="2876" w:type="pct"/>
          </w:tcPr>
          <w:p w14:paraId="28AD111C" w14:textId="5377CE6C" w:rsidR="0068751F" w:rsidRPr="00843BFB" w:rsidRDefault="0068751F" w:rsidP="007967EC">
            <w:pPr>
              <w:pStyle w:val="NoSpacing"/>
              <w:rPr>
                <w:rFonts w:asciiTheme="majorHAnsi" w:hAnsiTheme="majorHAnsi" w:cstheme="majorHAnsi"/>
              </w:rPr>
            </w:pPr>
            <w:r w:rsidRPr="00843BFB">
              <w:rPr>
                <w:rFonts w:asciiTheme="majorHAnsi" w:hAnsiTheme="majorHAnsi" w:cstheme="majorHAnsi"/>
              </w:rPr>
              <w:t xml:space="preserve">Other (specify): </w:t>
            </w:r>
          </w:p>
        </w:tc>
        <w:tc>
          <w:tcPr>
            <w:tcW w:w="2124" w:type="pct"/>
          </w:tcPr>
          <w:p w14:paraId="12762888" w14:textId="5CCD8518" w:rsidR="0068751F" w:rsidRPr="00843BFB" w:rsidRDefault="0068751F" w:rsidP="007967EC">
            <w:pPr>
              <w:pStyle w:val="NoSpacing"/>
              <w:rPr>
                <w:rFonts w:asciiTheme="majorHAnsi" w:hAnsiTheme="majorHAnsi" w:cstheme="majorHAnsi"/>
              </w:rPr>
            </w:pPr>
          </w:p>
        </w:tc>
      </w:tr>
    </w:tbl>
    <w:p w14:paraId="5AEAC40C" w14:textId="77777777" w:rsidR="004F7A68" w:rsidRPr="00843BFB" w:rsidRDefault="009B633C">
      <w:pPr>
        <w:pStyle w:val="Heading3"/>
        <w:rPr>
          <w:rFonts w:cstheme="majorHAnsi"/>
        </w:rPr>
      </w:pPr>
      <w:r w:rsidRPr="00843BFB">
        <w:rPr>
          <w:rFonts w:cstheme="majorHAnsi"/>
        </w:rPr>
        <w:t>4.2 Detailed Research Procedures</w:t>
      </w:r>
    </w:p>
    <w:p w14:paraId="7B6FF9F7"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Provide a step-by-step description of exactly what will happen during your study from the participant's perspective. What will participants be asked to do? In what order will activities occur? How long will each activity take? Where will the research take place? Be specific enough that an IRB member could understand exactly what a participant will experience.</w:t>
      </w:r>
    </w:p>
    <w:p w14:paraId="11D5715E" w14:textId="77777777" w:rsidR="004F7A68" w:rsidRPr="00843BFB" w:rsidRDefault="009B633C">
      <w:pPr>
        <w:rPr>
          <w:rFonts w:asciiTheme="majorHAnsi" w:hAnsiTheme="majorHAnsi" w:cstheme="majorHAnsi"/>
        </w:rPr>
      </w:pPr>
      <w:r w:rsidRPr="00843BFB">
        <w:rPr>
          <w:rFonts w:asciiTheme="majorHAnsi" w:hAnsiTheme="majorHAnsi" w:cstheme="majorHAnsi"/>
          <w:b/>
        </w:rPr>
        <w:t>Include:</w:t>
      </w:r>
    </w:p>
    <w:p w14:paraId="446AE7B5" w14:textId="549DC237" w:rsidR="004F7A68" w:rsidRPr="00843BFB" w:rsidRDefault="009B633C" w:rsidP="00B26927">
      <w:pPr>
        <w:pStyle w:val="NoSpacing"/>
        <w:numPr>
          <w:ilvl w:val="0"/>
          <w:numId w:val="11"/>
        </w:numPr>
        <w:rPr>
          <w:rFonts w:asciiTheme="majorHAnsi" w:hAnsiTheme="majorHAnsi" w:cstheme="majorHAnsi"/>
        </w:rPr>
      </w:pPr>
      <w:r w:rsidRPr="00843BFB">
        <w:rPr>
          <w:rFonts w:asciiTheme="majorHAnsi" w:hAnsiTheme="majorHAnsi" w:cstheme="majorHAnsi"/>
        </w:rPr>
        <w:t>Step-by-step procedures in chronological order</w:t>
      </w:r>
    </w:p>
    <w:p w14:paraId="5447EC4F" w14:textId="002AD45D" w:rsidR="004F7A68" w:rsidRPr="00843BFB" w:rsidRDefault="009B633C" w:rsidP="00B26927">
      <w:pPr>
        <w:pStyle w:val="NoSpacing"/>
        <w:numPr>
          <w:ilvl w:val="0"/>
          <w:numId w:val="11"/>
        </w:numPr>
        <w:rPr>
          <w:rFonts w:asciiTheme="majorHAnsi" w:hAnsiTheme="majorHAnsi" w:cstheme="majorHAnsi"/>
        </w:rPr>
      </w:pPr>
      <w:r w:rsidRPr="00843BFB">
        <w:rPr>
          <w:rFonts w:asciiTheme="majorHAnsi" w:hAnsiTheme="majorHAnsi" w:cstheme="majorHAnsi"/>
        </w:rPr>
        <w:t>Duration of each activity</w:t>
      </w:r>
    </w:p>
    <w:p w14:paraId="66417F91" w14:textId="0621A3E5" w:rsidR="004F7A68" w:rsidRPr="00843BFB" w:rsidRDefault="009B633C" w:rsidP="00B26927">
      <w:pPr>
        <w:pStyle w:val="NoSpacing"/>
        <w:numPr>
          <w:ilvl w:val="0"/>
          <w:numId w:val="11"/>
        </w:numPr>
        <w:rPr>
          <w:rFonts w:asciiTheme="majorHAnsi" w:hAnsiTheme="majorHAnsi" w:cstheme="majorHAnsi"/>
        </w:rPr>
      </w:pPr>
      <w:r w:rsidRPr="00843BFB">
        <w:rPr>
          <w:rFonts w:asciiTheme="majorHAnsi" w:hAnsiTheme="majorHAnsi" w:cstheme="majorHAnsi"/>
        </w:rPr>
        <w:t>Total time commitment for participants</w:t>
      </w:r>
    </w:p>
    <w:p w14:paraId="79C7DAF4" w14:textId="53992CD5" w:rsidR="004F7A68" w:rsidRPr="00843BFB" w:rsidRDefault="009B633C" w:rsidP="00B26927">
      <w:pPr>
        <w:pStyle w:val="NoSpacing"/>
        <w:numPr>
          <w:ilvl w:val="0"/>
          <w:numId w:val="11"/>
        </w:numPr>
        <w:rPr>
          <w:rFonts w:asciiTheme="majorHAnsi" w:hAnsiTheme="majorHAnsi" w:cstheme="majorHAnsi"/>
        </w:rPr>
      </w:pPr>
      <w:r w:rsidRPr="00843BFB">
        <w:rPr>
          <w:rFonts w:asciiTheme="majorHAnsi" w:hAnsiTheme="majorHAnsi" w:cstheme="majorHAnsi"/>
        </w:rPr>
        <w:t>Location(s) where research will be conducted</w:t>
      </w:r>
    </w:p>
    <w:p w14:paraId="0327B775" w14:textId="3659C8C6" w:rsidR="004F7A68" w:rsidRPr="00843BFB" w:rsidRDefault="009B633C" w:rsidP="00B26927">
      <w:pPr>
        <w:pStyle w:val="NoSpacing"/>
        <w:numPr>
          <w:ilvl w:val="0"/>
          <w:numId w:val="11"/>
        </w:numPr>
        <w:rPr>
          <w:rFonts w:asciiTheme="majorHAnsi" w:hAnsiTheme="majorHAnsi" w:cstheme="majorHAnsi"/>
        </w:rPr>
      </w:pPr>
      <w:r w:rsidRPr="00843BFB">
        <w:rPr>
          <w:rFonts w:asciiTheme="majorHAnsi" w:hAnsiTheme="majorHAnsi" w:cstheme="majorHAnsi"/>
        </w:rPr>
        <w:t>Who will interact with participants (PI, research assistants, etc.)</w:t>
      </w:r>
    </w:p>
    <w:p w14:paraId="25B5BDE0" w14:textId="2D781C03" w:rsidR="004F7A68" w:rsidRPr="00843BFB" w:rsidRDefault="009B633C" w:rsidP="00B26927">
      <w:pPr>
        <w:pStyle w:val="NoSpacing"/>
        <w:numPr>
          <w:ilvl w:val="0"/>
          <w:numId w:val="11"/>
        </w:numPr>
        <w:rPr>
          <w:rFonts w:asciiTheme="majorHAnsi" w:hAnsiTheme="majorHAnsi" w:cstheme="majorHAnsi"/>
        </w:rPr>
      </w:pPr>
      <w:r w:rsidRPr="00843BFB">
        <w:rPr>
          <w:rFonts w:asciiTheme="majorHAnsi" w:hAnsiTheme="majorHAnsi" w:cstheme="majorHAnsi"/>
        </w:rPr>
        <w:t>Any special equipment, materials, or facilities that will be used</w:t>
      </w:r>
    </w:p>
    <w:p w14:paraId="44E6F224" w14:textId="77777777" w:rsidR="00B26927" w:rsidRPr="00843BFB" w:rsidRDefault="00B26927">
      <w:pPr>
        <w:rPr>
          <w:rFonts w:asciiTheme="majorHAnsi" w:hAnsiTheme="majorHAnsi" w:cstheme="majorHAnsi"/>
          <w:b/>
        </w:rPr>
      </w:pPr>
    </w:p>
    <w:p w14:paraId="272BABE5" w14:textId="6C2AE6D9" w:rsidR="004F7A68" w:rsidRPr="00843BFB" w:rsidRDefault="009B633C">
      <w:pPr>
        <w:rPr>
          <w:rFonts w:asciiTheme="majorHAnsi" w:hAnsiTheme="majorHAnsi" w:cstheme="majorHAnsi"/>
        </w:rPr>
      </w:pPr>
      <w:r w:rsidRPr="00843BFB">
        <w:rPr>
          <w:rFonts w:asciiTheme="majorHAnsi" w:hAnsiTheme="majorHAnsi" w:cstheme="majorHAnsi"/>
          <w:b/>
        </w:rPr>
        <w:t>Detailed Research Procedures:</w:t>
      </w:r>
    </w:p>
    <w:p w14:paraId="516E3174" w14:textId="77777777" w:rsidR="004F7A68" w:rsidRPr="00843BFB" w:rsidRDefault="009B633C" w:rsidP="00B26927">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400 words]</w:t>
      </w:r>
    </w:p>
    <w:p w14:paraId="4BD4E904" w14:textId="77777777" w:rsidR="004F7A68" w:rsidRPr="00843BFB" w:rsidRDefault="009B633C">
      <w:pPr>
        <w:pStyle w:val="Heading3"/>
        <w:rPr>
          <w:rFonts w:cstheme="majorHAnsi"/>
        </w:rPr>
      </w:pPr>
      <w:r w:rsidRPr="00843BFB">
        <w:rPr>
          <w:rFonts w:cstheme="majorHAnsi"/>
        </w:rPr>
        <w:t>4.3 Time Commitment</w:t>
      </w:r>
    </w:p>
    <w:p w14:paraId="41FC2B40"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Summarize the total time commitment required from participants. If the study involves multiple sessions, specify the duration of each session and the total time across all sessions.</w:t>
      </w:r>
    </w:p>
    <w:p w14:paraId="02140634" w14:textId="77777777" w:rsidR="004F7A68" w:rsidRPr="00843BFB" w:rsidRDefault="009B633C">
      <w:pPr>
        <w:rPr>
          <w:rFonts w:asciiTheme="majorHAnsi" w:hAnsiTheme="majorHAnsi" w:cstheme="majorHAnsi"/>
        </w:rPr>
      </w:pPr>
      <w:r w:rsidRPr="00843BFB">
        <w:rPr>
          <w:rFonts w:asciiTheme="majorHAnsi" w:hAnsiTheme="majorHAnsi" w:cstheme="majorHAnsi"/>
          <w:b/>
        </w:rPr>
        <w:t>Time Commitment Summary:</w:t>
      </w:r>
    </w:p>
    <w:p w14:paraId="553EA519" w14:textId="6A27C894" w:rsidR="004F7A68" w:rsidRPr="00843BFB" w:rsidRDefault="009B633C">
      <w:pPr>
        <w:rPr>
          <w:rFonts w:asciiTheme="majorHAnsi" w:hAnsiTheme="majorHAnsi" w:cstheme="majorHAnsi"/>
        </w:rPr>
      </w:pPr>
      <w:r w:rsidRPr="00843BFB">
        <w:rPr>
          <w:rFonts w:asciiTheme="majorHAnsi" w:hAnsiTheme="majorHAnsi" w:cstheme="majorHAnsi"/>
          <w:b/>
        </w:rPr>
        <w:t>Per session:</w:t>
      </w:r>
      <w:r w:rsidRPr="00843BFB">
        <w:rPr>
          <w:rFonts w:asciiTheme="majorHAnsi" w:hAnsiTheme="majorHAnsi" w:cstheme="majorHAnsi"/>
        </w:rPr>
        <w:t xml:space="preserve"> </w:t>
      </w:r>
    </w:p>
    <w:p w14:paraId="5F50905E" w14:textId="1346BE5E" w:rsidR="004F7A68" w:rsidRPr="00843BFB" w:rsidRDefault="009B633C">
      <w:pPr>
        <w:rPr>
          <w:rFonts w:asciiTheme="majorHAnsi" w:hAnsiTheme="majorHAnsi" w:cstheme="majorHAnsi"/>
        </w:rPr>
      </w:pPr>
      <w:r w:rsidRPr="00843BFB">
        <w:rPr>
          <w:rFonts w:asciiTheme="majorHAnsi" w:hAnsiTheme="majorHAnsi" w:cstheme="majorHAnsi"/>
          <w:b/>
        </w:rPr>
        <w:t>Number of sessions:</w:t>
      </w:r>
      <w:r w:rsidRPr="00843BFB">
        <w:rPr>
          <w:rFonts w:asciiTheme="majorHAnsi" w:hAnsiTheme="majorHAnsi" w:cstheme="majorHAnsi"/>
        </w:rPr>
        <w:t xml:space="preserve"> </w:t>
      </w:r>
    </w:p>
    <w:p w14:paraId="30BF404A" w14:textId="1C01E581" w:rsidR="004F7A68" w:rsidRPr="00843BFB" w:rsidRDefault="009B633C">
      <w:pPr>
        <w:rPr>
          <w:rFonts w:asciiTheme="majorHAnsi" w:hAnsiTheme="majorHAnsi" w:cstheme="majorHAnsi"/>
        </w:rPr>
      </w:pPr>
      <w:r w:rsidRPr="00843BFB">
        <w:rPr>
          <w:rFonts w:asciiTheme="majorHAnsi" w:hAnsiTheme="majorHAnsi" w:cstheme="majorHAnsi"/>
          <w:b/>
        </w:rPr>
        <w:t>Total time commitment:</w:t>
      </w:r>
      <w:r w:rsidRPr="00843BFB">
        <w:rPr>
          <w:rFonts w:asciiTheme="majorHAnsi" w:hAnsiTheme="majorHAnsi" w:cstheme="majorHAnsi"/>
        </w:rPr>
        <w:t xml:space="preserve"> </w:t>
      </w:r>
    </w:p>
    <w:p w14:paraId="36183B15" w14:textId="77777777" w:rsidR="004F7A68" w:rsidRPr="00843BFB" w:rsidRDefault="009B633C">
      <w:pPr>
        <w:pStyle w:val="Heading3"/>
        <w:rPr>
          <w:rFonts w:cstheme="majorHAnsi"/>
        </w:rPr>
      </w:pPr>
      <w:r w:rsidRPr="00843BFB">
        <w:rPr>
          <w:rFonts w:cstheme="majorHAnsi"/>
        </w:rPr>
        <w:t>4.4 Research Location(s)</w:t>
      </w:r>
    </w:p>
    <w:p w14:paraId="5A9F645A"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Specify where the research will be conducted. If multiple locations are involved, list all of them. If research is conducted online, state "Online via [platform name]."</w:t>
      </w:r>
    </w:p>
    <w:p w14:paraId="2FD9B4BA" w14:textId="77777777" w:rsidR="004F7A68" w:rsidRPr="00843BFB" w:rsidRDefault="009B633C">
      <w:pPr>
        <w:rPr>
          <w:rFonts w:asciiTheme="majorHAnsi" w:hAnsiTheme="majorHAnsi" w:cstheme="majorHAnsi"/>
        </w:rPr>
      </w:pPr>
      <w:r w:rsidRPr="00843BFB">
        <w:rPr>
          <w:rFonts w:asciiTheme="majorHAnsi" w:hAnsiTheme="majorHAnsi" w:cstheme="majorHAnsi"/>
          <w:b/>
        </w:rPr>
        <w:t>Research Location(s):</w:t>
      </w:r>
    </w:p>
    <w:p w14:paraId="4DF709DA"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lastRenderedPageBreak/>
        <w:t>[Text box - approximately 100 words]</w:t>
      </w:r>
    </w:p>
    <w:p w14:paraId="0E1E33DB" w14:textId="77777777" w:rsidR="004F7A68" w:rsidRPr="00843BFB" w:rsidRDefault="009B633C">
      <w:pPr>
        <w:pStyle w:val="Heading3"/>
        <w:rPr>
          <w:rFonts w:cstheme="majorHAnsi"/>
        </w:rPr>
      </w:pPr>
      <w:r w:rsidRPr="00843BFB">
        <w:rPr>
          <w:rFonts w:cstheme="majorHAnsi"/>
        </w:rPr>
        <w:t>4.5 Research Instruments and Materials</w:t>
      </w:r>
    </w:p>
    <w:p w14:paraId="37B811BB"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List all instruments, surveys, questionnaires, interview guides, observation protocols, or other data collection tools you will use. Provide a brief description of each instrument, including the number of items, types of questions, and what the instrument measures. If you are using a published/validated instrument, cite the source. All instruments must be included in the appendix.</w:t>
      </w:r>
    </w:p>
    <w:p w14:paraId="5AD714A1" w14:textId="77777777" w:rsidR="004F7A68" w:rsidRPr="00843BFB" w:rsidRDefault="009B633C">
      <w:pPr>
        <w:rPr>
          <w:rFonts w:asciiTheme="majorHAnsi" w:hAnsiTheme="majorHAnsi" w:cstheme="majorHAnsi"/>
        </w:rPr>
      </w:pPr>
      <w:r w:rsidRPr="00843BFB">
        <w:rPr>
          <w:rFonts w:asciiTheme="majorHAnsi" w:hAnsiTheme="majorHAnsi" w:cstheme="majorHAnsi"/>
          <w:b/>
        </w:rPr>
        <w:t>Research Instruments and Materials:</w:t>
      </w:r>
    </w:p>
    <w:p w14:paraId="083F4F31"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0DF5BC19" w14:textId="77777777" w:rsidR="002B5B8A" w:rsidRPr="00843BFB" w:rsidRDefault="009B633C" w:rsidP="002B5B8A">
      <w:pPr>
        <w:rPr>
          <w:rFonts w:asciiTheme="majorHAnsi" w:hAnsiTheme="majorHAnsi" w:cstheme="majorHAnsi"/>
        </w:rPr>
      </w:pPr>
      <w:r w:rsidRPr="00843BFB">
        <w:rPr>
          <w:rFonts w:asciiTheme="majorHAnsi" w:hAnsiTheme="majorHAnsi" w:cstheme="majorHAnsi"/>
          <w:b/>
        </w:rPr>
        <w:t>Instruments Checklist</w:t>
      </w:r>
      <w:r w:rsidRPr="00843BFB">
        <w:rPr>
          <w:rFonts w:asciiTheme="majorHAnsi" w:hAnsiTheme="majorHAnsi" w:cstheme="majorHAnsi"/>
        </w:rPr>
        <w:t xml:space="preserve"> </w:t>
      </w:r>
      <w:r w:rsidR="002B5B8A" w:rsidRPr="00843BFB">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778"/>
        <w:gridCol w:w="3798"/>
      </w:tblGrid>
      <w:tr w:rsidR="0068751F" w:rsidRPr="00843BFB" w14:paraId="2133FA81" w14:textId="77777777" w:rsidTr="00BC4816">
        <w:tc>
          <w:tcPr>
            <w:tcW w:w="3017" w:type="pct"/>
            <w:shd w:val="clear" w:color="auto" w:fill="F2F2F2" w:themeFill="background1" w:themeFillShade="F2"/>
          </w:tcPr>
          <w:p w14:paraId="110F923B" w14:textId="77777777" w:rsidR="0068751F" w:rsidRPr="004C181E" w:rsidRDefault="0068751F" w:rsidP="000E5EBF">
            <w:pPr>
              <w:pStyle w:val="NoSpacing"/>
              <w:rPr>
                <w:rFonts w:asciiTheme="majorHAnsi" w:hAnsiTheme="majorHAnsi" w:cstheme="majorHAnsi"/>
                <w:b/>
                <w:bCs/>
              </w:rPr>
            </w:pPr>
            <w:r w:rsidRPr="004C181E">
              <w:rPr>
                <w:rFonts w:asciiTheme="majorHAnsi" w:hAnsiTheme="majorHAnsi" w:cstheme="majorHAnsi"/>
                <w:b/>
                <w:bCs/>
              </w:rPr>
              <w:t>Instrument Type</w:t>
            </w:r>
          </w:p>
        </w:tc>
        <w:tc>
          <w:tcPr>
            <w:tcW w:w="1983" w:type="pct"/>
            <w:shd w:val="clear" w:color="auto" w:fill="F2F2F2" w:themeFill="background1" w:themeFillShade="F2"/>
          </w:tcPr>
          <w:p w14:paraId="75ED070A" w14:textId="08F78C92" w:rsidR="0068751F" w:rsidRPr="004C181E" w:rsidRDefault="0068751F" w:rsidP="000E5EBF">
            <w:pPr>
              <w:pStyle w:val="NoSpacing"/>
              <w:rPr>
                <w:rFonts w:asciiTheme="majorHAnsi" w:hAnsiTheme="majorHAnsi" w:cstheme="majorHAnsi"/>
                <w:b/>
                <w:bCs/>
              </w:rPr>
            </w:pPr>
            <w:r>
              <w:rPr>
                <w:rFonts w:asciiTheme="majorHAnsi" w:hAnsiTheme="majorHAnsi" w:cstheme="majorHAnsi"/>
                <w:b/>
                <w:bCs/>
              </w:rPr>
              <w:t>Place an X in the appropriate row</w:t>
            </w:r>
          </w:p>
        </w:tc>
      </w:tr>
      <w:tr w:rsidR="0068751F" w:rsidRPr="00843BFB" w14:paraId="60422B2B" w14:textId="77777777" w:rsidTr="00BC4816">
        <w:tc>
          <w:tcPr>
            <w:tcW w:w="3017" w:type="pct"/>
          </w:tcPr>
          <w:p w14:paraId="621DE1AE"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Survey/questionnaire</w:t>
            </w:r>
          </w:p>
        </w:tc>
        <w:tc>
          <w:tcPr>
            <w:tcW w:w="1983" w:type="pct"/>
          </w:tcPr>
          <w:p w14:paraId="3A54BF78" w14:textId="7D6A6B66" w:rsidR="0068751F" w:rsidRPr="00843BFB" w:rsidRDefault="0068751F" w:rsidP="000E5EBF">
            <w:pPr>
              <w:pStyle w:val="NoSpacing"/>
              <w:rPr>
                <w:rFonts w:asciiTheme="majorHAnsi" w:hAnsiTheme="majorHAnsi" w:cstheme="majorHAnsi"/>
              </w:rPr>
            </w:pPr>
          </w:p>
        </w:tc>
      </w:tr>
      <w:tr w:rsidR="0068751F" w:rsidRPr="00843BFB" w14:paraId="73442201" w14:textId="77777777" w:rsidTr="00BC4816">
        <w:tc>
          <w:tcPr>
            <w:tcW w:w="3017" w:type="pct"/>
          </w:tcPr>
          <w:p w14:paraId="657F02E3"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Interview guide/protocol</w:t>
            </w:r>
          </w:p>
        </w:tc>
        <w:tc>
          <w:tcPr>
            <w:tcW w:w="1983" w:type="pct"/>
          </w:tcPr>
          <w:p w14:paraId="634899E0" w14:textId="0256650B" w:rsidR="0068751F" w:rsidRPr="00843BFB" w:rsidRDefault="0068751F" w:rsidP="000E5EBF">
            <w:pPr>
              <w:pStyle w:val="NoSpacing"/>
              <w:rPr>
                <w:rFonts w:asciiTheme="majorHAnsi" w:hAnsiTheme="majorHAnsi" w:cstheme="majorHAnsi"/>
              </w:rPr>
            </w:pPr>
          </w:p>
        </w:tc>
      </w:tr>
      <w:tr w:rsidR="0068751F" w:rsidRPr="00843BFB" w14:paraId="7CF071E8" w14:textId="77777777" w:rsidTr="00BC4816">
        <w:tc>
          <w:tcPr>
            <w:tcW w:w="3017" w:type="pct"/>
          </w:tcPr>
          <w:p w14:paraId="17D97554"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Focus group protocol</w:t>
            </w:r>
          </w:p>
        </w:tc>
        <w:tc>
          <w:tcPr>
            <w:tcW w:w="1983" w:type="pct"/>
          </w:tcPr>
          <w:p w14:paraId="47755FFE" w14:textId="08F4A104" w:rsidR="0068751F" w:rsidRPr="00843BFB" w:rsidRDefault="0068751F" w:rsidP="000E5EBF">
            <w:pPr>
              <w:pStyle w:val="NoSpacing"/>
              <w:rPr>
                <w:rFonts w:asciiTheme="majorHAnsi" w:hAnsiTheme="majorHAnsi" w:cstheme="majorHAnsi"/>
              </w:rPr>
            </w:pPr>
          </w:p>
        </w:tc>
      </w:tr>
      <w:tr w:rsidR="0068751F" w:rsidRPr="00843BFB" w14:paraId="4B66B9EC" w14:textId="77777777" w:rsidTr="00BC4816">
        <w:tc>
          <w:tcPr>
            <w:tcW w:w="3017" w:type="pct"/>
          </w:tcPr>
          <w:p w14:paraId="2F4EBAEE"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Observation protocol</w:t>
            </w:r>
          </w:p>
        </w:tc>
        <w:tc>
          <w:tcPr>
            <w:tcW w:w="1983" w:type="pct"/>
          </w:tcPr>
          <w:p w14:paraId="3A1ED1E3" w14:textId="2A78DE6B" w:rsidR="0068751F" w:rsidRPr="00843BFB" w:rsidRDefault="0068751F" w:rsidP="000E5EBF">
            <w:pPr>
              <w:pStyle w:val="NoSpacing"/>
              <w:rPr>
                <w:rFonts w:asciiTheme="majorHAnsi" w:hAnsiTheme="majorHAnsi" w:cstheme="majorHAnsi"/>
              </w:rPr>
            </w:pPr>
          </w:p>
        </w:tc>
      </w:tr>
      <w:tr w:rsidR="0068751F" w:rsidRPr="00843BFB" w14:paraId="6A097DC5" w14:textId="77777777" w:rsidTr="00BC4816">
        <w:tc>
          <w:tcPr>
            <w:tcW w:w="3017" w:type="pct"/>
          </w:tcPr>
          <w:p w14:paraId="3EF75F03"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Data extraction forms</w:t>
            </w:r>
          </w:p>
        </w:tc>
        <w:tc>
          <w:tcPr>
            <w:tcW w:w="1983" w:type="pct"/>
          </w:tcPr>
          <w:p w14:paraId="5A257515" w14:textId="7374B181" w:rsidR="0068751F" w:rsidRPr="00843BFB" w:rsidRDefault="0068751F" w:rsidP="000E5EBF">
            <w:pPr>
              <w:pStyle w:val="NoSpacing"/>
              <w:rPr>
                <w:rFonts w:asciiTheme="majorHAnsi" w:hAnsiTheme="majorHAnsi" w:cstheme="majorHAnsi"/>
              </w:rPr>
            </w:pPr>
          </w:p>
        </w:tc>
      </w:tr>
      <w:tr w:rsidR="0068751F" w:rsidRPr="00843BFB" w14:paraId="21282F63" w14:textId="77777777" w:rsidTr="00BC4816">
        <w:tc>
          <w:tcPr>
            <w:tcW w:w="3017" w:type="pct"/>
          </w:tcPr>
          <w:p w14:paraId="092AD1ED"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Experimental protocols</w:t>
            </w:r>
          </w:p>
        </w:tc>
        <w:tc>
          <w:tcPr>
            <w:tcW w:w="1983" w:type="pct"/>
          </w:tcPr>
          <w:p w14:paraId="60E736A5" w14:textId="1D090B53" w:rsidR="0068751F" w:rsidRPr="00843BFB" w:rsidRDefault="0068751F" w:rsidP="000E5EBF">
            <w:pPr>
              <w:pStyle w:val="NoSpacing"/>
              <w:rPr>
                <w:rFonts w:asciiTheme="majorHAnsi" w:hAnsiTheme="majorHAnsi" w:cstheme="majorHAnsi"/>
              </w:rPr>
            </w:pPr>
          </w:p>
        </w:tc>
      </w:tr>
      <w:tr w:rsidR="0068751F" w:rsidRPr="00843BFB" w14:paraId="67117F2B" w14:textId="77777777" w:rsidTr="00BC4816">
        <w:tc>
          <w:tcPr>
            <w:tcW w:w="3017" w:type="pct"/>
          </w:tcPr>
          <w:p w14:paraId="1DAE9B78" w14:textId="25368D30"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 xml:space="preserve">Other (specify): </w:t>
            </w:r>
          </w:p>
        </w:tc>
        <w:tc>
          <w:tcPr>
            <w:tcW w:w="1983" w:type="pct"/>
          </w:tcPr>
          <w:p w14:paraId="61286E04" w14:textId="5E521968" w:rsidR="0068751F" w:rsidRPr="00843BFB" w:rsidRDefault="0068751F" w:rsidP="000E5EBF">
            <w:pPr>
              <w:pStyle w:val="NoSpacing"/>
              <w:rPr>
                <w:rFonts w:asciiTheme="majorHAnsi" w:hAnsiTheme="majorHAnsi" w:cstheme="majorHAnsi"/>
              </w:rPr>
            </w:pPr>
          </w:p>
        </w:tc>
      </w:tr>
    </w:tbl>
    <w:p w14:paraId="6B825FD5"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5: RISKS AND BENEFITS</w:t>
      </w:r>
    </w:p>
    <w:p w14:paraId="03A35D47" w14:textId="77777777" w:rsidR="004F7A68" w:rsidRPr="00843BFB" w:rsidRDefault="009B633C">
      <w:pPr>
        <w:pStyle w:val="Heading3"/>
        <w:rPr>
          <w:rFonts w:cstheme="majorHAnsi"/>
        </w:rPr>
      </w:pPr>
      <w:r w:rsidRPr="00843BFB">
        <w:rPr>
          <w:rFonts w:cstheme="majorHAnsi"/>
        </w:rPr>
        <w:t>5.1 Potential Risks to Participants</w:t>
      </w:r>
    </w:p>
    <w:p w14:paraId="2D3E19AD"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Identify all potential risks to participants, including physical, psychological, social, economic, and legal risks. Consider risks related to:</w:t>
      </w:r>
    </w:p>
    <w:p w14:paraId="426BD41E" w14:textId="5211B2C3"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Physical discomfort or harm</w:t>
      </w:r>
    </w:p>
    <w:p w14:paraId="3DB56DAC" w14:textId="1107A847"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Psychological stress, anxiety, or emotional distress</w:t>
      </w:r>
    </w:p>
    <w:p w14:paraId="743D331A" w14:textId="6FA076E4"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Social risks (embarrassment, damage to reputation, social stigma)</w:t>
      </w:r>
    </w:p>
    <w:p w14:paraId="6ADE618E" w14:textId="4E5BF7B9"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Economic risks (loss of employment, insurability)</w:t>
      </w:r>
    </w:p>
    <w:p w14:paraId="70518130" w14:textId="119194FF"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Legal risks (disclosure of illegal activities)</w:t>
      </w:r>
    </w:p>
    <w:p w14:paraId="01D61157" w14:textId="706D6B19"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Breach of confidentiality</w:t>
      </w:r>
    </w:p>
    <w:p w14:paraId="0C63F6AC" w14:textId="733A0B3A"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Time and inconvenience</w:t>
      </w:r>
    </w:p>
    <w:p w14:paraId="71FAE393" w14:textId="77777777" w:rsidR="004F7A68" w:rsidRPr="00843BFB" w:rsidRDefault="009B633C">
      <w:pPr>
        <w:rPr>
          <w:rFonts w:asciiTheme="majorHAnsi" w:hAnsiTheme="majorHAnsi" w:cstheme="majorHAnsi"/>
        </w:rPr>
      </w:pPr>
      <w:r w:rsidRPr="00843BFB">
        <w:rPr>
          <w:rFonts w:asciiTheme="majorHAnsi" w:hAnsiTheme="majorHAnsi" w:cstheme="majorHAnsi"/>
        </w:rPr>
        <w:t>Be honest and thorough. Even minimal risk studies have some risks (e.g., time, minor discomfort from survey questions). If you believe there are no risks beyond those encountered in daily life, state this explicitly.</w:t>
      </w:r>
    </w:p>
    <w:p w14:paraId="3BD6F483" w14:textId="2453E1A6" w:rsidR="004F7A68" w:rsidRPr="00843BFB" w:rsidRDefault="002B5B8A">
      <w:pPr>
        <w:rPr>
          <w:rFonts w:asciiTheme="majorHAnsi" w:hAnsiTheme="majorHAnsi" w:cstheme="majorHAnsi"/>
        </w:rPr>
      </w:pPr>
      <w:r w:rsidRPr="00843BFB">
        <w:rPr>
          <w:rFonts w:asciiTheme="majorHAnsi" w:hAnsiTheme="majorHAnsi" w:cstheme="majorHAnsi"/>
          <w:b/>
        </w:rPr>
        <w:t>P</w:t>
      </w:r>
      <w:r w:rsidR="009B633C" w:rsidRPr="00843BFB">
        <w:rPr>
          <w:rFonts w:asciiTheme="majorHAnsi" w:hAnsiTheme="majorHAnsi" w:cstheme="majorHAnsi"/>
          <w:b/>
        </w:rPr>
        <w:t>otential Risks:</w:t>
      </w:r>
    </w:p>
    <w:p w14:paraId="406F0DD2"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55B73BEF" w14:textId="77777777" w:rsidR="004F7A68" w:rsidRPr="00843BFB" w:rsidRDefault="009B633C">
      <w:pPr>
        <w:pStyle w:val="Heading3"/>
        <w:rPr>
          <w:rFonts w:cstheme="majorHAnsi"/>
        </w:rPr>
      </w:pPr>
      <w:r w:rsidRPr="00843BFB">
        <w:rPr>
          <w:rFonts w:cstheme="majorHAnsi"/>
        </w:rPr>
        <w:lastRenderedPageBreak/>
        <w:t>5.2 Risk Minimization Strategies</w:t>
      </w:r>
    </w:p>
    <w:p w14:paraId="7183293F"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For each risk identified in Section 5.1, explain what steps you will take to minimize or eliminate that risk. How will you protect participants from potential harm? What safeguards are in place? Be specific about your risk mitigation strategies.</w:t>
      </w:r>
    </w:p>
    <w:p w14:paraId="50C23EC2" w14:textId="77777777" w:rsidR="004F7A68" w:rsidRPr="00843BFB" w:rsidRDefault="009B633C">
      <w:pPr>
        <w:rPr>
          <w:rFonts w:asciiTheme="majorHAnsi" w:hAnsiTheme="majorHAnsi" w:cstheme="majorHAnsi"/>
        </w:rPr>
      </w:pPr>
      <w:r w:rsidRPr="00843BFB">
        <w:rPr>
          <w:rFonts w:asciiTheme="majorHAnsi" w:hAnsiTheme="majorHAnsi" w:cstheme="majorHAnsi"/>
          <w:b/>
        </w:rPr>
        <w:t>Risk Minimization Strategies:</w:t>
      </w:r>
    </w:p>
    <w:p w14:paraId="46EE75D6"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2FCE8C55" w14:textId="77777777" w:rsidR="004F7A68" w:rsidRPr="00843BFB" w:rsidRDefault="009B633C">
      <w:pPr>
        <w:pStyle w:val="Heading3"/>
        <w:rPr>
          <w:rFonts w:cstheme="majorHAnsi"/>
        </w:rPr>
      </w:pPr>
      <w:r w:rsidRPr="00843BFB">
        <w:rPr>
          <w:rFonts w:cstheme="majorHAnsi"/>
        </w:rPr>
        <w:t>5.3 Potential Benefits</w:t>
      </w:r>
    </w:p>
    <w:p w14:paraId="21EA78B7"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any potential benefits to participants and/or to society. Be </w:t>
      </w:r>
      <w:proofErr w:type="gramStart"/>
      <w:r w:rsidRPr="00843BFB">
        <w:rPr>
          <w:rFonts w:asciiTheme="majorHAnsi" w:hAnsiTheme="majorHAnsi" w:cstheme="majorHAnsi"/>
        </w:rPr>
        <w:t>realistic—</w:t>
      </w:r>
      <w:proofErr w:type="gramEnd"/>
      <w:r w:rsidRPr="00843BFB">
        <w:rPr>
          <w:rFonts w:asciiTheme="majorHAnsi" w:hAnsiTheme="majorHAnsi" w:cstheme="majorHAnsi"/>
        </w:rPr>
        <w:t xml:space="preserve">do not overstate benefits. Benefits to participants might include learning new information, </w:t>
      </w:r>
      <w:proofErr w:type="gramStart"/>
      <w:r w:rsidRPr="00843BFB">
        <w:rPr>
          <w:rFonts w:asciiTheme="majorHAnsi" w:hAnsiTheme="majorHAnsi" w:cstheme="majorHAnsi"/>
        </w:rPr>
        <w:t>receiving</w:t>
      </w:r>
      <w:proofErr w:type="gramEnd"/>
      <w:r w:rsidRPr="00843BFB">
        <w:rPr>
          <w:rFonts w:asciiTheme="majorHAnsi" w:hAnsiTheme="majorHAnsi" w:cstheme="majorHAnsi"/>
        </w:rPr>
        <w:t xml:space="preserve"> free services, or contributing to knowledge. Benefits to society might include advancing scientific knowledge, </w:t>
      </w:r>
      <w:proofErr w:type="gramStart"/>
      <w:r w:rsidRPr="00843BFB">
        <w:rPr>
          <w:rFonts w:asciiTheme="majorHAnsi" w:hAnsiTheme="majorHAnsi" w:cstheme="majorHAnsi"/>
        </w:rPr>
        <w:t>improving</w:t>
      </w:r>
      <w:proofErr w:type="gramEnd"/>
      <w:r w:rsidRPr="00843BFB">
        <w:rPr>
          <w:rFonts w:asciiTheme="majorHAnsi" w:hAnsiTheme="majorHAnsi" w:cstheme="majorHAnsi"/>
        </w:rPr>
        <w:t xml:space="preserve"> practices, or informing policy. If there are no direct benefits to participants, state this clearly but explain the broader benefits to society or the field.</w:t>
      </w:r>
    </w:p>
    <w:p w14:paraId="32E38E99" w14:textId="77777777" w:rsidR="004F7A68" w:rsidRPr="00843BFB" w:rsidRDefault="009B633C">
      <w:pPr>
        <w:rPr>
          <w:rFonts w:asciiTheme="majorHAnsi" w:hAnsiTheme="majorHAnsi" w:cstheme="majorHAnsi"/>
        </w:rPr>
      </w:pPr>
      <w:r w:rsidRPr="00843BFB">
        <w:rPr>
          <w:rFonts w:asciiTheme="majorHAnsi" w:hAnsiTheme="majorHAnsi" w:cstheme="majorHAnsi"/>
          <w:b/>
        </w:rPr>
        <w:t>Potential Benefits:</w:t>
      </w:r>
    </w:p>
    <w:p w14:paraId="5EE2496A"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250 words]</w:t>
      </w:r>
    </w:p>
    <w:p w14:paraId="40AC31DD" w14:textId="77777777" w:rsidR="004F7A68" w:rsidRPr="00843BFB" w:rsidRDefault="009B633C">
      <w:pPr>
        <w:pStyle w:val="Heading3"/>
        <w:rPr>
          <w:rFonts w:cstheme="majorHAnsi"/>
        </w:rPr>
      </w:pPr>
      <w:r w:rsidRPr="00843BFB">
        <w:rPr>
          <w:rFonts w:cstheme="majorHAnsi"/>
        </w:rPr>
        <w:t>5.4 Risk/Benefit Assessment</w:t>
      </w:r>
    </w:p>
    <w:p w14:paraId="2901C893"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Provide a brief assessment of whether the potential benefits of the research justify the risks to participants. Explain why the knowledge to be gained is worth the risks participants will face. For minimal risk studies, this can be brief.</w:t>
      </w:r>
    </w:p>
    <w:p w14:paraId="5A47F9F8" w14:textId="77777777" w:rsidR="004F7A68" w:rsidRPr="00843BFB" w:rsidRDefault="009B633C">
      <w:pPr>
        <w:rPr>
          <w:rFonts w:asciiTheme="majorHAnsi" w:hAnsiTheme="majorHAnsi" w:cstheme="majorHAnsi"/>
        </w:rPr>
      </w:pPr>
      <w:r w:rsidRPr="00843BFB">
        <w:rPr>
          <w:rFonts w:asciiTheme="majorHAnsi" w:hAnsiTheme="majorHAnsi" w:cstheme="majorHAnsi"/>
          <w:b/>
        </w:rPr>
        <w:t>Risk/Benefit Assessment:</w:t>
      </w:r>
    </w:p>
    <w:p w14:paraId="164D7E8E"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150 words]</w:t>
      </w:r>
    </w:p>
    <w:p w14:paraId="3EE2F954"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6: PRIVACY, CONFIDENTIALITY, AND DATA MANAGEMENT</w:t>
      </w:r>
    </w:p>
    <w:p w14:paraId="2483CF7A" w14:textId="77777777" w:rsidR="004F7A68" w:rsidRPr="00843BFB" w:rsidRDefault="009B633C">
      <w:pPr>
        <w:pStyle w:val="Heading3"/>
        <w:rPr>
          <w:rFonts w:cstheme="majorHAnsi"/>
        </w:rPr>
      </w:pPr>
      <w:r w:rsidRPr="00843BFB">
        <w:rPr>
          <w:rFonts w:cstheme="majorHAnsi"/>
        </w:rPr>
        <w:t>6.1 Data Collection and Identifiability</w:t>
      </w:r>
    </w:p>
    <w:p w14:paraId="6FBB4B7E"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what data you will collect from or about participants. Will the data be identifiable (names, contact information), coded (linked to participants through a code), or anonymous (no way to link data to individuals)? If you are collecting identifiable data, explain why this is necessary.</w:t>
      </w:r>
    </w:p>
    <w:p w14:paraId="22E5533F" w14:textId="77777777" w:rsidR="004F7A68" w:rsidRPr="00843BFB" w:rsidRDefault="009B633C">
      <w:pPr>
        <w:rPr>
          <w:rFonts w:asciiTheme="majorHAnsi" w:hAnsiTheme="majorHAnsi" w:cstheme="majorHAnsi"/>
        </w:rPr>
      </w:pPr>
      <w:r w:rsidRPr="00843BFB">
        <w:rPr>
          <w:rFonts w:asciiTheme="majorHAnsi" w:hAnsiTheme="majorHAnsi" w:cstheme="majorHAnsi"/>
          <w:b/>
        </w:rPr>
        <w:t>Data Collection and Identifiability:</w:t>
      </w:r>
    </w:p>
    <w:p w14:paraId="52B76330"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250 words]</w:t>
      </w:r>
    </w:p>
    <w:p w14:paraId="213CEB20" w14:textId="77777777" w:rsidR="004F7A68" w:rsidRPr="00843BFB" w:rsidRDefault="009B633C">
      <w:pPr>
        <w:pStyle w:val="Heading3"/>
        <w:rPr>
          <w:rFonts w:cstheme="majorHAnsi"/>
        </w:rPr>
      </w:pPr>
      <w:r w:rsidRPr="00843BFB">
        <w:rPr>
          <w:rFonts w:cstheme="majorHAnsi"/>
        </w:rPr>
        <w:t>6.2 Data Storage and Security</w:t>
      </w:r>
    </w:p>
    <w:p w14:paraId="3914FCE6"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Explain in detail how you will store data to protect participant confidentiality. Address both physical and electronic data storage. Be specific about:</w:t>
      </w:r>
    </w:p>
    <w:p w14:paraId="7536C7F6" w14:textId="690F7251"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lastRenderedPageBreak/>
        <w:t>Where data will be stored (locked file cabinet, password-protected computer, secure server, cloud storage platform)</w:t>
      </w:r>
    </w:p>
    <w:p w14:paraId="51A2225A" w14:textId="5F8F09E6"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How data will be secured (encryption, password protection, locked facilities)</w:t>
      </w:r>
    </w:p>
    <w:p w14:paraId="540CA572" w14:textId="33EEC2F4"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Who will have access to identifiable data</w:t>
      </w:r>
    </w:p>
    <w:p w14:paraId="0433DC96" w14:textId="4348F26B"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 xml:space="preserve">How long </w:t>
      </w:r>
      <w:proofErr w:type="gramStart"/>
      <w:r w:rsidRPr="00843BFB">
        <w:rPr>
          <w:rFonts w:asciiTheme="majorHAnsi" w:hAnsiTheme="majorHAnsi" w:cstheme="majorHAnsi"/>
        </w:rPr>
        <w:t>data will</w:t>
      </w:r>
      <w:proofErr w:type="gramEnd"/>
      <w:r w:rsidRPr="00843BFB">
        <w:rPr>
          <w:rFonts w:asciiTheme="majorHAnsi" w:hAnsiTheme="majorHAnsi" w:cstheme="majorHAnsi"/>
        </w:rPr>
        <w:t xml:space="preserve"> be retained</w:t>
      </w:r>
    </w:p>
    <w:p w14:paraId="54A2159F" w14:textId="23DFD384"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Separate storage of consent forms and data (if applicable)</w:t>
      </w:r>
    </w:p>
    <w:p w14:paraId="325B0AEF" w14:textId="77777777" w:rsidR="004F7A68" w:rsidRPr="00843BFB" w:rsidRDefault="009B633C">
      <w:pPr>
        <w:rPr>
          <w:rFonts w:asciiTheme="majorHAnsi" w:hAnsiTheme="majorHAnsi" w:cstheme="majorHAnsi"/>
        </w:rPr>
      </w:pPr>
      <w:r w:rsidRPr="00843BFB">
        <w:rPr>
          <w:rFonts w:asciiTheme="majorHAnsi" w:hAnsiTheme="majorHAnsi" w:cstheme="majorHAnsi"/>
          <w:b/>
        </w:rPr>
        <w:t>Data Storage and Security:</w:t>
      </w:r>
    </w:p>
    <w:p w14:paraId="69BF51AE"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300 words]</w:t>
      </w:r>
    </w:p>
    <w:p w14:paraId="79E4F706" w14:textId="77777777" w:rsidR="004F7A68" w:rsidRPr="00843BFB" w:rsidRDefault="009B633C">
      <w:pPr>
        <w:pStyle w:val="Heading3"/>
        <w:rPr>
          <w:rFonts w:cstheme="majorHAnsi"/>
        </w:rPr>
      </w:pPr>
      <w:r w:rsidRPr="00843BFB">
        <w:rPr>
          <w:rFonts w:cstheme="majorHAnsi"/>
        </w:rPr>
        <w:t>6.3 Data Access</w:t>
      </w:r>
    </w:p>
    <w:p w14:paraId="5FE58881" w14:textId="636370B8"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List all individuals who will have access to identifiable data. Include the PI, co-investigators, </w:t>
      </w:r>
      <w:r w:rsidR="00DC7AF1" w:rsidRPr="00843BFB">
        <w:rPr>
          <w:rFonts w:asciiTheme="majorHAnsi" w:hAnsiTheme="majorHAnsi" w:cstheme="majorHAnsi"/>
        </w:rPr>
        <w:t xml:space="preserve">student researchers, </w:t>
      </w:r>
      <w:r w:rsidRPr="00843BFB">
        <w:rPr>
          <w:rFonts w:asciiTheme="majorHAnsi" w:hAnsiTheme="majorHAnsi" w:cstheme="majorHAnsi"/>
        </w:rPr>
        <w:t>research assistants, transcriptionists, external evaluators, or anyone else who will see data that could be linked to participants. Explain what level of access each person will have and why they need access.</w:t>
      </w:r>
    </w:p>
    <w:p w14:paraId="781528FD" w14:textId="77777777" w:rsidR="004F7A68" w:rsidRPr="00843BFB" w:rsidRDefault="009B633C">
      <w:pPr>
        <w:rPr>
          <w:rFonts w:asciiTheme="majorHAnsi" w:hAnsiTheme="majorHAnsi" w:cstheme="majorHAnsi"/>
        </w:rPr>
      </w:pPr>
      <w:r w:rsidRPr="00843BFB">
        <w:rPr>
          <w:rFonts w:asciiTheme="majorHAnsi" w:hAnsiTheme="majorHAnsi" w:cstheme="majorHAnsi"/>
          <w:b/>
        </w:rPr>
        <w:t>Data Access:</w:t>
      </w:r>
    </w:p>
    <w:p w14:paraId="5ED25916"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7C174707" w14:textId="77777777" w:rsidR="004F7A68" w:rsidRPr="00843BFB" w:rsidRDefault="009B633C">
      <w:pPr>
        <w:pStyle w:val="Heading3"/>
        <w:rPr>
          <w:rFonts w:cstheme="majorHAnsi"/>
        </w:rPr>
      </w:pPr>
      <w:r w:rsidRPr="00843BFB">
        <w:rPr>
          <w:rFonts w:cstheme="majorHAnsi"/>
        </w:rPr>
        <w:t>6.4 Data Retention and Destruction</w:t>
      </w:r>
    </w:p>
    <w:p w14:paraId="240CE456"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Explain how long you will keep the data and what will happen to it after the retention period. Federal regulations and some funding agencies require data to be retained for a specific period (often 3-7 years after project completion). Describe how and when data will be destroyed. Who will be responsible for data destruction?</w:t>
      </w:r>
    </w:p>
    <w:p w14:paraId="2FEB5258" w14:textId="312E5EB7" w:rsidR="004F7A68" w:rsidRPr="00843BFB" w:rsidRDefault="009B633C">
      <w:pPr>
        <w:rPr>
          <w:rFonts w:asciiTheme="majorHAnsi" w:hAnsiTheme="majorHAnsi" w:cstheme="majorHAnsi"/>
        </w:rPr>
      </w:pPr>
      <w:r w:rsidRPr="00843BFB">
        <w:rPr>
          <w:rFonts w:asciiTheme="majorHAnsi" w:hAnsiTheme="majorHAnsi" w:cstheme="majorHAnsi"/>
          <w:b/>
        </w:rPr>
        <w:t>Data Retention Period:</w:t>
      </w:r>
      <w:r w:rsidRPr="00843BFB">
        <w:rPr>
          <w:rFonts w:asciiTheme="majorHAnsi" w:hAnsiTheme="majorHAnsi" w:cstheme="majorHAnsi"/>
        </w:rPr>
        <w:t xml:space="preserve"> </w:t>
      </w:r>
    </w:p>
    <w:p w14:paraId="71C2B649" w14:textId="77777777" w:rsidR="004F7A68" w:rsidRPr="00843BFB" w:rsidRDefault="009B633C">
      <w:pPr>
        <w:rPr>
          <w:rFonts w:asciiTheme="majorHAnsi" w:hAnsiTheme="majorHAnsi" w:cstheme="majorHAnsi"/>
        </w:rPr>
      </w:pPr>
      <w:r w:rsidRPr="00843BFB">
        <w:rPr>
          <w:rFonts w:asciiTheme="majorHAnsi" w:hAnsiTheme="majorHAnsi" w:cstheme="majorHAnsi"/>
          <w:b/>
        </w:rPr>
        <w:t>Data Destruction Plan:</w:t>
      </w:r>
    </w:p>
    <w:p w14:paraId="55D7F0D3"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150 words]</w:t>
      </w:r>
    </w:p>
    <w:p w14:paraId="789EA6C0" w14:textId="77777777" w:rsidR="004F7A68" w:rsidRPr="00843BFB" w:rsidRDefault="009B633C">
      <w:pPr>
        <w:pStyle w:val="Heading3"/>
        <w:rPr>
          <w:rFonts w:cstheme="majorHAnsi"/>
        </w:rPr>
      </w:pPr>
      <w:r w:rsidRPr="00843BFB">
        <w:rPr>
          <w:rFonts w:cstheme="majorHAnsi"/>
        </w:rPr>
        <w:t>6.5 Data Sharing and Dissemination</w:t>
      </w:r>
    </w:p>
    <w:p w14:paraId="79700C4E" w14:textId="608D8C8D"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Will you share data with anyone outside your immediate research team? Will you make data publicly available (e.g., in a data repository</w:t>
      </w:r>
      <w:r w:rsidR="00DC7AF1" w:rsidRPr="00843BFB">
        <w:rPr>
          <w:rFonts w:asciiTheme="majorHAnsi" w:hAnsiTheme="majorHAnsi" w:cstheme="majorHAnsi"/>
        </w:rPr>
        <w:t xml:space="preserve"> or publication</w:t>
      </w:r>
      <w:r w:rsidRPr="00843BFB">
        <w:rPr>
          <w:rFonts w:asciiTheme="majorHAnsi" w:hAnsiTheme="majorHAnsi" w:cstheme="majorHAnsi"/>
        </w:rPr>
        <w:t>)? Will you share data with collaborators at other institutions? If so, explain how you will protect confidentiality when sharing data. If you will not share data, state this clearly.</w:t>
      </w:r>
    </w:p>
    <w:p w14:paraId="24900A8D" w14:textId="77777777" w:rsidR="004F7A68" w:rsidRPr="00843BFB" w:rsidRDefault="009B633C">
      <w:pPr>
        <w:rPr>
          <w:rFonts w:asciiTheme="majorHAnsi" w:hAnsiTheme="majorHAnsi" w:cstheme="majorHAnsi"/>
        </w:rPr>
      </w:pPr>
      <w:r w:rsidRPr="00843BFB">
        <w:rPr>
          <w:rFonts w:asciiTheme="majorHAnsi" w:hAnsiTheme="majorHAnsi" w:cstheme="majorHAnsi"/>
          <w:b/>
        </w:rPr>
        <w:t>Data Sharing and Dissemination:</w:t>
      </w:r>
    </w:p>
    <w:p w14:paraId="44F19472"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4DCC1D02"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lastRenderedPageBreak/>
        <w:t>SECTION 7: DISCLOSURE TO PARTICIPANTS</w:t>
      </w:r>
    </w:p>
    <w:p w14:paraId="2A81C599" w14:textId="77777777" w:rsidR="004F7A68" w:rsidRPr="00843BFB" w:rsidRDefault="009B633C">
      <w:pPr>
        <w:pStyle w:val="Heading3"/>
        <w:rPr>
          <w:rFonts w:cstheme="majorHAnsi"/>
        </w:rPr>
      </w:pPr>
      <w:r w:rsidRPr="00843BFB">
        <w:rPr>
          <w:rFonts w:cstheme="majorHAnsi"/>
        </w:rPr>
        <w:t>7.1 Information Provided to Participants</w:t>
      </w:r>
    </w:p>
    <w:p w14:paraId="4F865054"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Explain what information participants will receive about the study. Will they be fully informed about the purpose, procedures, risks, and benefits? If you are withholding any information from participants (either temporarily or permanently), explain what information is being withheld and provide a strong justification for why this is necessary for the research. Note: Withholding information requires careful justification and may require additional IRB review.</w:t>
      </w:r>
    </w:p>
    <w:p w14:paraId="0477097C" w14:textId="77777777" w:rsidR="004F7A68" w:rsidRPr="00843BFB" w:rsidRDefault="009B633C">
      <w:pPr>
        <w:rPr>
          <w:rFonts w:asciiTheme="majorHAnsi" w:hAnsiTheme="majorHAnsi" w:cstheme="majorHAnsi"/>
        </w:rPr>
      </w:pPr>
      <w:r w:rsidRPr="00843BFB">
        <w:rPr>
          <w:rFonts w:asciiTheme="majorHAnsi" w:hAnsiTheme="majorHAnsi" w:cstheme="majorHAnsi"/>
          <w:b/>
        </w:rPr>
        <w:t xml:space="preserve">Information Provided </w:t>
      </w:r>
      <w:proofErr w:type="gramStart"/>
      <w:r w:rsidRPr="00843BFB">
        <w:rPr>
          <w:rFonts w:asciiTheme="majorHAnsi" w:hAnsiTheme="majorHAnsi" w:cstheme="majorHAnsi"/>
          <w:b/>
        </w:rPr>
        <w:t>to</w:t>
      </w:r>
      <w:proofErr w:type="gramEnd"/>
      <w:r w:rsidRPr="00843BFB">
        <w:rPr>
          <w:rFonts w:asciiTheme="majorHAnsi" w:hAnsiTheme="majorHAnsi" w:cstheme="majorHAnsi"/>
          <w:b/>
        </w:rPr>
        <w:t xml:space="preserve"> Participants:</w:t>
      </w:r>
    </w:p>
    <w:p w14:paraId="65B37FE2"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250 words]</w:t>
      </w:r>
    </w:p>
    <w:p w14:paraId="0E3550FD" w14:textId="77777777" w:rsidR="004F7A68" w:rsidRPr="00843BFB" w:rsidRDefault="009B633C">
      <w:pPr>
        <w:pStyle w:val="Heading3"/>
        <w:rPr>
          <w:rFonts w:cstheme="majorHAnsi"/>
        </w:rPr>
      </w:pPr>
      <w:r w:rsidRPr="00843BFB">
        <w:rPr>
          <w:rFonts w:cstheme="majorHAnsi"/>
        </w:rPr>
        <w:t>7.2 Debriefing and Results Sharing</w:t>
      </w:r>
    </w:p>
    <w:p w14:paraId="2E70AA51"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Will participants be debriefed after their participation? If deception </w:t>
      </w:r>
      <w:proofErr w:type="gramStart"/>
      <w:r w:rsidRPr="00843BFB">
        <w:rPr>
          <w:rFonts w:asciiTheme="majorHAnsi" w:hAnsiTheme="majorHAnsi" w:cstheme="majorHAnsi"/>
        </w:rPr>
        <w:t>was</w:t>
      </w:r>
      <w:proofErr w:type="gramEnd"/>
      <w:r w:rsidRPr="00843BFB">
        <w:rPr>
          <w:rFonts w:asciiTheme="majorHAnsi" w:hAnsiTheme="majorHAnsi" w:cstheme="majorHAnsi"/>
        </w:rPr>
        <w:t xml:space="preserve"> used, describe the debriefing process. Will participants receive information about the study results? If so, how and when will results be shared? If participants will not receive results, explain why.</w:t>
      </w:r>
    </w:p>
    <w:p w14:paraId="1EE4D117" w14:textId="77777777" w:rsidR="004F7A68" w:rsidRPr="00843BFB" w:rsidRDefault="009B633C">
      <w:pPr>
        <w:rPr>
          <w:rFonts w:asciiTheme="majorHAnsi" w:hAnsiTheme="majorHAnsi" w:cstheme="majorHAnsi"/>
        </w:rPr>
      </w:pPr>
      <w:r w:rsidRPr="00843BFB">
        <w:rPr>
          <w:rFonts w:asciiTheme="majorHAnsi" w:hAnsiTheme="majorHAnsi" w:cstheme="majorHAnsi"/>
          <w:b/>
        </w:rPr>
        <w:t>Debriefing and Results Sharing:</w:t>
      </w:r>
    </w:p>
    <w:p w14:paraId="4B361E38" w14:textId="77777777" w:rsidR="004F7A68" w:rsidRPr="00843BFB" w:rsidRDefault="009B633C" w:rsidP="002B5B8A">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7EEA767D"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8: CONFLICT OF INTEREST</w:t>
      </w:r>
    </w:p>
    <w:p w14:paraId="03D0A0A9" w14:textId="77777777" w:rsidR="004F7A68" w:rsidRPr="00843BFB" w:rsidRDefault="009B633C">
      <w:pPr>
        <w:pStyle w:val="Heading3"/>
        <w:rPr>
          <w:rFonts w:cstheme="majorHAnsi"/>
        </w:rPr>
      </w:pPr>
      <w:r w:rsidRPr="00843BFB">
        <w:rPr>
          <w:rFonts w:cstheme="majorHAnsi"/>
        </w:rPr>
        <w:t>8.1 Conflict of Interest Statement</w:t>
      </w:r>
    </w:p>
    <w:p w14:paraId="75B0219F"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Disclose any financial, personal, or professional relationships that could be perceived as influencing this research or creating a conflict of interest. This includes:</w:t>
      </w:r>
    </w:p>
    <w:p w14:paraId="0106D3BE" w14:textId="72332531"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Financial interests in the outcome of the research</w:t>
      </w:r>
    </w:p>
    <w:p w14:paraId="7DF5C09D" w14:textId="3939AB46"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Relationships with participants (e.g., teaching students you are recruiting)</w:t>
      </w:r>
    </w:p>
    <w:p w14:paraId="57EB47C3" w14:textId="6880C8EE"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Consulting relationships with organizations involved in the research</w:t>
      </w:r>
    </w:p>
    <w:p w14:paraId="782CEB76" w14:textId="70ABBE17" w:rsidR="004F7A68" w:rsidRPr="00843BFB" w:rsidRDefault="009B633C" w:rsidP="002B5B8A">
      <w:pPr>
        <w:pStyle w:val="ListParagraph"/>
        <w:numPr>
          <w:ilvl w:val="0"/>
          <w:numId w:val="11"/>
        </w:numPr>
        <w:rPr>
          <w:rFonts w:asciiTheme="majorHAnsi" w:hAnsiTheme="majorHAnsi" w:cstheme="majorHAnsi"/>
        </w:rPr>
      </w:pPr>
      <w:r w:rsidRPr="00843BFB">
        <w:rPr>
          <w:rFonts w:asciiTheme="majorHAnsi" w:hAnsiTheme="majorHAnsi" w:cstheme="majorHAnsi"/>
        </w:rPr>
        <w:t>Intellectual property interests</w:t>
      </w:r>
    </w:p>
    <w:p w14:paraId="7986E51F" w14:textId="45B758EA" w:rsidR="004F7A68" w:rsidRPr="00843BFB" w:rsidRDefault="009B633C">
      <w:pPr>
        <w:rPr>
          <w:rFonts w:asciiTheme="majorHAnsi" w:hAnsiTheme="majorHAnsi" w:cstheme="majorHAnsi"/>
        </w:rPr>
      </w:pPr>
      <w:r w:rsidRPr="00843BFB">
        <w:rPr>
          <w:rFonts w:asciiTheme="majorHAnsi" w:hAnsiTheme="majorHAnsi" w:cstheme="majorHAnsi"/>
          <w:b/>
        </w:rPr>
        <w:t>Conflict of Interest Disclosure:</w:t>
      </w:r>
      <w:r w:rsidR="007C7BF9" w:rsidRPr="00843BFB">
        <w:rPr>
          <w:rFonts w:asciiTheme="majorHAnsi" w:hAnsiTheme="majorHAnsi" w:cstheme="majorHAnsi"/>
          <w:b/>
        </w:rPr>
        <w:t xml:space="preserve"> </w:t>
      </w:r>
      <w:r w:rsidR="007C7BF9" w:rsidRPr="00843BFB">
        <w:rPr>
          <w:rFonts w:asciiTheme="majorHAnsi" w:hAnsiTheme="majorHAnsi" w:cstheme="majorHAnsi"/>
          <w:bCs/>
        </w:rPr>
        <w:t>Place an X next to the appropriate status.</w:t>
      </w:r>
    </w:p>
    <w:tbl>
      <w:tblPr>
        <w:tblStyle w:val="TableGrid"/>
        <w:tblW w:w="5000" w:type="pct"/>
        <w:tblLook w:val="04A0" w:firstRow="1" w:lastRow="0" w:firstColumn="1" w:lastColumn="0" w:noHBand="0" w:noVBand="1"/>
      </w:tblPr>
      <w:tblGrid>
        <w:gridCol w:w="5958"/>
        <w:gridCol w:w="3618"/>
      </w:tblGrid>
      <w:tr w:rsidR="004F7A68" w:rsidRPr="00843BFB" w14:paraId="3735E957" w14:textId="77777777" w:rsidTr="00BC4816">
        <w:tc>
          <w:tcPr>
            <w:tcW w:w="3111" w:type="pct"/>
            <w:shd w:val="clear" w:color="auto" w:fill="F2F2F2" w:themeFill="background1" w:themeFillShade="F2"/>
          </w:tcPr>
          <w:p w14:paraId="4710CB4D" w14:textId="77777777" w:rsidR="004F7A68" w:rsidRPr="00EE60F0" w:rsidRDefault="009B633C" w:rsidP="000E5EBF">
            <w:pPr>
              <w:pStyle w:val="NoSpacing"/>
              <w:rPr>
                <w:rFonts w:asciiTheme="majorHAnsi" w:hAnsiTheme="majorHAnsi" w:cstheme="majorHAnsi"/>
                <w:b/>
                <w:bCs/>
              </w:rPr>
            </w:pPr>
            <w:r w:rsidRPr="00EE60F0">
              <w:rPr>
                <w:rFonts w:asciiTheme="majorHAnsi" w:hAnsiTheme="majorHAnsi" w:cstheme="majorHAnsi"/>
                <w:b/>
                <w:bCs/>
              </w:rPr>
              <w:t>Conflict Status</w:t>
            </w:r>
          </w:p>
        </w:tc>
        <w:tc>
          <w:tcPr>
            <w:tcW w:w="1889" w:type="pct"/>
            <w:shd w:val="clear" w:color="auto" w:fill="F2F2F2" w:themeFill="background1" w:themeFillShade="F2"/>
          </w:tcPr>
          <w:p w14:paraId="6A541852" w14:textId="30D15AF4" w:rsidR="004F7A68" w:rsidRPr="00EE60F0" w:rsidRDefault="0068751F" w:rsidP="000E5EBF">
            <w:pPr>
              <w:pStyle w:val="NoSpacing"/>
              <w:rPr>
                <w:rFonts w:asciiTheme="majorHAnsi" w:hAnsiTheme="majorHAnsi" w:cstheme="majorHAnsi"/>
                <w:b/>
                <w:bCs/>
              </w:rPr>
            </w:pPr>
            <w:r>
              <w:rPr>
                <w:rFonts w:asciiTheme="majorHAnsi" w:hAnsiTheme="majorHAnsi" w:cstheme="majorHAnsi"/>
                <w:b/>
                <w:bCs/>
              </w:rPr>
              <w:t>Place an X in the appropriate row</w:t>
            </w:r>
          </w:p>
        </w:tc>
      </w:tr>
      <w:tr w:rsidR="004F7A68" w:rsidRPr="00843BFB" w14:paraId="6B10A2D9" w14:textId="77777777" w:rsidTr="00BC4816">
        <w:tc>
          <w:tcPr>
            <w:tcW w:w="3111" w:type="pct"/>
          </w:tcPr>
          <w:p w14:paraId="2A45897F" w14:textId="77777777" w:rsidR="004F7A68" w:rsidRPr="00843BFB" w:rsidRDefault="009B633C" w:rsidP="000E5EBF">
            <w:pPr>
              <w:pStyle w:val="NoSpacing"/>
              <w:rPr>
                <w:rFonts w:asciiTheme="majorHAnsi" w:hAnsiTheme="majorHAnsi" w:cstheme="majorHAnsi"/>
              </w:rPr>
            </w:pPr>
            <w:r w:rsidRPr="00843BFB">
              <w:rPr>
                <w:rFonts w:asciiTheme="majorHAnsi" w:hAnsiTheme="majorHAnsi" w:cstheme="majorHAnsi"/>
              </w:rPr>
              <w:t>No conflicts of interest to disclose</w:t>
            </w:r>
          </w:p>
        </w:tc>
        <w:tc>
          <w:tcPr>
            <w:tcW w:w="1889" w:type="pct"/>
          </w:tcPr>
          <w:p w14:paraId="48B88D46" w14:textId="25DAE5FF" w:rsidR="004F7A68" w:rsidRPr="00843BFB" w:rsidRDefault="004F7A68" w:rsidP="000E5EBF">
            <w:pPr>
              <w:pStyle w:val="NoSpacing"/>
              <w:rPr>
                <w:rFonts w:asciiTheme="majorHAnsi" w:hAnsiTheme="majorHAnsi" w:cstheme="majorHAnsi"/>
              </w:rPr>
            </w:pPr>
          </w:p>
        </w:tc>
      </w:tr>
      <w:tr w:rsidR="004F7A68" w:rsidRPr="00843BFB" w14:paraId="3508670D" w14:textId="77777777" w:rsidTr="00BC4816">
        <w:tc>
          <w:tcPr>
            <w:tcW w:w="3111" w:type="pct"/>
          </w:tcPr>
          <w:p w14:paraId="784458AA" w14:textId="77777777" w:rsidR="004F7A68" w:rsidRPr="00843BFB" w:rsidRDefault="009B633C" w:rsidP="000E5EBF">
            <w:pPr>
              <w:pStyle w:val="NoSpacing"/>
              <w:rPr>
                <w:rFonts w:asciiTheme="majorHAnsi" w:hAnsiTheme="majorHAnsi" w:cstheme="majorHAnsi"/>
              </w:rPr>
            </w:pPr>
            <w:r w:rsidRPr="00843BFB">
              <w:rPr>
                <w:rFonts w:asciiTheme="majorHAnsi" w:hAnsiTheme="majorHAnsi" w:cstheme="majorHAnsi"/>
              </w:rPr>
              <w:t>Conflicts disclosed below</w:t>
            </w:r>
          </w:p>
        </w:tc>
        <w:tc>
          <w:tcPr>
            <w:tcW w:w="1889" w:type="pct"/>
          </w:tcPr>
          <w:p w14:paraId="710A5915" w14:textId="59B62B12" w:rsidR="004F7A68" w:rsidRPr="00843BFB" w:rsidRDefault="004F7A68" w:rsidP="000E5EBF">
            <w:pPr>
              <w:pStyle w:val="NoSpacing"/>
              <w:rPr>
                <w:rFonts w:asciiTheme="majorHAnsi" w:hAnsiTheme="majorHAnsi" w:cstheme="majorHAnsi"/>
              </w:rPr>
            </w:pPr>
          </w:p>
        </w:tc>
      </w:tr>
    </w:tbl>
    <w:p w14:paraId="403A8061" w14:textId="475D6395" w:rsidR="004F7A68" w:rsidRPr="00843BFB" w:rsidRDefault="000E5EBF">
      <w:pPr>
        <w:rPr>
          <w:rFonts w:asciiTheme="majorHAnsi" w:hAnsiTheme="majorHAnsi" w:cstheme="majorHAnsi"/>
        </w:rPr>
      </w:pPr>
      <w:r w:rsidRPr="00843BFB">
        <w:rPr>
          <w:rFonts w:asciiTheme="majorHAnsi" w:hAnsiTheme="majorHAnsi" w:cstheme="majorHAnsi"/>
          <w:b/>
        </w:rPr>
        <w:br/>
      </w:r>
      <w:r w:rsidR="009B633C" w:rsidRPr="00843BFB">
        <w:rPr>
          <w:rFonts w:asciiTheme="majorHAnsi" w:hAnsiTheme="majorHAnsi" w:cstheme="majorHAnsi"/>
          <w:b/>
        </w:rPr>
        <w:t>If conflicts exist, describe them and explain how they will be managed:</w:t>
      </w:r>
    </w:p>
    <w:p w14:paraId="1F5BF044" w14:textId="77777777" w:rsidR="004F7A68" w:rsidRPr="00843BFB" w:rsidRDefault="009B633C" w:rsidP="00956776">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6BF46855"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lastRenderedPageBreak/>
        <w:t>SECTION 9: RESEARCH PERSONNEL AND TRAINING</w:t>
      </w:r>
    </w:p>
    <w:p w14:paraId="1A536EAE" w14:textId="77777777" w:rsidR="004F7A68" w:rsidRPr="00843BFB" w:rsidRDefault="009B633C">
      <w:pPr>
        <w:pStyle w:val="Heading3"/>
        <w:rPr>
          <w:rFonts w:cstheme="majorHAnsi"/>
        </w:rPr>
      </w:pPr>
      <w:r w:rsidRPr="00843BFB">
        <w:rPr>
          <w:rFonts w:cstheme="majorHAnsi"/>
        </w:rPr>
        <w:t>9.1 Research Personnel</w:t>
      </w:r>
    </w:p>
    <w:p w14:paraId="0DC9CEF9" w14:textId="04F2FF5C"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List all individuals who will be involved in conducting this research, including the PI, co-investigators, </w:t>
      </w:r>
      <w:r w:rsidR="00DC7AF1" w:rsidRPr="00843BFB">
        <w:rPr>
          <w:rFonts w:asciiTheme="majorHAnsi" w:hAnsiTheme="majorHAnsi" w:cstheme="majorHAnsi"/>
        </w:rPr>
        <w:t xml:space="preserve">student researchers, </w:t>
      </w:r>
      <w:r w:rsidRPr="00843BFB">
        <w:rPr>
          <w:rFonts w:asciiTheme="majorHAnsi" w:hAnsiTheme="majorHAnsi" w:cstheme="majorHAnsi"/>
        </w:rPr>
        <w:t>research assistants, and any other personnel who will interact with participants or have access to identifiable data. For each person, indicate their role and responsibilities.</w:t>
      </w:r>
    </w:p>
    <w:p w14:paraId="6BF49061" w14:textId="77777777" w:rsidR="004F7A68" w:rsidRPr="00843BFB" w:rsidRDefault="009B633C">
      <w:pPr>
        <w:rPr>
          <w:rFonts w:asciiTheme="majorHAnsi" w:hAnsiTheme="majorHAnsi" w:cstheme="majorHAnsi"/>
        </w:rPr>
      </w:pPr>
      <w:r w:rsidRPr="00843BFB">
        <w:rPr>
          <w:rFonts w:asciiTheme="majorHAnsi" w:hAnsiTheme="majorHAnsi" w:cstheme="majorHAnsi"/>
          <w:b/>
        </w:rPr>
        <w:t>Research Personnel and Roles:</w:t>
      </w:r>
    </w:p>
    <w:p w14:paraId="2053DC84" w14:textId="77777777" w:rsidR="004F7A68" w:rsidRPr="00843BFB" w:rsidRDefault="009B633C" w:rsidP="007C7BF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250 words]</w:t>
      </w:r>
    </w:p>
    <w:p w14:paraId="38C8A91D" w14:textId="77777777" w:rsidR="004F7A68" w:rsidRPr="00843BFB" w:rsidRDefault="009B633C">
      <w:pPr>
        <w:pStyle w:val="Heading3"/>
        <w:rPr>
          <w:rFonts w:cstheme="majorHAnsi"/>
        </w:rPr>
      </w:pPr>
      <w:r w:rsidRPr="00843BFB">
        <w:rPr>
          <w:rFonts w:cstheme="majorHAnsi"/>
        </w:rPr>
        <w:t xml:space="preserve">9.2 Training </w:t>
      </w:r>
      <w:proofErr w:type="gramStart"/>
      <w:r w:rsidRPr="00843BFB">
        <w:rPr>
          <w:rFonts w:cstheme="majorHAnsi"/>
        </w:rPr>
        <w:t>of</w:t>
      </w:r>
      <w:proofErr w:type="gramEnd"/>
      <w:r w:rsidRPr="00843BFB">
        <w:rPr>
          <w:rFonts w:cstheme="majorHAnsi"/>
        </w:rPr>
        <w:t xml:space="preserve"> Research Personnel</w:t>
      </w:r>
    </w:p>
    <w:p w14:paraId="050C9B20"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Describe any training that research personnel will receive before interacting with participants or handling data. This might include training on:</w:t>
      </w:r>
    </w:p>
    <w:p w14:paraId="2527D4AE" w14:textId="77777777" w:rsidR="00232512" w:rsidRDefault="00232512" w:rsidP="00232512">
      <w:pPr>
        <w:pStyle w:val="ListParagraph"/>
        <w:numPr>
          <w:ilvl w:val="0"/>
          <w:numId w:val="11"/>
        </w:numPr>
        <w:rPr>
          <w:rFonts w:eastAsia="Times New Roman"/>
        </w:rPr>
      </w:pPr>
      <w:r>
        <w:rPr>
          <w:rFonts w:ascii="Calibri" w:eastAsia="Times New Roman" w:hAnsi="Calibri" w:cs="Calibri"/>
        </w:rPr>
        <w:t>Study procedures involving participant interaction (what to do, what not to do, and when to stop)</w:t>
      </w:r>
    </w:p>
    <w:p w14:paraId="56172095" w14:textId="77777777" w:rsidR="00232512" w:rsidRDefault="00232512" w:rsidP="00232512">
      <w:pPr>
        <w:pStyle w:val="ListParagraph"/>
        <w:numPr>
          <w:ilvl w:val="0"/>
          <w:numId w:val="11"/>
        </w:numPr>
        <w:rPr>
          <w:rFonts w:eastAsia="Times New Roman"/>
        </w:rPr>
      </w:pPr>
      <w:r>
        <w:rPr>
          <w:rFonts w:ascii="Calibri" w:eastAsia="Times New Roman" w:hAnsi="Calibri" w:cs="Calibri"/>
        </w:rPr>
        <w:t>Informed consent procedures, including how to answer participant questions</w:t>
      </w:r>
    </w:p>
    <w:p w14:paraId="661AFB10" w14:textId="77777777" w:rsidR="00232512" w:rsidRDefault="00232512" w:rsidP="00232512">
      <w:pPr>
        <w:pStyle w:val="ListParagraph"/>
        <w:numPr>
          <w:ilvl w:val="0"/>
          <w:numId w:val="11"/>
        </w:numPr>
        <w:rPr>
          <w:rFonts w:eastAsia="Times New Roman"/>
        </w:rPr>
      </w:pPr>
      <w:r>
        <w:rPr>
          <w:rFonts w:ascii="Calibri" w:eastAsia="Times New Roman" w:hAnsi="Calibri" w:cs="Calibri"/>
        </w:rPr>
        <w:t>Privacy, confidentiality, and data security (including handling of recordings, notes, and contact information)</w:t>
      </w:r>
    </w:p>
    <w:p w14:paraId="1FA08058" w14:textId="77777777" w:rsidR="00232512" w:rsidRDefault="00232512" w:rsidP="00232512">
      <w:pPr>
        <w:pStyle w:val="ListParagraph"/>
        <w:numPr>
          <w:ilvl w:val="0"/>
          <w:numId w:val="11"/>
        </w:numPr>
        <w:rPr>
          <w:rFonts w:eastAsia="Times New Roman"/>
        </w:rPr>
      </w:pPr>
      <w:r>
        <w:rPr>
          <w:rFonts w:ascii="Calibri" w:eastAsia="Times New Roman" w:hAnsi="Calibri" w:cs="Calibri"/>
        </w:rPr>
        <w:t>Any intervention/experimental procedures (if applicable), including fidelity/consistency expectations</w:t>
      </w:r>
    </w:p>
    <w:p w14:paraId="0ECF9B19" w14:textId="77777777" w:rsidR="00232512" w:rsidRDefault="00232512" w:rsidP="00232512">
      <w:pPr>
        <w:pStyle w:val="ListParagraph"/>
        <w:numPr>
          <w:ilvl w:val="0"/>
          <w:numId w:val="11"/>
        </w:numPr>
        <w:rPr>
          <w:rFonts w:eastAsia="Times New Roman"/>
        </w:rPr>
      </w:pPr>
      <w:r>
        <w:rPr>
          <w:rFonts w:ascii="Calibri" w:eastAsia="Times New Roman" w:hAnsi="Calibri" w:cs="Calibri"/>
        </w:rPr>
        <w:t>Participant-safety and response procedures relevant to the study setting (e.g., distress protocols, escalation/referral steps, and privacy practices in public/field settings)</w:t>
      </w:r>
    </w:p>
    <w:p w14:paraId="7B2156AA" w14:textId="77777777" w:rsidR="002508E4" w:rsidRDefault="002508E4">
      <w:r>
        <w:rPr>
          <w:rFonts w:ascii="Calibri" w:hAnsi="Calibri" w:cs="Calibri"/>
        </w:rPr>
        <w:t xml:space="preserve">CITI Human Subjects Research Training provides </w:t>
      </w:r>
      <w:proofErr w:type="gramStart"/>
      <w:r>
        <w:rPr>
          <w:rFonts w:ascii="Calibri" w:hAnsi="Calibri" w:cs="Calibri"/>
        </w:rPr>
        <w:t>the baseline</w:t>
      </w:r>
      <w:proofErr w:type="gramEnd"/>
      <w:r>
        <w:rPr>
          <w:rFonts w:ascii="Calibri" w:hAnsi="Calibri" w:cs="Calibri"/>
        </w:rPr>
        <w:t xml:space="preserve"> training in human </w:t>
      </w:r>
      <w:proofErr w:type="gramStart"/>
      <w:r>
        <w:rPr>
          <w:rFonts w:ascii="Calibri" w:hAnsi="Calibri" w:cs="Calibri"/>
        </w:rPr>
        <w:t>subjects</w:t>
      </w:r>
      <w:proofErr w:type="gramEnd"/>
      <w:r>
        <w:rPr>
          <w:rFonts w:ascii="Calibri" w:hAnsi="Calibri" w:cs="Calibri"/>
        </w:rPr>
        <w:t xml:space="preserve"> protections. In addition, describe any study-specific training needed to conduct this human-subjects research safely and ethically before personnel interact with participants or handle study data (e.g., consent and recruitment scripts, working with the study population, intervention/experimental procedures (if applicable), emergency procedures relevant to participant interactions, privacy and confidentiality practices in public/field settings, handling recordings, data security, and supervision/competency checks). If training materials or protocols exist, include them in the appendix. If no special training beyond CITI is required, state “No additional training beyond CITI Human Subjects Research Training is required.” All personnel who interact with participants or identifiable data will complete CITI Human Subjects Research Training; certificates will be included in the appendix.</w:t>
      </w:r>
    </w:p>
    <w:p w14:paraId="4A75886E" w14:textId="77777777" w:rsidR="004F7A68" w:rsidRPr="00843BFB" w:rsidRDefault="009B633C">
      <w:pPr>
        <w:rPr>
          <w:rFonts w:asciiTheme="majorHAnsi" w:hAnsiTheme="majorHAnsi" w:cstheme="majorHAnsi"/>
        </w:rPr>
      </w:pPr>
      <w:r w:rsidRPr="00843BFB">
        <w:rPr>
          <w:rFonts w:asciiTheme="majorHAnsi" w:hAnsiTheme="majorHAnsi" w:cstheme="majorHAnsi"/>
          <w:b/>
        </w:rPr>
        <w:t xml:space="preserve">Training </w:t>
      </w:r>
      <w:proofErr w:type="gramStart"/>
      <w:r w:rsidRPr="00843BFB">
        <w:rPr>
          <w:rFonts w:asciiTheme="majorHAnsi" w:hAnsiTheme="majorHAnsi" w:cstheme="majorHAnsi"/>
          <w:b/>
        </w:rPr>
        <w:t>of</w:t>
      </w:r>
      <w:proofErr w:type="gramEnd"/>
      <w:r w:rsidRPr="00843BFB">
        <w:rPr>
          <w:rFonts w:asciiTheme="majorHAnsi" w:hAnsiTheme="majorHAnsi" w:cstheme="majorHAnsi"/>
          <w:b/>
        </w:rPr>
        <w:t xml:space="preserve"> Research Personnel:</w:t>
      </w:r>
    </w:p>
    <w:p w14:paraId="19FFB423" w14:textId="77777777" w:rsidR="004F7A68" w:rsidRPr="00843BFB" w:rsidRDefault="009B633C" w:rsidP="007C7BF9">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01AE63D5" w14:textId="1B1CCF64" w:rsidR="004F7A68" w:rsidRPr="00843BFB" w:rsidRDefault="009B633C">
      <w:pPr>
        <w:rPr>
          <w:rFonts w:asciiTheme="majorHAnsi" w:hAnsiTheme="majorHAnsi" w:cstheme="majorHAnsi"/>
        </w:rPr>
      </w:pPr>
      <w:r w:rsidRPr="00843BFB">
        <w:rPr>
          <w:rFonts w:asciiTheme="majorHAnsi" w:hAnsiTheme="majorHAnsi" w:cstheme="majorHAnsi"/>
          <w:b/>
        </w:rPr>
        <w:t xml:space="preserve">Training </w:t>
      </w:r>
      <w:proofErr w:type="gramStart"/>
      <w:r w:rsidRPr="00843BFB">
        <w:rPr>
          <w:rFonts w:asciiTheme="majorHAnsi" w:hAnsiTheme="majorHAnsi" w:cstheme="majorHAnsi"/>
          <w:b/>
        </w:rPr>
        <w:t>Materials</w:t>
      </w:r>
      <w:r w:rsidRPr="00843BFB">
        <w:rPr>
          <w:rFonts w:asciiTheme="majorHAnsi" w:hAnsiTheme="majorHAnsi" w:cstheme="majorHAnsi"/>
        </w:rPr>
        <w:t xml:space="preserve"> (</w:t>
      </w:r>
      <w:r w:rsidR="007C7BF9" w:rsidRPr="00843BFB">
        <w:rPr>
          <w:rFonts w:asciiTheme="majorHAnsi" w:hAnsiTheme="majorHAnsi" w:cstheme="majorHAnsi"/>
        </w:rPr>
        <w:t>(</w:t>
      </w:r>
      <w:proofErr w:type="gramEnd"/>
      <w:r w:rsidR="007C7BF9" w:rsidRPr="00843BFB">
        <w:rPr>
          <w:rFonts w:asciiTheme="majorHAnsi" w:hAnsiTheme="majorHAnsi" w:cstheme="majorHAnsi"/>
        </w:rPr>
        <w:t>Put an X for all that apply and you will include in the appendix):</w:t>
      </w:r>
    </w:p>
    <w:tbl>
      <w:tblPr>
        <w:tblStyle w:val="TableGrid"/>
        <w:tblW w:w="5000" w:type="pct"/>
        <w:tblLook w:val="04A0" w:firstRow="1" w:lastRow="0" w:firstColumn="1" w:lastColumn="0" w:noHBand="0" w:noVBand="1"/>
      </w:tblPr>
      <w:tblGrid>
        <w:gridCol w:w="5958"/>
        <w:gridCol w:w="3618"/>
      </w:tblGrid>
      <w:tr w:rsidR="0068751F" w:rsidRPr="00843BFB" w14:paraId="54C1F928" w14:textId="77777777" w:rsidTr="00BC4816">
        <w:tc>
          <w:tcPr>
            <w:tcW w:w="3111" w:type="pct"/>
            <w:shd w:val="clear" w:color="auto" w:fill="F2F2F2" w:themeFill="background1" w:themeFillShade="F2"/>
          </w:tcPr>
          <w:p w14:paraId="1A388FF0" w14:textId="77777777" w:rsidR="0068751F" w:rsidRPr="006B149E" w:rsidRDefault="0068751F" w:rsidP="000E5EBF">
            <w:pPr>
              <w:pStyle w:val="NoSpacing"/>
              <w:rPr>
                <w:rFonts w:asciiTheme="majorHAnsi" w:hAnsiTheme="majorHAnsi" w:cstheme="majorHAnsi"/>
                <w:b/>
                <w:bCs/>
              </w:rPr>
            </w:pPr>
            <w:r w:rsidRPr="006B149E">
              <w:rPr>
                <w:rFonts w:asciiTheme="majorHAnsi" w:hAnsiTheme="majorHAnsi" w:cstheme="majorHAnsi"/>
                <w:b/>
                <w:bCs/>
              </w:rPr>
              <w:t>Material Type</w:t>
            </w:r>
          </w:p>
        </w:tc>
        <w:tc>
          <w:tcPr>
            <w:tcW w:w="1889" w:type="pct"/>
            <w:shd w:val="clear" w:color="auto" w:fill="F2F2F2" w:themeFill="background1" w:themeFillShade="F2"/>
          </w:tcPr>
          <w:p w14:paraId="408F4E77" w14:textId="7903A971" w:rsidR="0068751F" w:rsidRPr="006B149E" w:rsidRDefault="0068751F" w:rsidP="000E5EBF">
            <w:pPr>
              <w:pStyle w:val="NoSpacing"/>
              <w:rPr>
                <w:rFonts w:asciiTheme="majorHAnsi" w:hAnsiTheme="majorHAnsi" w:cstheme="majorHAnsi"/>
                <w:b/>
                <w:bCs/>
              </w:rPr>
            </w:pPr>
            <w:r>
              <w:rPr>
                <w:rFonts w:asciiTheme="majorHAnsi" w:hAnsiTheme="majorHAnsi" w:cstheme="majorHAnsi"/>
                <w:b/>
                <w:bCs/>
              </w:rPr>
              <w:t>Place an X in the appropriate row</w:t>
            </w:r>
          </w:p>
        </w:tc>
      </w:tr>
      <w:tr w:rsidR="0068751F" w:rsidRPr="00843BFB" w14:paraId="201EECBA" w14:textId="77777777" w:rsidTr="00BC4816">
        <w:tc>
          <w:tcPr>
            <w:tcW w:w="3111" w:type="pct"/>
          </w:tcPr>
          <w:p w14:paraId="308049C6"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Training manual/protocol</w:t>
            </w:r>
          </w:p>
        </w:tc>
        <w:tc>
          <w:tcPr>
            <w:tcW w:w="1889" w:type="pct"/>
          </w:tcPr>
          <w:p w14:paraId="0B5D94B7" w14:textId="3B4CE487" w:rsidR="0068751F" w:rsidRPr="00843BFB" w:rsidRDefault="0068751F" w:rsidP="000E5EBF">
            <w:pPr>
              <w:pStyle w:val="NoSpacing"/>
              <w:rPr>
                <w:rFonts w:asciiTheme="majorHAnsi" w:hAnsiTheme="majorHAnsi" w:cstheme="majorHAnsi"/>
              </w:rPr>
            </w:pPr>
          </w:p>
        </w:tc>
      </w:tr>
      <w:tr w:rsidR="0068751F" w:rsidRPr="00843BFB" w14:paraId="3FE66AE4" w14:textId="77777777" w:rsidTr="00BC4816">
        <w:tc>
          <w:tcPr>
            <w:tcW w:w="3111" w:type="pct"/>
          </w:tcPr>
          <w:p w14:paraId="5D6C508B"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Training slides/presentation</w:t>
            </w:r>
          </w:p>
        </w:tc>
        <w:tc>
          <w:tcPr>
            <w:tcW w:w="1889" w:type="pct"/>
          </w:tcPr>
          <w:p w14:paraId="79AEBF1B" w14:textId="4EAA3A1A" w:rsidR="0068751F" w:rsidRPr="00843BFB" w:rsidRDefault="0068751F" w:rsidP="000E5EBF">
            <w:pPr>
              <w:pStyle w:val="NoSpacing"/>
              <w:rPr>
                <w:rFonts w:asciiTheme="majorHAnsi" w:hAnsiTheme="majorHAnsi" w:cstheme="majorHAnsi"/>
              </w:rPr>
            </w:pPr>
          </w:p>
        </w:tc>
      </w:tr>
      <w:tr w:rsidR="0068751F" w:rsidRPr="00843BFB" w14:paraId="3F70DFDA" w14:textId="77777777" w:rsidTr="00BC4816">
        <w:tc>
          <w:tcPr>
            <w:tcW w:w="3111" w:type="pct"/>
          </w:tcPr>
          <w:p w14:paraId="059F7EE1" w14:textId="77777777"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t>Standard operating procedures</w:t>
            </w:r>
          </w:p>
        </w:tc>
        <w:tc>
          <w:tcPr>
            <w:tcW w:w="1889" w:type="pct"/>
          </w:tcPr>
          <w:p w14:paraId="0A7B8383" w14:textId="228DB45E" w:rsidR="0068751F" w:rsidRPr="00843BFB" w:rsidRDefault="0068751F" w:rsidP="000E5EBF">
            <w:pPr>
              <w:pStyle w:val="NoSpacing"/>
              <w:rPr>
                <w:rFonts w:asciiTheme="majorHAnsi" w:hAnsiTheme="majorHAnsi" w:cstheme="majorHAnsi"/>
              </w:rPr>
            </w:pPr>
          </w:p>
        </w:tc>
      </w:tr>
      <w:tr w:rsidR="0068751F" w:rsidRPr="00843BFB" w14:paraId="44B6BE6E" w14:textId="77777777" w:rsidTr="00BC4816">
        <w:tc>
          <w:tcPr>
            <w:tcW w:w="3111" w:type="pct"/>
          </w:tcPr>
          <w:p w14:paraId="68488EED" w14:textId="1B527DD0" w:rsidR="0068751F" w:rsidRPr="00843BFB" w:rsidRDefault="0068751F" w:rsidP="000E5EBF">
            <w:pPr>
              <w:pStyle w:val="NoSpacing"/>
              <w:rPr>
                <w:rFonts w:asciiTheme="majorHAnsi" w:hAnsiTheme="majorHAnsi" w:cstheme="majorHAnsi"/>
              </w:rPr>
            </w:pPr>
            <w:r w:rsidRPr="00843BFB">
              <w:rPr>
                <w:rFonts w:asciiTheme="majorHAnsi" w:hAnsiTheme="majorHAnsi" w:cstheme="majorHAnsi"/>
              </w:rPr>
              <w:lastRenderedPageBreak/>
              <w:t xml:space="preserve">Other (specify): </w:t>
            </w:r>
          </w:p>
        </w:tc>
        <w:tc>
          <w:tcPr>
            <w:tcW w:w="1889" w:type="pct"/>
          </w:tcPr>
          <w:p w14:paraId="103B0EE2" w14:textId="7A8591A7" w:rsidR="0068751F" w:rsidRPr="00843BFB" w:rsidRDefault="0068751F" w:rsidP="000E5EBF">
            <w:pPr>
              <w:pStyle w:val="NoSpacing"/>
              <w:rPr>
                <w:rFonts w:asciiTheme="majorHAnsi" w:hAnsiTheme="majorHAnsi" w:cstheme="majorHAnsi"/>
              </w:rPr>
            </w:pPr>
          </w:p>
        </w:tc>
      </w:tr>
    </w:tbl>
    <w:p w14:paraId="70468CBA"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t>SECTION 10: ADDITIONAL CONSIDERATIONS</w:t>
      </w:r>
    </w:p>
    <w:p w14:paraId="5D91AF55" w14:textId="77777777" w:rsidR="004F7A68" w:rsidRPr="00843BFB" w:rsidRDefault="009B633C">
      <w:pPr>
        <w:pStyle w:val="Heading3"/>
        <w:rPr>
          <w:rFonts w:cstheme="majorHAnsi"/>
        </w:rPr>
      </w:pPr>
      <w:r w:rsidRPr="00843BFB">
        <w:rPr>
          <w:rFonts w:cstheme="majorHAnsi"/>
        </w:rPr>
        <w:t>10.1 Multi-Site Research</w:t>
      </w:r>
    </w:p>
    <w:p w14:paraId="39004225" w14:textId="193F3743"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If this research </w:t>
      </w:r>
      <w:proofErr w:type="gramStart"/>
      <w:r w:rsidRPr="00843BFB">
        <w:rPr>
          <w:rFonts w:asciiTheme="majorHAnsi" w:hAnsiTheme="majorHAnsi" w:cstheme="majorHAnsi"/>
        </w:rPr>
        <w:t>will be</w:t>
      </w:r>
      <w:proofErr w:type="gramEnd"/>
      <w:r w:rsidRPr="00843BFB">
        <w:rPr>
          <w:rFonts w:asciiTheme="majorHAnsi" w:hAnsiTheme="majorHAnsi" w:cstheme="majorHAnsi"/>
        </w:rPr>
        <w:t xml:space="preserve"> conducted at multiple sites or institutions, describe the sites and explain how IRB approval will be obtained at each site. Will McMurry University serve as the IRB of record, or will each site conduct its own review?</w:t>
      </w:r>
      <w:r w:rsidR="00DC7AF1" w:rsidRPr="00843BFB">
        <w:rPr>
          <w:rFonts w:asciiTheme="majorHAnsi" w:hAnsiTheme="majorHAnsi" w:cstheme="majorHAnsi"/>
        </w:rPr>
        <w:t xml:space="preserve"> Will this project require a reliance agreement with other academic institutions to place one institution as being responsible for project oversight?</w:t>
      </w:r>
    </w:p>
    <w:p w14:paraId="5BB4FEB3" w14:textId="4DEAEB23" w:rsidR="004F7A68" w:rsidRPr="00843BFB" w:rsidRDefault="009B633C">
      <w:pPr>
        <w:rPr>
          <w:rFonts w:asciiTheme="majorHAnsi" w:hAnsiTheme="majorHAnsi" w:cstheme="majorHAnsi"/>
        </w:rPr>
      </w:pPr>
      <w:r w:rsidRPr="00843BFB">
        <w:rPr>
          <w:rFonts w:asciiTheme="majorHAnsi" w:hAnsiTheme="majorHAnsi" w:cstheme="majorHAnsi"/>
          <w:b/>
        </w:rPr>
        <w:t>Multi-Site Research Information:</w:t>
      </w:r>
      <w:r w:rsidR="004C67FD" w:rsidRPr="00843BFB">
        <w:rPr>
          <w:rFonts w:asciiTheme="majorHAnsi" w:hAnsiTheme="majorHAnsi" w:cstheme="majorHAnsi"/>
          <w:b/>
        </w:rPr>
        <w:t xml:space="preserve"> </w:t>
      </w:r>
      <w:r w:rsidR="004C67FD" w:rsidRPr="00843BFB">
        <w:rPr>
          <w:rFonts w:asciiTheme="majorHAnsi" w:hAnsiTheme="majorHAnsi" w:cstheme="majorHAnsi"/>
        </w:rPr>
        <w:t xml:space="preserve">(Put an X for </w:t>
      </w:r>
      <w:r w:rsidR="000144B1" w:rsidRPr="00843BFB">
        <w:rPr>
          <w:rFonts w:asciiTheme="majorHAnsi" w:hAnsiTheme="majorHAnsi" w:cstheme="majorHAnsi"/>
        </w:rPr>
        <w:t>appropriate site</w:t>
      </w:r>
      <w:r w:rsidR="004C67FD" w:rsidRPr="00843BFB">
        <w:rPr>
          <w:rFonts w:asciiTheme="majorHAnsi" w:hAnsiTheme="majorHAnsi" w:cstheme="majorHAnsi"/>
        </w:rPr>
        <w:t>)</w:t>
      </w:r>
    </w:p>
    <w:tbl>
      <w:tblPr>
        <w:tblStyle w:val="TableGrid"/>
        <w:tblW w:w="5000" w:type="pct"/>
        <w:tblLook w:val="04A0" w:firstRow="1" w:lastRow="0" w:firstColumn="1" w:lastColumn="0" w:noHBand="0" w:noVBand="1"/>
      </w:tblPr>
      <w:tblGrid>
        <w:gridCol w:w="5905"/>
        <w:gridCol w:w="3671"/>
      </w:tblGrid>
      <w:tr w:rsidR="004F7A68" w:rsidRPr="00843BFB" w14:paraId="066EE7DA" w14:textId="77777777" w:rsidTr="0068751F">
        <w:tc>
          <w:tcPr>
            <w:tcW w:w="3083" w:type="pct"/>
            <w:shd w:val="clear" w:color="auto" w:fill="F2F2F2" w:themeFill="background1" w:themeFillShade="F2"/>
          </w:tcPr>
          <w:p w14:paraId="499BEE4C" w14:textId="77777777" w:rsidR="004F7A68" w:rsidRPr="006B149E" w:rsidRDefault="009B633C" w:rsidP="000E5EBF">
            <w:pPr>
              <w:pStyle w:val="NoSpacing"/>
              <w:rPr>
                <w:rFonts w:asciiTheme="majorHAnsi" w:hAnsiTheme="majorHAnsi" w:cstheme="majorHAnsi"/>
                <w:b/>
                <w:bCs/>
              </w:rPr>
            </w:pPr>
            <w:r w:rsidRPr="006B149E">
              <w:rPr>
                <w:rFonts w:asciiTheme="majorHAnsi" w:hAnsiTheme="majorHAnsi" w:cstheme="majorHAnsi"/>
                <w:b/>
                <w:bCs/>
              </w:rPr>
              <w:t>Multi-Site Research</w:t>
            </w:r>
          </w:p>
        </w:tc>
        <w:tc>
          <w:tcPr>
            <w:tcW w:w="1917" w:type="pct"/>
            <w:shd w:val="clear" w:color="auto" w:fill="F2F2F2" w:themeFill="background1" w:themeFillShade="F2"/>
          </w:tcPr>
          <w:p w14:paraId="7E11A835" w14:textId="0B2070B4" w:rsidR="004F7A68" w:rsidRPr="006B149E" w:rsidRDefault="0068751F" w:rsidP="000E5EBF">
            <w:pPr>
              <w:pStyle w:val="NoSpacing"/>
              <w:rPr>
                <w:rFonts w:asciiTheme="majorHAnsi" w:hAnsiTheme="majorHAnsi" w:cstheme="majorHAnsi"/>
                <w:b/>
                <w:bCs/>
              </w:rPr>
            </w:pPr>
            <w:r>
              <w:rPr>
                <w:rFonts w:asciiTheme="majorHAnsi" w:hAnsiTheme="majorHAnsi" w:cstheme="majorHAnsi"/>
                <w:b/>
                <w:bCs/>
              </w:rPr>
              <w:t>Place an X in the appropriate row</w:t>
            </w:r>
          </w:p>
        </w:tc>
      </w:tr>
      <w:tr w:rsidR="004F7A68" w:rsidRPr="00843BFB" w14:paraId="399CE33C" w14:textId="77777777" w:rsidTr="0068751F">
        <w:tc>
          <w:tcPr>
            <w:tcW w:w="3083" w:type="pct"/>
          </w:tcPr>
          <w:p w14:paraId="67C14D91" w14:textId="77777777" w:rsidR="004F7A68" w:rsidRPr="00843BFB" w:rsidRDefault="009B633C" w:rsidP="000E5EBF">
            <w:pPr>
              <w:pStyle w:val="NoSpacing"/>
              <w:rPr>
                <w:rFonts w:asciiTheme="majorHAnsi" w:hAnsiTheme="majorHAnsi" w:cstheme="majorHAnsi"/>
              </w:rPr>
            </w:pPr>
            <w:r w:rsidRPr="00843BFB">
              <w:rPr>
                <w:rFonts w:asciiTheme="majorHAnsi" w:hAnsiTheme="majorHAnsi" w:cstheme="majorHAnsi"/>
              </w:rPr>
              <w:t>This is single-site research at McMurry University only</w:t>
            </w:r>
          </w:p>
        </w:tc>
        <w:tc>
          <w:tcPr>
            <w:tcW w:w="1917" w:type="pct"/>
          </w:tcPr>
          <w:p w14:paraId="7DC9966E" w14:textId="53939B3E" w:rsidR="004F7A68" w:rsidRPr="00843BFB" w:rsidRDefault="004F7A68" w:rsidP="000E5EBF">
            <w:pPr>
              <w:pStyle w:val="NoSpacing"/>
              <w:rPr>
                <w:rFonts w:asciiTheme="majorHAnsi" w:hAnsiTheme="majorHAnsi" w:cstheme="majorHAnsi"/>
              </w:rPr>
            </w:pPr>
          </w:p>
        </w:tc>
      </w:tr>
      <w:tr w:rsidR="004F7A68" w:rsidRPr="00843BFB" w14:paraId="3F5B7A44" w14:textId="77777777" w:rsidTr="0068751F">
        <w:tc>
          <w:tcPr>
            <w:tcW w:w="3083" w:type="pct"/>
          </w:tcPr>
          <w:p w14:paraId="52C65694" w14:textId="77777777" w:rsidR="004F7A68" w:rsidRPr="00843BFB" w:rsidRDefault="009B633C" w:rsidP="000E5EBF">
            <w:pPr>
              <w:pStyle w:val="NoSpacing"/>
              <w:rPr>
                <w:rFonts w:asciiTheme="majorHAnsi" w:hAnsiTheme="majorHAnsi" w:cstheme="majorHAnsi"/>
              </w:rPr>
            </w:pPr>
            <w:r w:rsidRPr="00843BFB">
              <w:rPr>
                <w:rFonts w:asciiTheme="majorHAnsi" w:hAnsiTheme="majorHAnsi" w:cstheme="majorHAnsi"/>
              </w:rPr>
              <w:t>This is multi-site research (describe below)</w:t>
            </w:r>
          </w:p>
        </w:tc>
        <w:tc>
          <w:tcPr>
            <w:tcW w:w="1917" w:type="pct"/>
          </w:tcPr>
          <w:p w14:paraId="1DF4472E" w14:textId="60B776CF" w:rsidR="004F7A68" w:rsidRPr="00843BFB" w:rsidRDefault="004F7A68" w:rsidP="000E5EBF">
            <w:pPr>
              <w:pStyle w:val="NoSpacing"/>
              <w:rPr>
                <w:rFonts w:asciiTheme="majorHAnsi" w:hAnsiTheme="majorHAnsi" w:cstheme="majorHAnsi"/>
              </w:rPr>
            </w:pPr>
          </w:p>
        </w:tc>
      </w:tr>
    </w:tbl>
    <w:p w14:paraId="336E5247" w14:textId="1DA759E6" w:rsidR="004F7A68" w:rsidRPr="00843BFB" w:rsidRDefault="000E5EBF">
      <w:pPr>
        <w:rPr>
          <w:rFonts w:asciiTheme="majorHAnsi" w:hAnsiTheme="majorHAnsi" w:cstheme="majorHAnsi"/>
        </w:rPr>
      </w:pPr>
      <w:r w:rsidRPr="00843BFB">
        <w:rPr>
          <w:rFonts w:asciiTheme="majorHAnsi" w:hAnsiTheme="majorHAnsi" w:cstheme="majorHAnsi"/>
          <w:b/>
        </w:rPr>
        <w:br/>
      </w:r>
      <w:r w:rsidR="009B633C" w:rsidRPr="00843BFB">
        <w:rPr>
          <w:rFonts w:asciiTheme="majorHAnsi" w:hAnsiTheme="majorHAnsi" w:cstheme="majorHAnsi"/>
          <w:b/>
        </w:rPr>
        <w:t>If multi-site, provide details:</w:t>
      </w:r>
    </w:p>
    <w:p w14:paraId="2A5743E3" w14:textId="77777777" w:rsidR="004F7A68" w:rsidRPr="00843BFB" w:rsidRDefault="009B633C" w:rsidP="004C67FD">
      <w:pPr>
        <w:pBdr>
          <w:top w:val="single" w:sz="4" w:space="1" w:color="auto"/>
          <w:left w:val="single" w:sz="4" w:space="4" w:color="auto"/>
          <w:bottom w:val="single" w:sz="4" w:space="1" w:color="auto"/>
          <w:right w:val="single" w:sz="4" w:space="4" w:color="auto"/>
        </w:pBdr>
        <w:rPr>
          <w:rFonts w:asciiTheme="majorHAnsi" w:hAnsiTheme="majorHAnsi" w:cstheme="majorHAnsi"/>
        </w:rPr>
      </w:pPr>
      <w:r w:rsidRPr="00843BFB">
        <w:rPr>
          <w:rFonts w:asciiTheme="majorHAnsi" w:hAnsiTheme="majorHAnsi" w:cstheme="majorHAnsi"/>
        </w:rPr>
        <w:t>[Text box - approximately 200 words]</w:t>
      </w:r>
    </w:p>
    <w:p w14:paraId="165BB68A" w14:textId="77777777" w:rsidR="004F7A68" w:rsidRPr="00843BFB" w:rsidRDefault="009B633C">
      <w:pPr>
        <w:pStyle w:val="Heading3"/>
        <w:rPr>
          <w:rFonts w:cstheme="majorHAnsi"/>
        </w:rPr>
      </w:pPr>
      <w:r w:rsidRPr="00843BFB">
        <w:rPr>
          <w:rFonts w:cstheme="majorHAnsi"/>
        </w:rPr>
        <w:t>10.2 External Collaborations and Partnerships</w:t>
      </w:r>
    </w:p>
    <w:p w14:paraId="577687B3" w14:textId="77777777" w:rsidR="004F7A68" w:rsidRPr="00843BFB" w:rsidRDefault="009B633C">
      <w:pPr>
        <w:rPr>
          <w:rFonts w:asciiTheme="majorHAnsi" w:hAnsiTheme="majorHAnsi" w:cstheme="majorHAnsi"/>
        </w:rPr>
      </w:pPr>
      <w:r w:rsidRPr="00843BFB">
        <w:rPr>
          <w:rFonts w:asciiTheme="majorHAnsi" w:hAnsiTheme="majorHAnsi" w:cstheme="majorHAnsi"/>
          <w:b/>
        </w:rPr>
        <w:t>Instructions:</w:t>
      </w:r>
      <w:r w:rsidRPr="00843BFB">
        <w:rPr>
          <w:rFonts w:asciiTheme="majorHAnsi" w:hAnsiTheme="majorHAnsi" w:cstheme="majorHAnsi"/>
        </w:rPr>
        <w:t xml:space="preserve"> If your research involves partnerships with external organizations (schools, hospitals, community organizations, businesses, etc.), describe these partnerships and include any letters of support or permission in the appendix.</w:t>
      </w:r>
    </w:p>
    <w:p w14:paraId="452D968D" w14:textId="6FD0891B" w:rsidR="004F7A68" w:rsidRPr="00843BFB" w:rsidRDefault="009B633C">
      <w:pPr>
        <w:rPr>
          <w:rFonts w:asciiTheme="majorHAnsi" w:hAnsiTheme="majorHAnsi" w:cstheme="majorHAnsi"/>
          <w:bCs/>
        </w:rPr>
      </w:pPr>
      <w:r w:rsidRPr="00843BFB">
        <w:rPr>
          <w:rFonts w:asciiTheme="majorHAnsi" w:hAnsiTheme="majorHAnsi" w:cstheme="majorHAnsi"/>
          <w:b/>
        </w:rPr>
        <w:t>External Collaborations:</w:t>
      </w:r>
      <w:r w:rsidR="009325DE" w:rsidRPr="00843BFB">
        <w:rPr>
          <w:rFonts w:asciiTheme="majorHAnsi" w:hAnsiTheme="majorHAnsi" w:cstheme="majorHAnsi"/>
          <w:b/>
        </w:rPr>
        <w:t xml:space="preserve"> </w:t>
      </w:r>
      <w:r w:rsidR="009325DE" w:rsidRPr="00843BFB">
        <w:rPr>
          <w:rFonts w:asciiTheme="majorHAnsi" w:hAnsiTheme="majorHAnsi" w:cstheme="majorHAnsi"/>
          <w:bCs/>
        </w:rPr>
        <w:t xml:space="preserve">Place an X to indicate </w:t>
      </w:r>
      <w:r w:rsidR="00481C6E" w:rsidRPr="00843BFB">
        <w:rPr>
          <w:rFonts w:asciiTheme="majorHAnsi" w:hAnsiTheme="majorHAnsi" w:cstheme="majorHAnsi"/>
          <w:bCs/>
        </w:rPr>
        <w:t>the collaboration type</w:t>
      </w:r>
    </w:p>
    <w:tbl>
      <w:tblPr>
        <w:tblStyle w:val="TableGrid"/>
        <w:tblW w:w="5000" w:type="pct"/>
        <w:tblLook w:val="04A0" w:firstRow="1" w:lastRow="0" w:firstColumn="1" w:lastColumn="0" w:noHBand="0" w:noVBand="1"/>
      </w:tblPr>
      <w:tblGrid>
        <w:gridCol w:w="5905"/>
        <w:gridCol w:w="3671"/>
      </w:tblGrid>
      <w:tr w:rsidR="004F7A68" w:rsidRPr="00843BFB" w14:paraId="2D394C37" w14:textId="77777777" w:rsidTr="0068751F">
        <w:tc>
          <w:tcPr>
            <w:tcW w:w="3083" w:type="pct"/>
            <w:shd w:val="clear" w:color="auto" w:fill="F2F2F2" w:themeFill="background1" w:themeFillShade="F2"/>
          </w:tcPr>
          <w:p w14:paraId="00F56FA0" w14:textId="77777777" w:rsidR="004F7A68" w:rsidRPr="00CE481E" w:rsidRDefault="009B633C" w:rsidP="000144B1">
            <w:pPr>
              <w:pStyle w:val="NoSpacing"/>
              <w:rPr>
                <w:rFonts w:asciiTheme="majorHAnsi" w:hAnsiTheme="majorHAnsi" w:cstheme="majorHAnsi"/>
                <w:b/>
                <w:bCs/>
              </w:rPr>
            </w:pPr>
            <w:r w:rsidRPr="00CE481E">
              <w:rPr>
                <w:rFonts w:asciiTheme="majorHAnsi" w:hAnsiTheme="majorHAnsi" w:cstheme="majorHAnsi"/>
                <w:b/>
                <w:bCs/>
              </w:rPr>
              <w:t>External Collaborations</w:t>
            </w:r>
          </w:p>
        </w:tc>
        <w:tc>
          <w:tcPr>
            <w:tcW w:w="1917" w:type="pct"/>
            <w:shd w:val="clear" w:color="auto" w:fill="F2F2F2" w:themeFill="background1" w:themeFillShade="F2"/>
          </w:tcPr>
          <w:p w14:paraId="62C7FCC7" w14:textId="0B5FD213" w:rsidR="004F7A68" w:rsidRPr="00CE481E" w:rsidRDefault="0068751F" w:rsidP="000144B1">
            <w:pPr>
              <w:pStyle w:val="NoSpacing"/>
              <w:rPr>
                <w:rFonts w:asciiTheme="majorHAnsi" w:hAnsiTheme="majorHAnsi" w:cstheme="majorHAnsi"/>
                <w:b/>
                <w:bCs/>
              </w:rPr>
            </w:pPr>
            <w:r>
              <w:rPr>
                <w:rFonts w:asciiTheme="majorHAnsi" w:hAnsiTheme="majorHAnsi" w:cstheme="majorHAnsi"/>
                <w:b/>
                <w:bCs/>
              </w:rPr>
              <w:t>Place an X in the appropriate row</w:t>
            </w:r>
          </w:p>
        </w:tc>
      </w:tr>
      <w:tr w:rsidR="004F7A68" w:rsidRPr="00843BFB" w14:paraId="242523E1" w14:textId="77777777" w:rsidTr="0068751F">
        <w:tc>
          <w:tcPr>
            <w:tcW w:w="3083" w:type="pct"/>
          </w:tcPr>
          <w:p w14:paraId="0A2DAAD5" w14:textId="77777777" w:rsidR="004F7A68" w:rsidRPr="00843BFB" w:rsidRDefault="009B633C" w:rsidP="000144B1">
            <w:pPr>
              <w:pStyle w:val="NoSpacing"/>
              <w:rPr>
                <w:rFonts w:asciiTheme="majorHAnsi" w:hAnsiTheme="majorHAnsi" w:cstheme="majorHAnsi"/>
              </w:rPr>
            </w:pPr>
            <w:r w:rsidRPr="00843BFB">
              <w:rPr>
                <w:rFonts w:asciiTheme="majorHAnsi" w:hAnsiTheme="majorHAnsi" w:cstheme="majorHAnsi"/>
              </w:rPr>
              <w:t>No external collaborations</w:t>
            </w:r>
          </w:p>
        </w:tc>
        <w:tc>
          <w:tcPr>
            <w:tcW w:w="1917" w:type="pct"/>
          </w:tcPr>
          <w:p w14:paraId="14FF607C" w14:textId="5349F4AE" w:rsidR="004F7A68" w:rsidRPr="00843BFB" w:rsidRDefault="004F7A68" w:rsidP="000144B1">
            <w:pPr>
              <w:pStyle w:val="NoSpacing"/>
              <w:rPr>
                <w:rFonts w:asciiTheme="majorHAnsi" w:hAnsiTheme="majorHAnsi" w:cstheme="majorHAnsi"/>
              </w:rPr>
            </w:pPr>
          </w:p>
        </w:tc>
      </w:tr>
      <w:tr w:rsidR="004F7A68" w:rsidRPr="00843BFB" w14:paraId="748649A5" w14:textId="77777777" w:rsidTr="0068751F">
        <w:tc>
          <w:tcPr>
            <w:tcW w:w="3083" w:type="pct"/>
          </w:tcPr>
          <w:p w14:paraId="3FDE365F" w14:textId="77777777" w:rsidR="004F7A68" w:rsidRPr="00843BFB" w:rsidRDefault="009B633C" w:rsidP="000144B1">
            <w:pPr>
              <w:pStyle w:val="NoSpacing"/>
              <w:rPr>
                <w:rFonts w:asciiTheme="majorHAnsi" w:hAnsiTheme="majorHAnsi" w:cstheme="majorHAnsi"/>
              </w:rPr>
            </w:pPr>
            <w:r w:rsidRPr="00843BFB">
              <w:rPr>
                <w:rFonts w:asciiTheme="majorHAnsi" w:hAnsiTheme="majorHAnsi" w:cstheme="majorHAnsi"/>
              </w:rPr>
              <w:t>External collaborations exist (describe below)</w:t>
            </w:r>
          </w:p>
        </w:tc>
        <w:tc>
          <w:tcPr>
            <w:tcW w:w="1917" w:type="pct"/>
          </w:tcPr>
          <w:p w14:paraId="4AD8A6DD" w14:textId="573CA8E0" w:rsidR="004F7A68" w:rsidRPr="00843BFB" w:rsidRDefault="004F7A68" w:rsidP="000144B1">
            <w:pPr>
              <w:pStyle w:val="NoSpacing"/>
              <w:rPr>
                <w:rFonts w:asciiTheme="majorHAnsi" w:hAnsiTheme="majorHAnsi" w:cstheme="majorHAnsi"/>
              </w:rPr>
            </w:pPr>
          </w:p>
        </w:tc>
      </w:tr>
    </w:tbl>
    <w:p w14:paraId="5EC42538" w14:textId="27FE1CB6" w:rsidR="004F7A68" w:rsidRPr="00843BFB" w:rsidRDefault="000144B1">
      <w:pPr>
        <w:rPr>
          <w:rFonts w:asciiTheme="majorHAnsi" w:hAnsiTheme="majorHAnsi" w:cstheme="majorHAnsi"/>
        </w:rPr>
      </w:pPr>
      <w:r w:rsidRPr="00843BFB">
        <w:rPr>
          <w:rFonts w:asciiTheme="majorHAnsi" w:hAnsiTheme="majorHAnsi" w:cstheme="majorHAnsi"/>
          <w:b/>
        </w:rPr>
        <w:br/>
      </w:r>
      <w:r w:rsidR="009B633C" w:rsidRPr="00843BFB">
        <w:rPr>
          <w:rFonts w:asciiTheme="majorHAnsi" w:hAnsiTheme="majorHAnsi" w:cstheme="majorHAnsi"/>
          <w:b/>
        </w:rPr>
        <w:t>If external collaborations exist, provide details:</w:t>
      </w:r>
    </w:p>
    <w:p w14:paraId="25D4ACF0" w14:textId="77777777" w:rsidR="004F7A68" w:rsidRPr="00843BFB" w:rsidRDefault="009B633C">
      <w:pPr>
        <w:rPr>
          <w:rFonts w:asciiTheme="majorHAnsi" w:hAnsiTheme="majorHAnsi" w:cstheme="majorHAnsi"/>
        </w:rPr>
      </w:pPr>
      <w:r w:rsidRPr="00843BFB">
        <w:rPr>
          <w:rFonts w:asciiTheme="majorHAnsi" w:hAnsiTheme="majorHAnsi" w:cstheme="majorHAnsi"/>
        </w:rPr>
        <w:t>[Text box - approximately 200 words]</w:t>
      </w:r>
    </w:p>
    <w:p w14:paraId="6AFB33A0" w14:textId="604CA938" w:rsidR="004F7A68" w:rsidRPr="00843BFB" w:rsidRDefault="009B633C">
      <w:pPr>
        <w:rPr>
          <w:rFonts w:asciiTheme="majorHAnsi" w:hAnsiTheme="majorHAnsi" w:cstheme="majorHAnsi"/>
        </w:rPr>
      </w:pPr>
      <w:r w:rsidRPr="00843BFB">
        <w:rPr>
          <w:rFonts w:asciiTheme="majorHAnsi" w:hAnsiTheme="majorHAnsi" w:cstheme="majorHAnsi"/>
          <w:b/>
        </w:rPr>
        <w:t>Supporting Documents</w:t>
      </w:r>
      <w:r w:rsidRPr="00843BFB">
        <w:rPr>
          <w:rFonts w:asciiTheme="majorHAnsi" w:hAnsiTheme="majorHAnsi" w:cstheme="majorHAnsi"/>
        </w:rPr>
        <w:t>:</w:t>
      </w:r>
      <w:r w:rsidR="00481C6E" w:rsidRPr="00843BFB">
        <w:rPr>
          <w:rFonts w:asciiTheme="majorHAnsi" w:hAnsiTheme="majorHAnsi" w:cstheme="majorHAnsi"/>
        </w:rPr>
        <w:t xml:space="preserve"> (Put an X for all that apply and you will include in the appendix):</w:t>
      </w:r>
    </w:p>
    <w:tbl>
      <w:tblPr>
        <w:tblStyle w:val="TableGrid"/>
        <w:tblW w:w="5000" w:type="pct"/>
        <w:tblLook w:val="04A0" w:firstRow="1" w:lastRow="0" w:firstColumn="1" w:lastColumn="0" w:noHBand="0" w:noVBand="1"/>
      </w:tblPr>
      <w:tblGrid>
        <w:gridCol w:w="5868"/>
        <w:gridCol w:w="3708"/>
      </w:tblGrid>
      <w:tr w:rsidR="0068751F" w:rsidRPr="00843BFB" w14:paraId="07253A5E" w14:textId="77777777" w:rsidTr="00B26859">
        <w:tc>
          <w:tcPr>
            <w:tcW w:w="3064" w:type="pct"/>
            <w:shd w:val="clear" w:color="auto" w:fill="F2F2F2" w:themeFill="background1" w:themeFillShade="F2"/>
          </w:tcPr>
          <w:p w14:paraId="41F8630E" w14:textId="77777777" w:rsidR="0068751F" w:rsidRPr="00517AE2" w:rsidRDefault="0068751F" w:rsidP="000144B1">
            <w:pPr>
              <w:pStyle w:val="NoSpacing"/>
              <w:rPr>
                <w:rFonts w:asciiTheme="majorHAnsi" w:hAnsiTheme="majorHAnsi" w:cstheme="majorHAnsi"/>
                <w:b/>
                <w:bCs/>
              </w:rPr>
            </w:pPr>
            <w:r w:rsidRPr="00517AE2">
              <w:rPr>
                <w:rFonts w:asciiTheme="majorHAnsi" w:hAnsiTheme="majorHAnsi" w:cstheme="majorHAnsi"/>
                <w:b/>
                <w:bCs/>
              </w:rPr>
              <w:t>Document Type</w:t>
            </w:r>
          </w:p>
        </w:tc>
        <w:tc>
          <w:tcPr>
            <w:tcW w:w="1936" w:type="pct"/>
            <w:shd w:val="clear" w:color="auto" w:fill="F2F2F2" w:themeFill="background1" w:themeFillShade="F2"/>
          </w:tcPr>
          <w:p w14:paraId="33FCDFDF" w14:textId="6E759D50" w:rsidR="0068751F" w:rsidRPr="00517AE2" w:rsidRDefault="0068751F" w:rsidP="000144B1">
            <w:pPr>
              <w:pStyle w:val="NoSpacing"/>
              <w:rPr>
                <w:rFonts w:asciiTheme="majorHAnsi" w:hAnsiTheme="majorHAnsi" w:cstheme="majorHAnsi"/>
                <w:b/>
                <w:bCs/>
              </w:rPr>
            </w:pPr>
            <w:r>
              <w:rPr>
                <w:rFonts w:asciiTheme="majorHAnsi" w:hAnsiTheme="majorHAnsi" w:cstheme="majorHAnsi"/>
                <w:b/>
                <w:bCs/>
              </w:rPr>
              <w:t>Place an X in the appropriate row</w:t>
            </w:r>
          </w:p>
        </w:tc>
      </w:tr>
      <w:tr w:rsidR="0068751F" w:rsidRPr="00843BFB" w14:paraId="24D53F42" w14:textId="77777777" w:rsidTr="00B26859">
        <w:tc>
          <w:tcPr>
            <w:tcW w:w="3064" w:type="pct"/>
          </w:tcPr>
          <w:p w14:paraId="3A3CDF26" w14:textId="77777777" w:rsidR="0068751F" w:rsidRPr="00843BFB" w:rsidRDefault="0068751F" w:rsidP="000144B1">
            <w:pPr>
              <w:pStyle w:val="NoSpacing"/>
              <w:rPr>
                <w:rFonts w:asciiTheme="majorHAnsi" w:hAnsiTheme="majorHAnsi" w:cstheme="majorHAnsi"/>
              </w:rPr>
            </w:pPr>
            <w:r w:rsidRPr="00843BFB">
              <w:rPr>
                <w:rFonts w:asciiTheme="majorHAnsi" w:hAnsiTheme="majorHAnsi" w:cstheme="majorHAnsi"/>
              </w:rPr>
              <w:t>Letters of support/permission</w:t>
            </w:r>
          </w:p>
        </w:tc>
        <w:tc>
          <w:tcPr>
            <w:tcW w:w="1936" w:type="pct"/>
          </w:tcPr>
          <w:p w14:paraId="390F8E5C" w14:textId="0B5087D8" w:rsidR="0068751F" w:rsidRPr="00843BFB" w:rsidRDefault="0068751F" w:rsidP="000144B1">
            <w:pPr>
              <w:pStyle w:val="NoSpacing"/>
              <w:rPr>
                <w:rFonts w:asciiTheme="majorHAnsi" w:hAnsiTheme="majorHAnsi" w:cstheme="majorHAnsi"/>
              </w:rPr>
            </w:pPr>
          </w:p>
        </w:tc>
      </w:tr>
      <w:tr w:rsidR="0068751F" w:rsidRPr="00843BFB" w14:paraId="209550EB" w14:textId="77777777" w:rsidTr="00B26859">
        <w:tc>
          <w:tcPr>
            <w:tcW w:w="3064" w:type="pct"/>
          </w:tcPr>
          <w:p w14:paraId="23E886AB" w14:textId="77777777" w:rsidR="0068751F" w:rsidRPr="00843BFB" w:rsidRDefault="0068751F" w:rsidP="000144B1">
            <w:pPr>
              <w:pStyle w:val="NoSpacing"/>
              <w:rPr>
                <w:rFonts w:asciiTheme="majorHAnsi" w:hAnsiTheme="majorHAnsi" w:cstheme="majorHAnsi"/>
              </w:rPr>
            </w:pPr>
            <w:r w:rsidRPr="00843BFB">
              <w:rPr>
                <w:rFonts w:asciiTheme="majorHAnsi" w:hAnsiTheme="majorHAnsi" w:cstheme="majorHAnsi"/>
              </w:rPr>
              <w:t>Data use agreements</w:t>
            </w:r>
          </w:p>
        </w:tc>
        <w:tc>
          <w:tcPr>
            <w:tcW w:w="1936" w:type="pct"/>
          </w:tcPr>
          <w:p w14:paraId="0125C222" w14:textId="387A12EB" w:rsidR="0068751F" w:rsidRPr="00843BFB" w:rsidRDefault="0068751F" w:rsidP="000144B1">
            <w:pPr>
              <w:pStyle w:val="NoSpacing"/>
              <w:rPr>
                <w:rFonts w:asciiTheme="majorHAnsi" w:hAnsiTheme="majorHAnsi" w:cstheme="majorHAnsi"/>
              </w:rPr>
            </w:pPr>
          </w:p>
        </w:tc>
      </w:tr>
      <w:tr w:rsidR="0068751F" w:rsidRPr="00843BFB" w14:paraId="41FF9D9B" w14:textId="77777777" w:rsidTr="00B26859">
        <w:tc>
          <w:tcPr>
            <w:tcW w:w="3064" w:type="pct"/>
          </w:tcPr>
          <w:p w14:paraId="1B4E148D" w14:textId="77777777" w:rsidR="0068751F" w:rsidRPr="00843BFB" w:rsidRDefault="0068751F" w:rsidP="000144B1">
            <w:pPr>
              <w:pStyle w:val="NoSpacing"/>
              <w:rPr>
                <w:rFonts w:asciiTheme="majorHAnsi" w:hAnsiTheme="majorHAnsi" w:cstheme="majorHAnsi"/>
              </w:rPr>
            </w:pPr>
            <w:r w:rsidRPr="00843BFB">
              <w:rPr>
                <w:rFonts w:asciiTheme="majorHAnsi" w:hAnsiTheme="majorHAnsi" w:cstheme="majorHAnsi"/>
              </w:rPr>
              <w:t>Memoranda of understanding</w:t>
            </w:r>
          </w:p>
        </w:tc>
        <w:tc>
          <w:tcPr>
            <w:tcW w:w="1936" w:type="pct"/>
          </w:tcPr>
          <w:p w14:paraId="7F38D2E5" w14:textId="7FA6E127" w:rsidR="0068751F" w:rsidRPr="00843BFB" w:rsidRDefault="0068751F" w:rsidP="000144B1">
            <w:pPr>
              <w:pStyle w:val="NoSpacing"/>
              <w:rPr>
                <w:rFonts w:asciiTheme="majorHAnsi" w:hAnsiTheme="majorHAnsi" w:cstheme="majorHAnsi"/>
              </w:rPr>
            </w:pPr>
          </w:p>
        </w:tc>
      </w:tr>
      <w:tr w:rsidR="0068751F" w:rsidRPr="00843BFB" w14:paraId="792318EB" w14:textId="77777777" w:rsidTr="00B26859">
        <w:tc>
          <w:tcPr>
            <w:tcW w:w="3064" w:type="pct"/>
          </w:tcPr>
          <w:p w14:paraId="064E0FAA" w14:textId="5ACB2173" w:rsidR="0068751F" w:rsidRPr="00843BFB" w:rsidRDefault="0068751F" w:rsidP="000144B1">
            <w:pPr>
              <w:pStyle w:val="NoSpacing"/>
              <w:rPr>
                <w:rFonts w:asciiTheme="majorHAnsi" w:hAnsiTheme="majorHAnsi" w:cstheme="majorHAnsi"/>
              </w:rPr>
            </w:pPr>
            <w:r w:rsidRPr="00843BFB">
              <w:rPr>
                <w:rFonts w:asciiTheme="majorHAnsi" w:hAnsiTheme="majorHAnsi" w:cstheme="majorHAnsi"/>
              </w:rPr>
              <w:t xml:space="preserve">Other (specify): </w:t>
            </w:r>
          </w:p>
        </w:tc>
        <w:tc>
          <w:tcPr>
            <w:tcW w:w="1936" w:type="pct"/>
          </w:tcPr>
          <w:p w14:paraId="68860963" w14:textId="09C573A9" w:rsidR="0068751F" w:rsidRPr="00843BFB" w:rsidRDefault="0068751F" w:rsidP="000144B1">
            <w:pPr>
              <w:pStyle w:val="NoSpacing"/>
              <w:rPr>
                <w:rFonts w:asciiTheme="majorHAnsi" w:hAnsiTheme="majorHAnsi" w:cstheme="majorHAnsi"/>
              </w:rPr>
            </w:pPr>
          </w:p>
        </w:tc>
      </w:tr>
    </w:tbl>
    <w:p w14:paraId="2FF5EF91" w14:textId="77777777" w:rsidR="004F7A68" w:rsidRPr="00843BFB" w:rsidRDefault="009B633C" w:rsidP="00B94F8C">
      <w:pPr>
        <w:pStyle w:val="Heading2"/>
        <w:pBdr>
          <w:top w:val="single" w:sz="4" w:space="1" w:color="auto"/>
          <w:bottom w:val="single" w:sz="4" w:space="1" w:color="auto"/>
        </w:pBdr>
        <w:shd w:val="clear" w:color="auto" w:fill="F2F2F2" w:themeFill="background1" w:themeFillShade="F2"/>
        <w:rPr>
          <w:rFonts w:cstheme="majorHAnsi"/>
        </w:rPr>
      </w:pPr>
      <w:r w:rsidRPr="00843BFB">
        <w:rPr>
          <w:rFonts w:cstheme="majorHAnsi"/>
        </w:rPr>
        <w:lastRenderedPageBreak/>
        <w:t>SECTION 11: INVESTIGATOR CERTIFICATIONS</w:t>
      </w:r>
    </w:p>
    <w:p w14:paraId="08F45FA5" w14:textId="7F4966C6" w:rsidR="004F7A68" w:rsidRPr="00843BFB" w:rsidRDefault="009B633C">
      <w:pPr>
        <w:pStyle w:val="Heading3"/>
        <w:rPr>
          <w:rFonts w:cstheme="majorHAnsi"/>
        </w:rPr>
      </w:pPr>
      <w:r w:rsidRPr="00843BFB">
        <w:rPr>
          <w:rFonts w:cstheme="majorHAnsi"/>
        </w:rPr>
        <w:t xml:space="preserve">11.1 </w:t>
      </w:r>
      <w:r w:rsidR="00F1257E" w:rsidRPr="00843BFB">
        <w:rPr>
          <w:rFonts w:cstheme="majorHAnsi"/>
        </w:rPr>
        <w:t>Student Researcher</w:t>
      </w:r>
      <w:r w:rsidRPr="00843BFB">
        <w:rPr>
          <w:rFonts w:cstheme="majorHAnsi"/>
        </w:rPr>
        <w:t xml:space="preserve"> Certification</w:t>
      </w:r>
    </w:p>
    <w:p w14:paraId="22060433" w14:textId="77777777" w:rsidR="004F7A68" w:rsidRPr="00843BFB" w:rsidRDefault="009B633C">
      <w:pPr>
        <w:rPr>
          <w:rFonts w:asciiTheme="majorHAnsi" w:hAnsiTheme="majorHAnsi" w:cstheme="majorHAnsi"/>
        </w:rPr>
      </w:pPr>
      <w:r w:rsidRPr="00843BFB">
        <w:rPr>
          <w:rFonts w:asciiTheme="majorHAnsi" w:hAnsiTheme="majorHAnsi" w:cstheme="majorHAnsi"/>
          <w:b/>
        </w:rPr>
        <w:t>I certify that:</w:t>
      </w:r>
    </w:p>
    <w:p w14:paraId="5BDBE866" w14:textId="03B175F9"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The information provided in this protocol is complete and accurate</w:t>
      </w:r>
    </w:p>
    <w:p w14:paraId="1E6F8306" w14:textId="1AEFA2E3"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have read and understand the Belmont Report and 45 CFR 46</w:t>
      </w:r>
    </w:p>
    <w:p w14:paraId="37023B39" w14:textId="0D0A4CDA"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have completed required CITI Human Subjects Research Training</w:t>
      </w:r>
    </w:p>
    <w:p w14:paraId="6BA6BC77" w14:textId="712F2677"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will conduct this research according to this approved protocol</w:t>
      </w:r>
    </w:p>
    <w:p w14:paraId="76991B5C" w14:textId="42BC8E6C"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will not modify the study without prior IRB approval</w:t>
      </w:r>
    </w:p>
    <w:p w14:paraId="6ABB9B9E" w14:textId="3711F9E3"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will promptly report any adverse events, unanticipated problems, or protocol deviations to the IRB</w:t>
      </w:r>
    </w:p>
    <w:p w14:paraId="3A4DFEB3" w14:textId="1AEE2037"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will submit continuing review reports as required</w:t>
      </w:r>
    </w:p>
    <w:p w14:paraId="5D30EDFF" w14:textId="718E796A"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will maintain all research records according to institutional and federal requirements</w:t>
      </w:r>
    </w:p>
    <w:p w14:paraId="392728BA" w14:textId="5F1E3299" w:rsidR="004F7A68" w:rsidRPr="00843BFB" w:rsidRDefault="009B633C" w:rsidP="00205F49">
      <w:pPr>
        <w:pStyle w:val="ListParagraph"/>
        <w:numPr>
          <w:ilvl w:val="0"/>
          <w:numId w:val="11"/>
        </w:numPr>
        <w:rPr>
          <w:rFonts w:asciiTheme="majorHAnsi" w:hAnsiTheme="majorHAnsi" w:cstheme="majorHAnsi"/>
        </w:rPr>
      </w:pPr>
      <w:r w:rsidRPr="00843BFB">
        <w:rPr>
          <w:rFonts w:asciiTheme="majorHAnsi" w:hAnsiTheme="majorHAnsi" w:cstheme="majorHAnsi"/>
        </w:rPr>
        <w:t>I will ensure all research personnel are properly trained</w:t>
      </w:r>
    </w:p>
    <w:p w14:paraId="4E9BA05A" w14:textId="77777777" w:rsidR="00AD7D0C" w:rsidRDefault="00AD7D0C">
      <w:pPr>
        <w:rPr>
          <w:rFonts w:asciiTheme="majorHAnsi" w:hAnsiTheme="majorHAnsi" w:cstheme="majorHAnsi"/>
          <w:b/>
        </w:rPr>
      </w:pPr>
    </w:p>
    <w:p w14:paraId="43636992" w14:textId="77777777" w:rsidR="00AD7D0C" w:rsidRPr="0072154B" w:rsidRDefault="00AD7D0C" w:rsidP="00AD7D0C">
      <w:pPr>
        <w:rPr>
          <w:i/>
          <w:iCs/>
        </w:rPr>
      </w:pPr>
      <w:r>
        <w:rPr>
          <w:rFonts w:ascii="Calibri" w:hAnsi="Calibri" w:cs="Calibri"/>
          <w:b/>
          <w:bCs/>
        </w:rPr>
        <w:t>Electronic signature (DOCX):</w:t>
      </w:r>
      <w:r>
        <w:rPr>
          <w:rFonts w:ascii="Calibri" w:hAnsi="Calibri" w:cs="Calibri"/>
        </w:rPr>
        <w:t xml:space="preserve"> </w:t>
      </w:r>
      <w:r w:rsidRPr="00F127BD">
        <w:rPr>
          <w:rFonts w:ascii="Calibri" w:eastAsia="Times New Roman" w:hAnsi="Calibri" w:cs="Calibri"/>
        </w:rPr>
        <w:t xml:space="preserve">Type </w:t>
      </w:r>
      <w:r w:rsidRPr="00F127BD">
        <w:rPr>
          <w:rFonts w:ascii="Calibri" w:eastAsia="Times New Roman" w:hAnsi="Calibri" w:cs="Calibri"/>
          <w:i/>
          <w:iCs/>
        </w:rPr>
        <w:t>/s/ First Last</w:t>
      </w:r>
      <w:r w:rsidRPr="00F127BD">
        <w:rPr>
          <w:rFonts w:ascii="Calibri" w:eastAsia="Times New Roman" w:hAnsi="Calibri" w:cs="Calibri"/>
        </w:rPr>
        <w:t xml:space="preserve"> </w:t>
      </w:r>
      <w:r>
        <w:rPr>
          <w:rFonts w:ascii="Calibri" w:eastAsia="Times New Roman" w:hAnsi="Calibri" w:cs="Calibri"/>
        </w:rPr>
        <w:t xml:space="preserve">to sign.  </w:t>
      </w:r>
      <w:r>
        <w:rPr>
          <w:rFonts w:ascii="Calibri" w:eastAsia="Times New Roman" w:hAnsi="Calibri" w:cs="Calibri"/>
        </w:rPr>
        <w:br/>
        <w:t>Note:</w:t>
      </w:r>
      <w:proofErr w:type="gramStart"/>
      <w:r>
        <w:rPr>
          <w:rFonts w:ascii="Calibri" w:eastAsia="Times New Roman" w:hAnsi="Calibri" w:cs="Calibri"/>
        </w:rPr>
        <w:t xml:space="preserve">  </w:t>
      </w:r>
      <w:r w:rsidRPr="00F127BD">
        <w:rPr>
          <w:rFonts w:ascii="Calibri" w:eastAsia="Times New Roman" w:hAnsi="Calibri" w:cs="Calibri"/>
        </w:rPr>
        <w:t xml:space="preserve"> </w:t>
      </w:r>
      <w:r w:rsidRPr="0072154B">
        <w:rPr>
          <w:rFonts w:ascii="Calibri" w:eastAsia="Times New Roman" w:hAnsi="Calibri" w:cs="Calibri"/>
          <w:i/>
          <w:iCs/>
        </w:rPr>
        <w:t>“</w:t>
      </w:r>
      <w:proofErr w:type="gramEnd"/>
      <w:r w:rsidRPr="0072154B">
        <w:rPr>
          <w:rFonts w:ascii="Calibri" w:eastAsia="Times New Roman" w:hAnsi="Calibri" w:cs="Calibri"/>
          <w:i/>
          <w:iCs/>
        </w:rPr>
        <w:t>/s/” means “signed” and indicates the typed name is your signature.</w:t>
      </w:r>
    </w:p>
    <w:p w14:paraId="2E524049" w14:textId="70AAC775" w:rsidR="004F7A68" w:rsidRPr="00843BFB" w:rsidRDefault="00F1257E">
      <w:pPr>
        <w:rPr>
          <w:rFonts w:asciiTheme="majorHAnsi" w:hAnsiTheme="majorHAnsi" w:cstheme="majorHAnsi"/>
        </w:rPr>
      </w:pPr>
      <w:r w:rsidRPr="00843BFB">
        <w:rPr>
          <w:rFonts w:asciiTheme="majorHAnsi" w:hAnsiTheme="majorHAnsi" w:cstheme="majorHAnsi"/>
          <w:b/>
        </w:rPr>
        <w:t>Student Researcher</w:t>
      </w:r>
      <w:r w:rsidR="009B633C" w:rsidRPr="00843BFB">
        <w:rPr>
          <w:rFonts w:asciiTheme="majorHAnsi" w:hAnsiTheme="majorHAnsi" w:cstheme="majorHAnsi"/>
          <w:b/>
        </w:rPr>
        <w:t xml:space="preserve"> Signature</w:t>
      </w:r>
      <w:r w:rsidR="00AD7D0C">
        <w:rPr>
          <w:rFonts w:asciiTheme="majorHAnsi" w:hAnsiTheme="majorHAnsi" w:cstheme="majorHAnsi"/>
          <w:b/>
        </w:rPr>
        <w:t xml:space="preserve"> and date</w:t>
      </w:r>
      <w:r w:rsidR="009B633C" w:rsidRPr="00843BFB">
        <w:rPr>
          <w:rFonts w:asciiTheme="majorHAnsi" w:hAnsiTheme="majorHAnsi" w:cstheme="majorHAnsi"/>
          <w:b/>
        </w:rPr>
        <w:t>:</w:t>
      </w:r>
    </w:p>
    <w:p w14:paraId="328E0B8A" w14:textId="77777777" w:rsidR="00AD7D0C" w:rsidRDefault="00AD7D0C">
      <w:pPr>
        <w:spacing w:after="200" w:line="276" w:lineRule="auto"/>
        <w:rPr>
          <w:rFonts w:asciiTheme="majorHAnsi" w:eastAsiaTheme="majorEastAsia" w:hAnsiTheme="majorHAnsi" w:cstheme="majorHAnsi"/>
          <w:b/>
          <w:bCs/>
          <w:color w:val="000000"/>
          <w:sz w:val="28"/>
        </w:rPr>
      </w:pPr>
      <w:r>
        <w:rPr>
          <w:rFonts w:cstheme="majorHAnsi"/>
        </w:rPr>
        <w:br w:type="page"/>
      </w:r>
    </w:p>
    <w:p w14:paraId="07EBB39E" w14:textId="7A6FEAC2" w:rsidR="004F7A68" w:rsidRPr="00843BFB" w:rsidRDefault="009B633C">
      <w:pPr>
        <w:pStyle w:val="Heading3"/>
        <w:rPr>
          <w:rFonts w:cstheme="majorHAnsi"/>
        </w:rPr>
      </w:pPr>
      <w:r w:rsidRPr="00843BFB">
        <w:rPr>
          <w:rFonts w:cstheme="majorHAnsi"/>
        </w:rPr>
        <w:lastRenderedPageBreak/>
        <w:t xml:space="preserve">11.2 </w:t>
      </w:r>
      <w:r w:rsidR="00F1257E" w:rsidRPr="00843BFB">
        <w:rPr>
          <w:rFonts w:cstheme="majorHAnsi"/>
        </w:rPr>
        <w:t>Principal Investigator</w:t>
      </w:r>
      <w:r w:rsidRPr="00843BFB">
        <w:rPr>
          <w:rFonts w:cstheme="majorHAnsi"/>
        </w:rPr>
        <w:t xml:space="preserve"> Certification</w:t>
      </w:r>
    </w:p>
    <w:p w14:paraId="7856792E" w14:textId="77777777" w:rsidR="004F7A68" w:rsidRPr="00843BFB" w:rsidRDefault="009B633C">
      <w:pPr>
        <w:rPr>
          <w:rFonts w:asciiTheme="majorHAnsi" w:hAnsiTheme="majorHAnsi" w:cstheme="majorHAnsi"/>
        </w:rPr>
      </w:pPr>
      <w:r w:rsidRPr="00843BFB">
        <w:rPr>
          <w:rFonts w:asciiTheme="majorHAnsi" w:hAnsiTheme="majorHAnsi" w:cstheme="majorHAnsi"/>
          <w:b/>
        </w:rPr>
        <w:t>I certify that:</w:t>
      </w:r>
    </w:p>
    <w:p w14:paraId="59C1F19C" w14:textId="77777777" w:rsidR="00F1257E" w:rsidRPr="00843BFB" w:rsidRDefault="00F1257E" w:rsidP="00F1257E">
      <w:pPr>
        <w:pStyle w:val="ListParagraph"/>
        <w:numPr>
          <w:ilvl w:val="0"/>
          <w:numId w:val="11"/>
        </w:numPr>
        <w:rPr>
          <w:rFonts w:asciiTheme="majorHAnsi" w:hAnsiTheme="majorHAnsi" w:cstheme="majorHAnsi"/>
        </w:rPr>
      </w:pPr>
      <w:r w:rsidRPr="00843BFB">
        <w:rPr>
          <w:rFonts w:asciiTheme="majorHAnsi" w:hAnsiTheme="majorHAnsi" w:cstheme="majorHAnsi"/>
        </w:rPr>
        <w:t>I have reviewed this protocol in its entirety</w:t>
      </w:r>
    </w:p>
    <w:p w14:paraId="38D4707B" w14:textId="77777777" w:rsidR="00F1257E" w:rsidRPr="00843BFB" w:rsidRDefault="00F1257E" w:rsidP="00F1257E">
      <w:pPr>
        <w:pStyle w:val="ListParagraph"/>
        <w:numPr>
          <w:ilvl w:val="0"/>
          <w:numId w:val="11"/>
        </w:numPr>
        <w:rPr>
          <w:rFonts w:asciiTheme="majorHAnsi" w:hAnsiTheme="majorHAnsi" w:cstheme="majorHAnsi"/>
        </w:rPr>
      </w:pPr>
      <w:r w:rsidRPr="00843BFB">
        <w:rPr>
          <w:rFonts w:asciiTheme="majorHAnsi" w:hAnsiTheme="majorHAnsi" w:cstheme="majorHAnsi"/>
        </w:rPr>
        <w:t>The information provided in this protocol is complete and accurate</w:t>
      </w:r>
    </w:p>
    <w:p w14:paraId="48EBE976" w14:textId="77777777" w:rsidR="00F1257E" w:rsidRPr="00843BFB" w:rsidRDefault="00F1257E" w:rsidP="00F1257E">
      <w:pPr>
        <w:pStyle w:val="ListParagraph"/>
        <w:numPr>
          <w:ilvl w:val="0"/>
          <w:numId w:val="11"/>
        </w:numPr>
        <w:rPr>
          <w:rFonts w:asciiTheme="majorHAnsi" w:hAnsiTheme="majorHAnsi" w:cstheme="majorHAnsi"/>
        </w:rPr>
      </w:pPr>
      <w:r w:rsidRPr="00843BFB">
        <w:rPr>
          <w:rFonts w:asciiTheme="majorHAnsi" w:hAnsiTheme="majorHAnsi" w:cstheme="majorHAnsi"/>
        </w:rPr>
        <w:t>I have read and understand the Belmont Report and 45 CFR 46</w:t>
      </w:r>
    </w:p>
    <w:p w14:paraId="1D683859" w14:textId="77777777" w:rsidR="00F1257E" w:rsidRPr="00843BFB" w:rsidRDefault="00F1257E" w:rsidP="00F1257E">
      <w:pPr>
        <w:pStyle w:val="ListParagraph"/>
        <w:numPr>
          <w:ilvl w:val="0"/>
          <w:numId w:val="11"/>
        </w:numPr>
        <w:rPr>
          <w:rFonts w:asciiTheme="majorHAnsi" w:hAnsiTheme="majorHAnsi" w:cstheme="majorHAnsi"/>
        </w:rPr>
      </w:pPr>
      <w:r w:rsidRPr="00843BFB">
        <w:rPr>
          <w:rFonts w:asciiTheme="majorHAnsi" w:hAnsiTheme="majorHAnsi" w:cstheme="majorHAnsi"/>
        </w:rPr>
        <w:t>I have completed required CITI Human Subjects Research Training</w:t>
      </w:r>
    </w:p>
    <w:p w14:paraId="7E060890" w14:textId="4EB0696E" w:rsidR="004F7A68" w:rsidRPr="00843BFB" w:rsidRDefault="009B633C" w:rsidP="001E4D02">
      <w:pPr>
        <w:pStyle w:val="ListParagraph"/>
        <w:numPr>
          <w:ilvl w:val="0"/>
          <w:numId w:val="11"/>
        </w:numPr>
        <w:rPr>
          <w:rFonts w:asciiTheme="majorHAnsi" w:hAnsiTheme="majorHAnsi" w:cstheme="majorHAnsi"/>
        </w:rPr>
      </w:pPr>
      <w:r w:rsidRPr="00843BFB">
        <w:rPr>
          <w:rFonts w:asciiTheme="majorHAnsi" w:hAnsiTheme="majorHAnsi" w:cstheme="majorHAnsi"/>
        </w:rPr>
        <w:t>I will supervise this research to ensure it is conducted ethically and in compliance with IRB requirements</w:t>
      </w:r>
    </w:p>
    <w:p w14:paraId="488381AF" w14:textId="49281EA2" w:rsidR="004F7A68" w:rsidRPr="00843BFB" w:rsidRDefault="009B633C" w:rsidP="001E4D02">
      <w:pPr>
        <w:pStyle w:val="ListParagraph"/>
        <w:numPr>
          <w:ilvl w:val="0"/>
          <w:numId w:val="11"/>
        </w:numPr>
        <w:rPr>
          <w:rFonts w:asciiTheme="majorHAnsi" w:hAnsiTheme="majorHAnsi" w:cstheme="majorHAnsi"/>
        </w:rPr>
      </w:pPr>
      <w:r w:rsidRPr="00843BFB">
        <w:rPr>
          <w:rFonts w:asciiTheme="majorHAnsi" w:hAnsiTheme="majorHAnsi" w:cstheme="majorHAnsi"/>
        </w:rPr>
        <w:t>I will ensure the student PI has adequate training and support</w:t>
      </w:r>
    </w:p>
    <w:p w14:paraId="7812FCB3" w14:textId="18616A1C" w:rsidR="004F7A68" w:rsidRPr="00843BFB" w:rsidRDefault="009B633C" w:rsidP="001E4D02">
      <w:pPr>
        <w:pStyle w:val="ListParagraph"/>
        <w:numPr>
          <w:ilvl w:val="0"/>
          <w:numId w:val="11"/>
        </w:numPr>
        <w:rPr>
          <w:rFonts w:asciiTheme="majorHAnsi" w:hAnsiTheme="majorHAnsi" w:cstheme="majorHAnsi"/>
        </w:rPr>
      </w:pPr>
      <w:r w:rsidRPr="00843BFB">
        <w:rPr>
          <w:rFonts w:asciiTheme="majorHAnsi" w:hAnsiTheme="majorHAnsi" w:cstheme="majorHAnsi"/>
        </w:rPr>
        <w:t>I take responsibility for the conduct of this research</w:t>
      </w:r>
    </w:p>
    <w:p w14:paraId="45018F7E" w14:textId="43FA5DBA" w:rsidR="0097425E" w:rsidRPr="0097425E" w:rsidRDefault="009B633C" w:rsidP="0097425E">
      <w:pPr>
        <w:pStyle w:val="ListParagraph"/>
        <w:numPr>
          <w:ilvl w:val="0"/>
          <w:numId w:val="11"/>
        </w:numPr>
        <w:rPr>
          <w:rFonts w:asciiTheme="majorHAnsi" w:hAnsiTheme="majorHAnsi" w:cstheme="majorHAnsi"/>
        </w:rPr>
      </w:pPr>
      <w:r w:rsidRPr="00843BFB">
        <w:rPr>
          <w:rFonts w:asciiTheme="majorHAnsi" w:hAnsiTheme="majorHAnsi" w:cstheme="majorHAnsi"/>
        </w:rPr>
        <w:t>I will be available to address any problems or concerns that arise</w:t>
      </w:r>
    </w:p>
    <w:p w14:paraId="67EAA6AB" w14:textId="2DD2540C" w:rsidR="0097425E" w:rsidRDefault="0097425E" w:rsidP="0097425E">
      <w:r>
        <w:rPr>
          <w:rFonts w:ascii="Calibri" w:hAnsi="Calibri" w:cs="Calibri"/>
          <w:b/>
          <w:bCs/>
        </w:rPr>
        <w:t>Instructions:</w:t>
      </w:r>
      <w:r>
        <w:rPr>
          <w:rFonts w:ascii="Calibri" w:hAnsi="Calibri" w:cs="Calibri"/>
        </w:rPr>
        <w:t xml:space="preserve"> To avoid circulating this DOCX for typed names, the </w:t>
      </w:r>
      <w:r w:rsidRPr="0097425E">
        <w:rPr>
          <w:rFonts w:ascii="Calibri" w:hAnsi="Calibri" w:cs="Calibri"/>
          <w:b/>
          <w:bCs/>
        </w:rPr>
        <w:t>Princip</w:t>
      </w:r>
      <w:r>
        <w:rPr>
          <w:rFonts w:ascii="Calibri" w:hAnsi="Calibri" w:cs="Calibri"/>
          <w:b/>
          <w:bCs/>
        </w:rPr>
        <w:t>al Investigator Certification</w:t>
      </w:r>
      <w:r>
        <w:rPr>
          <w:rFonts w:ascii="Calibri" w:hAnsi="Calibri" w:cs="Calibri"/>
        </w:rPr>
        <w:t xml:space="preserve"> page (signed and dated) </w:t>
      </w:r>
      <w:r w:rsidR="00726461">
        <w:rPr>
          <w:rFonts w:ascii="Calibri" w:hAnsi="Calibri" w:cs="Calibri"/>
        </w:rPr>
        <w:t>should be signed separately and attached to the appendix</w:t>
      </w:r>
      <w:r>
        <w:rPr>
          <w:rFonts w:ascii="Calibri" w:hAnsi="Calibri" w:cs="Calibri"/>
        </w:rPr>
        <w:t xml:space="preserve">. </w:t>
      </w:r>
    </w:p>
    <w:p w14:paraId="3008DC6B" w14:textId="77777777" w:rsidR="0097425E" w:rsidRDefault="0097425E" w:rsidP="0097425E">
      <w:pPr>
        <w:rPr>
          <w:rFonts w:ascii="Calibri" w:hAnsi="Calibri" w:cs="Calibri"/>
          <w:b/>
          <w:bCs/>
        </w:rPr>
      </w:pPr>
      <w:r>
        <w:rPr>
          <w:rFonts w:ascii="Calibri" w:hAnsi="Calibri" w:cs="Calibri"/>
          <w:b/>
          <w:bCs/>
        </w:rPr>
        <w:t>Project Title:</w:t>
      </w:r>
    </w:p>
    <w:p w14:paraId="11672A9E" w14:textId="77777777" w:rsidR="00607120" w:rsidRDefault="00607120" w:rsidP="0097425E">
      <w:pPr>
        <w:rPr>
          <w:rFonts w:ascii="Calibri" w:hAnsi="Calibri" w:cs="Calibri"/>
          <w:b/>
          <w:bCs/>
        </w:rPr>
      </w:pPr>
    </w:p>
    <w:p w14:paraId="2E636852" w14:textId="0073E842" w:rsidR="004F7A68" w:rsidRPr="00843BFB" w:rsidRDefault="00F1257E">
      <w:pPr>
        <w:rPr>
          <w:rFonts w:asciiTheme="majorHAnsi" w:hAnsiTheme="majorHAnsi" w:cstheme="majorHAnsi"/>
        </w:rPr>
      </w:pPr>
      <w:r w:rsidRPr="00843BFB">
        <w:rPr>
          <w:rFonts w:asciiTheme="majorHAnsi" w:hAnsiTheme="majorHAnsi" w:cstheme="majorHAnsi"/>
          <w:b/>
        </w:rPr>
        <w:t>Principle Investigator</w:t>
      </w:r>
      <w:r w:rsidR="009B633C" w:rsidRPr="00843BFB">
        <w:rPr>
          <w:rFonts w:asciiTheme="majorHAnsi" w:hAnsiTheme="majorHAnsi" w:cstheme="majorHAnsi"/>
          <w:b/>
        </w:rPr>
        <w:t xml:space="preserve"> Signature</w:t>
      </w:r>
      <w:r w:rsidR="0097425E">
        <w:rPr>
          <w:rFonts w:asciiTheme="majorHAnsi" w:hAnsiTheme="majorHAnsi" w:cstheme="majorHAnsi"/>
          <w:b/>
        </w:rPr>
        <w:t xml:space="preserve"> and Date</w:t>
      </w:r>
      <w:r w:rsidR="009B633C" w:rsidRPr="00843BFB">
        <w:rPr>
          <w:rFonts w:asciiTheme="majorHAnsi" w:hAnsiTheme="majorHAnsi" w:cstheme="majorHAnsi"/>
          <w:b/>
        </w:rPr>
        <w:t>:</w:t>
      </w:r>
    </w:p>
    <w:p w14:paraId="03BF0942" w14:textId="77777777" w:rsidR="00FC452C" w:rsidRDefault="00FC452C">
      <w:pPr>
        <w:spacing w:after="200" w:line="276" w:lineRule="auto"/>
        <w:rPr>
          <w:rFonts w:asciiTheme="majorHAnsi" w:eastAsiaTheme="majorEastAsia" w:hAnsiTheme="majorHAnsi" w:cstheme="majorHAnsi"/>
          <w:b/>
          <w:bCs/>
          <w:color w:val="000000"/>
          <w:sz w:val="28"/>
        </w:rPr>
      </w:pPr>
      <w:r>
        <w:rPr>
          <w:rFonts w:cstheme="majorHAnsi"/>
        </w:rPr>
        <w:br w:type="page"/>
      </w:r>
    </w:p>
    <w:p w14:paraId="6185E94D" w14:textId="5CBAC25B" w:rsidR="004F7A68" w:rsidRPr="00843BFB" w:rsidRDefault="009B633C">
      <w:pPr>
        <w:pStyle w:val="Heading3"/>
        <w:rPr>
          <w:rFonts w:cstheme="majorHAnsi"/>
        </w:rPr>
      </w:pPr>
      <w:r w:rsidRPr="00843BFB">
        <w:rPr>
          <w:rFonts w:cstheme="majorHAnsi"/>
        </w:rPr>
        <w:lastRenderedPageBreak/>
        <w:t>11.3 Additional Investigator Certifications</w:t>
      </w:r>
    </w:p>
    <w:p w14:paraId="19467031" w14:textId="063C1DE5" w:rsidR="00CA565A" w:rsidRDefault="00CA565A" w:rsidP="00CA565A">
      <w:r>
        <w:rPr>
          <w:rFonts w:ascii="Calibri" w:hAnsi="Calibri" w:cs="Calibri"/>
          <w:b/>
          <w:bCs/>
        </w:rPr>
        <w:t>Instructions:</w:t>
      </w:r>
      <w:r>
        <w:rPr>
          <w:rFonts w:ascii="Calibri" w:hAnsi="Calibri" w:cs="Calibri"/>
        </w:rPr>
        <w:t xml:space="preserve"> To avoid circulating this DOCX for typed names, each co-investigator must complete a separate </w:t>
      </w:r>
      <w:r>
        <w:rPr>
          <w:rFonts w:ascii="Calibri" w:hAnsi="Calibri" w:cs="Calibri"/>
          <w:b/>
          <w:bCs/>
        </w:rPr>
        <w:t>Co-Investigator Certification</w:t>
      </w:r>
      <w:r>
        <w:rPr>
          <w:rFonts w:ascii="Calibri" w:hAnsi="Calibri" w:cs="Calibri"/>
        </w:rPr>
        <w:t xml:space="preserve"> page (signed and dated) and return it to the Principal Investigator </w:t>
      </w:r>
      <w:r w:rsidR="00607120">
        <w:rPr>
          <w:rFonts w:ascii="Calibri" w:hAnsi="Calibri" w:cs="Calibri"/>
        </w:rPr>
        <w:t>for inclusion in the appendix</w:t>
      </w:r>
      <w:r>
        <w:rPr>
          <w:rFonts w:ascii="Calibri" w:hAnsi="Calibri" w:cs="Calibri"/>
        </w:rPr>
        <w:t xml:space="preserve">. </w:t>
      </w:r>
      <w:r w:rsidR="00607120">
        <w:rPr>
          <w:rFonts w:ascii="Calibri" w:hAnsi="Calibri" w:cs="Calibri"/>
        </w:rPr>
        <w:t>Duplicate as needed.</w:t>
      </w:r>
    </w:p>
    <w:p w14:paraId="1DF62DFA" w14:textId="77777777" w:rsidR="0047423D" w:rsidRPr="00843BFB" w:rsidRDefault="0047423D" w:rsidP="0047423D">
      <w:pPr>
        <w:rPr>
          <w:rFonts w:asciiTheme="majorHAnsi" w:hAnsiTheme="majorHAnsi" w:cstheme="majorHAnsi"/>
        </w:rPr>
      </w:pPr>
      <w:r w:rsidRPr="00843BFB">
        <w:rPr>
          <w:rFonts w:asciiTheme="majorHAnsi" w:hAnsiTheme="majorHAnsi" w:cstheme="majorHAnsi"/>
          <w:b/>
        </w:rPr>
        <w:t>I certify that:</w:t>
      </w:r>
    </w:p>
    <w:p w14:paraId="084E9582"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have reviewed this protocol in its entirety</w:t>
      </w:r>
    </w:p>
    <w:p w14:paraId="49CA4CDB"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The information provided in this protocol is complete and accurate</w:t>
      </w:r>
    </w:p>
    <w:p w14:paraId="70F342F9"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have read and understand the Belmont Report and 45 CFR 46</w:t>
      </w:r>
    </w:p>
    <w:p w14:paraId="3F5D4D5B"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have completed required CITI Human Subjects Research Training</w:t>
      </w:r>
    </w:p>
    <w:p w14:paraId="796D827B"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will supervise this research to ensure it is conducted ethically and in compliance with IRB requirements</w:t>
      </w:r>
    </w:p>
    <w:p w14:paraId="7933B47F"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will ensure the student PI has adequate training and support</w:t>
      </w:r>
    </w:p>
    <w:p w14:paraId="4FA06A3E" w14:textId="77777777" w:rsidR="0047423D" w:rsidRPr="00843BFB"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take responsibility for the conduct of this research</w:t>
      </w:r>
    </w:p>
    <w:p w14:paraId="58189AF9" w14:textId="77777777" w:rsidR="0047423D" w:rsidRPr="0097425E" w:rsidRDefault="0047423D" w:rsidP="0047423D">
      <w:pPr>
        <w:pStyle w:val="ListParagraph"/>
        <w:numPr>
          <w:ilvl w:val="0"/>
          <w:numId w:val="11"/>
        </w:numPr>
        <w:rPr>
          <w:rFonts w:asciiTheme="majorHAnsi" w:hAnsiTheme="majorHAnsi" w:cstheme="majorHAnsi"/>
        </w:rPr>
      </w:pPr>
      <w:r w:rsidRPr="00843BFB">
        <w:rPr>
          <w:rFonts w:asciiTheme="majorHAnsi" w:hAnsiTheme="majorHAnsi" w:cstheme="majorHAnsi"/>
        </w:rPr>
        <w:t>I will be available to address any problems or concerns that arise</w:t>
      </w:r>
    </w:p>
    <w:p w14:paraId="087C2723" w14:textId="77777777" w:rsidR="0047423D" w:rsidRDefault="0047423D" w:rsidP="00CA565A">
      <w:pPr>
        <w:rPr>
          <w:rFonts w:ascii="Calibri" w:hAnsi="Calibri" w:cs="Calibri"/>
          <w:b/>
          <w:bCs/>
        </w:rPr>
      </w:pPr>
    </w:p>
    <w:p w14:paraId="3E4AD880" w14:textId="4EB81EA3" w:rsidR="00CA565A" w:rsidRDefault="00CA565A" w:rsidP="00CA565A">
      <w:pPr>
        <w:rPr>
          <w:rFonts w:ascii="Calibri" w:hAnsi="Calibri" w:cs="Calibri"/>
          <w:b/>
          <w:bCs/>
        </w:rPr>
      </w:pPr>
      <w:r>
        <w:rPr>
          <w:rFonts w:ascii="Calibri" w:hAnsi="Calibri" w:cs="Calibri"/>
          <w:b/>
          <w:bCs/>
        </w:rPr>
        <w:t>Project Title:</w:t>
      </w:r>
    </w:p>
    <w:p w14:paraId="615A34AD" w14:textId="77777777" w:rsidR="00607120" w:rsidRDefault="00607120" w:rsidP="00CA565A">
      <w:pPr>
        <w:rPr>
          <w:rFonts w:asciiTheme="majorHAnsi" w:hAnsiTheme="majorHAnsi" w:cstheme="majorHAnsi"/>
          <w:b/>
        </w:rPr>
      </w:pPr>
    </w:p>
    <w:p w14:paraId="58607207" w14:textId="4B539A7B" w:rsidR="00CA565A" w:rsidRPr="00AD5074" w:rsidRDefault="00CA565A" w:rsidP="00CA565A">
      <w:pPr>
        <w:rPr>
          <w:rFonts w:asciiTheme="majorHAnsi" w:hAnsiTheme="majorHAnsi" w:cstheme="majorHAnsi"/>
        </w:rPr>
      </w:pPr>
      <w:r>
        <w:rPr>
          <w:rFonts w:asciiTheme="majorHAnsi" w:hAnsiTheme="majorHAnsi" w:cstheme="majorHAnsi"/>
          <w:b/>
        </w:rPr>
        <w:t>Co-</w:t>
      </w:r>
      <w:r w:rsidRPr="00AD5074">
        <w:rPr>
          <w:rFonts w:asciiTheme="majorHAnsi" w:hAnsiTheme="majorHAnsi" w:cstheme="majorHAnsi"/>
          <w:b/>
        </w:rPr>
        <w:t>Principal Investigator Signature</w:t>
      </w:r>
      <w:r>
        <w:rPr>
          <w:rFonts w:asciiTheme="majorHAnsi" w:hAnsiTheme="majorHAnsi" w:cstheme="majorHAnsi"/>
          <w:b/>
        </w:rPr>
        <w:t xml:space="preserve"> and Date</w:t>
      </w:r>
      <w:r w:rsidRPr="00AD5074">
        <w:rPr>
          <w:rFonts w:asciiTheme="majorHAnsi" w:hAnsiTheme="majorHAnsi" w:cstheme="majorHAnsi"/>
          <w:b/>
        </w:rPr>
        <w:t>:</w:t>
      </w:r>
    </w:p>
    <w:p w14:paraId="070353FB" w14:textId="77777777" w:rsidR="00CA565A" w:rsidRDefault="00CA565A" w:rsidP="00CA565A">
      <w:pPr>
        <w:rPr>
          <w:rFonts w:ascii="Calibri" w:hAnsi="Calibri" w:cs="Calibri"/>
          <w:b/>
          <w:bCs/>
        </w:rPr>
      </w:pPr>
    </w:p>
    <w:p w14:paraId="04985D4D" w14:textId="77777777" w:rsidR="005B4FD3" w:rsidRDefault="005B4FD3" w:rsidP="00CA565A">
      <w:pPr>
        <w:rPr>
          <w:rFonts w:ascii="Calibri" w:hAnsi="Calibri" w:cs="Calibri"/>
        </w:rPr>
      </w:pPr>
    </w:p>
    <w:p w14:paraId="055B9170" w14:textId="77777777" w:rsidR="005B4FD3" w:rsidRDefault="005B4FD3" w:rsidP="00CA565A">
      <w:pPr>
        <w:rPr>
          <w:rFonts w:ascii="Calibri" w:hAnsi="Calibri" w:cs="Calibri"/>
        </w:rPr>
      </w:pPr>
    </w:p>
    <w:p w14:paraId="62BED4D3" w14:textId="77777777" w:rsidR="003F248D" w:rsidRDefault="003F248D" w:rsidP="00CA565A">
      <w:pPr>
        <w:rPr>
          <w:rFonts w:ascii="Calibri" w:hAnsi="Calibri" w:cs="Calibri"/>
        </w:rPr>
      </w:pPr>
    </w:p>
    <w:p w14:paraId="2AE2BA46" w14:textId="77777777" w:rsidR="003F248D" w:rsidRDefault="003F248D" w:rsidP="00CA565A">
      <w:pPr>
        <w:rPr>
          <w:rFonts w:ascii="Calibri" w:hAnsi="Calibri" w:cs="Calibri"/>
        </w:rPr>
      </w:pPr>
    </w:p>
    <w:p w14:paraId="3D0BA22C" w14:textId="77777777" w:rsidR="003F248D" w:rsidRDefault="003F248D" w:rsidP="00CA565A">
      <w:pPr>
        <w:rPr>
          <w:rFonts w:ascii="Calibri" w:hAnsi="Calibri" w:cs="Calibri"/>
        </w:rPr>
      </w:pPr>
    </w:p>
    <w:p w14:paraId="368531E9" w14:textId="77777777" w:rsidR="003F248D" w:rsidRDefault="003F248D" w:rsidP="00CA565A">
      <w:pPr>
        <w:rPr>
          <w:rFonts w:ascii="Calibri" w:hAnsi="Calibri" w:cs="Calibri"/>
        </w:rPr>
      </w:pPr>
    </w:p>
    <w:p w14:paraId="461B61AB" w14:textId="77777777" w:rsidR="003F248D" w:rsidRDefault="003F248D" w:rsidP="00CA565A">
      <w:pPr>
        <w:rPr>
          <w:rFonts w:ascii="Calibri" w:hAnsi="Calibri" w:cs="Calibri"/>
        </w:rPr>
      </w:pPr>
    </w:p>
    <w:p w14:paraId="5093DDA6" w14:textId="77777777" w:rsidR="003F248D" w:rsidRDefault="003F248D" w:rsidP="00CA565A">
      <w:pPr>
        <w:rPr>
          <w:rFonts w:ascii="Calibri" w:hAnsi="Calibri" w:cs="Calibri"/>
        </w:rPr>
      </w:pPr>
    </w:p>
    <w:p w14:paraId="63D24688" w14:textId="77777777" w:rsidR="003F248D" w:rsidRDefault="003F248D" w:rsidP="00CA565A">
      <w:pPr>
        <w:rPr>
          <w:rFonts w:ascii="Calibri" w:hAnsi="Calibri" w:cs="Calibri"/>
        </w:rPr>
      </w:pPr>
    </w:p>
    <w:p w14:paraId="40C5189D" w14:textId="77777777" w:rsidR="003F248D" w:rsidRDefault="003F248D" w:rsidP="00CA565A">
      <w:pPr>
        <w:rPr>
          <w:rFonts w:ascii="Calibri" w:hAnsi="Calibri" w:cs="Calibri"/>
        </w:rPr>
      </w:pPr>
    </w:p>
    <w:p w14:paraId="68363777" w14:textId="77777777" w:rsidR="003F248D" w:rsidRPr="00843BFB" w:rsidRDefault="003F248D" w:rsidP="003F248D">
      <w:pPr>
        <w:rPr>
          <w:rFonts w:asciiTheme="majorHAnsi" w:hAnsiTheme="majorHAnsi" w:cstheme="majorHAnsi"/>
        </w:rPr>
      </w:pPr>
      <w:r w:rsidRPr="00843BFB">
        <w:rPr>
          <w:rFonts w:asciiTheme="majorHAnsi" w:hAnsiTheme="majorHAnsi" w:cstheme="majorHAnsi"/>
          <w:b/>
        </w:rPr>
        <w:t>END OF FORM 2</w:t>
      </w:r>
    </w:p>
    <w:p w14:paraId="49C3775E" w14:textId="61C233D7" w:rsidR="001A075C" w:rsidRDefault="001A075C">
      <w:pPr>
        <w:pStyle w:val="Heading2"/>
        <w:rPr>
          <w:rFonts w:eastAsia="Times New Roman"/>
          <w:szCs w:val="32"/>
        </w:rPr>
      </w:pPr>
      <w:r>
        <w:rPr>
          <w:rFonts w:eastAsia="Times New Roman"/>
        </w:rPr>
        <w:lastRenderedPageBreak/>
        <w:t>APPENDIX CONTENT CHECKLIST (attach as applicable)</w:t>
      </w:r>
    </w:p>
    <w:p w14:paraId="59161053" w14:textId="77777777" w:rsidR="001A075C" w:rsidRDefault="001A075C">
      <w:r>
        <w:rPr>
          <w:rFonts w:ascii="Calibri" w:hAnsi="Calibri" w:cs="Calibri"/>
        </w:rPr>
        <w:t>Attach the following appendix items required or referenced in Form 2. Omit items that do not apply.</w:t>
      </w:r>
    </w:p>
    <w:p w14:paraId="5CB8EDF8" w14:textId="42EE5C62" w:rsidR="00EF0F9C" w:rsidRDefault="00736A02" w:rsidP="008B13CC">
      <w:r>
        <w:rPr>
          <w:rFonts w:ascii="Calibri" w:hAnsi="Calibri" w:cs="Calibri"/>
          <w:b/>
          <w:bCs/>
        </w:rPr>
        <w:t>Recruiting</w:t>
      </w:r>
      <w:r w:rsidR="00EF0F9C">
        <w:rPr>
          <w:rFonts w:ascii="Calibri" w:hAnsi="Calibri" w:cs="Calibri"/>
        </w:rPr>
        <w:t xml:space="preserve"> — attach the following as appropriate (see Sections 3.1–3.2).</w:t>
      </w:r>
    </w:p>
    <w:p w14:paraId="46B31E26" w14:textId="77777777" w:rsidR="00EF0F9C" w:rsidRDefault="00EF0F9C">
      <w:pPr>
        <w:pStyle w:val="ListParagraph"/>
      </w:pPr>
      <w:r>
        <w:rPr>
          <w:rFonts w:ascii="Segoe UI Symbol" w:hAnsi="Segoe UI Symbol"/>
        </w:rPr>
        <w:t>☐</w:t>
      </w:r>
      <w:r>
        <w:rPr>
          <w:rFonts w:ascii="Calibri" w:hAnsi="Calibri" w:cs="Calibri"/>
        </w:rPr>
        <w:t xml:space="preserve"> Recruitment flyer(s)/poster(s)</w:t>
      </w:r>
    </w:p>
    <w:p w14:paraId="26F75983" w14:textId="77777777" w:rsidR="00EF0F9C" w:rsidRDefault="00EF0F9C">
      <w:pPr>
        <w:pStyle w:val="ListParagraph"/>
      </w:pPr>
      <w:r>
        <w:rPr>
          <w:rFonts w:ascii="Segoe UI Symbol" w:hAnsi="Segoe UI Symbol"/>
        </w:rPr>
        <w:t>☐</w:t>
      </w:r>
      <w:r>
        <w:rPr>
          <w:rFonts w:ascii="Calibri" w:hAnsi="Calibri" w:cs="Calibri"/>
        </w:rPr>
        <w:t xml:space="preserve"> Recruitment email(s) or message(s)</w:t>
      </w:r>
    </w:p>
    <w:p w14:paraId="372D5F31" w14:textId="77777777" w:rsidR="00EF0F9C" w:rsidRDefault="00EF0F9C">
      <w:pPr>
        <w:pStyle w:val="ListParagraph"/>
      </w:pPr>
      <w:r>
        <w:rPr>
          <w:rFonts w:ascii="Segoe UI Symbol" w:hAnsi="Segoe UI Symbol"/>
        </w:rPr>
        <w:t>☐</w:t>
      </w:r>
      <w:r>
        <w:rPr>
          <w:rFonts w:ascii="Calibri" w:hAnsi="Calibri" w:cs="Calibri"/>
        </w:rPr>
        <w:t xml:space="preserve"> Recruitment script(s) (verbal)</w:t>
      </w:r>
    </w:p>
    <w:p w14:paraId="7FD65C78" w14:textId="77777777" w:rsidR="00EF0F9C" w:rsidRDefault="00EF0F9C">
      <w:pPr>
        <w:pStyle w:val="ListParagraph"/>
      </w:pPr>
      <w:r>
        <w:rPr>
          <w:rFonts w:ascii="Segoe UI Symbol" w:hAnsi="Segoe UI Symbol"/>
        </w:rPr>
        <w:t>☐</w:t>
      </w:r>
      <w:r>
        <w:rPr>
          <w:rFonts w:ascii="Calibri" w:hAnsi="Calibri" w:cs="Calibri"/>
        </w:rPr>
        <w:t xml:space="preserve"> Social media recruitment post(s)</w:t>
      </w:r>
    </w:p>
    <w:p w14:paraId="48537B8A" w14:textId="77777777" w:rsidR="00EF0F9C" w:rsidRDefault="00EF0F9C">
      <w:pPr>
        <w:pStyle w:val="ListParagraph"/>
      </w:pPr>
      <w:r>
        <w:rPr>
          <w:rFonts w:ascii="Segoe UI Symbol" w:hAnsi="Segoe UI Symbol"/>
        </w:rPr>
        <w:t>☐</w:t>
      </w:r>
      <w:r>
        <w:rPr>
          <w:rFonts w:ascii="Calibri" w:hAnsi="Calibri" w:cs="Calibri"/>
        </w:rPr>
        <w:t xml:space="preserve"> Announcement text/script(s) (classroom/organization)</w:t>
      </w:r>
    </w:p>
    <w:p w14:paraId="4DA45D96" w14:textId="77777777" w:rsidR="00EF0F9C" w:rsidRDefault="00EF0F9C">
      <w:pPr>
        <w:pStyle w:val="ListParagraph"/>
      </w:pPr>
      <w:r>
        <w:rPr>
          <w:rFonts w:ascii="Segoe UI Symbol" w:hAnsi="Segoe UI Symbol"/>
        </w:rPr>
        <w:t>☐</w:t>
      </w:r>
      <w:r>
        <w:rPr>
          <w:rFonts w:ascii="Calibri" w:hAnsi="Calibri" w:cs="Calibri"/>
        </w:rPr>
        <w:t xml:space="preserve"> Letter(s) to potential participants</w:t>
      </w:r>
    </w:p>
    <w:p w14:paraId="17CA42B5" w14:textId="77777777" w:rsidR="000F5E58" w:rsidRDefault="000F5E58">
      <w:pPr>
        <w:pStyle w:val="ListParagraph"/>
      </w:pPr>
      <w:r>
        <w:rPr>
          <w:rFonts w:ascii="Segoe UI Symbol" w:hAnsi="Segoe UI Symbol"/>
        </w:rPr>
        <w:t>☐</w:t>
      </w:r>
      <w:r>
        <w:rPr>
          <w:rFonts w:ascii="Calibri" w:hAnsi="Calibri" w:cs="Calibri"/>
        </w:rPr>
        <w:t xml:space="preserve"> Other recruitment material(s)</w:t>
      </w:r>
    </w:p>
    <w:p w14:paraId="1A25BE8C" w14:textId="70719B2A" w:rsidR="00EF0F9C" w:rsidRDefault="008B13CC" w:rsidP="008B13CC">
      <w:r>
        <w:rPr>
          <w:rFonts w:ascii="Calibri" w:hAnsi="Calibri" w:cs="Calibri"/>
          <w:b/>
          <w:bCs/>
        </w:rPr>
        <w:t xml:space="preserve">Informed </w:t>
      </w:r>
      <w:r w:rsidR="00736A02">
        <w:rPr>
          <w:rFonts w:ascii="Calibri" w:hAnsi="Calibri" w:cs="Calibri"/>
          <w:b/>
          <w:bCs/>
        </w:rPr>
        <w:t>Consent</w:t>
      </w:r>
      <w:r w:rsidR="00EF0F9C">
        <w:rPr>
          <w:rFonts w:ascii="Calibri" w:hAnsi="Calibri" w:cs="Calibri"/>
        </w:rPr>
        <w:t xml:space="preserve"> — attach the following as appropriate (see Sections 3.5–3.6 and 3.4, if applicable).</w:t>
      </w:r>
    </w:p>
    <w:p w14:paraId="609D6CDE" w14:textId="77777777" w:rsidR="00EF0F9C" w:rsidRDefault="00EF0F9C">
      <w:pPr>
        <w:pStyle w:val="ListParagraph"/>
      </w:pPr>
      <w:r>
        <w:rPr>
          <w:rFonts w:ascii="Segoe UI Symbol" w:hAnsi="Segoe UI Symbol"/>
        </w:rPr>
        <w:t>☐</w:t>
      </w:r>
      <w:r>
        <w:rPr>
          <w:rFonts w:ascii="Calibri" w:hAnsi="Calibri" w:cs="Calibri"/>
        </w:rPr>
        <w:t xml:space="preserve"> Adult informed consent form</w:t>
      </w:r>
    </w:p>
    <w:p w14:paraId="0AEDD4B9" w14:textId="77777777" w:rsidR="00EF0F9C" w:rsidRDefault="00EF0F9C">
      <w:pPr>
        <w:pStyle w:val="ListParagraph"/>
      </w:pPr>
      <w:r>
        <w:rPr>
          <w:rFonts w:ascii="Segoe UI Symbol" w:hAnsi="Segoe UI Symbol"/>
        </w:rPr>
        <w:t>☐</w:t>
      </w:r>
      <w:r>
        <w:rPr>
          <w:rFonts w:ascii="Calibri" w:hAnsi="Calibri" w:cs="Calibri"/>
        </w:rPr>
        <w:t xml:space="preserve"> Information sheet (for anonymous surveys)</w:t>
      </w:r>
    </w:p>
    <w:p w14:paraId="31C018DA" w14:textId="77777777" w:rsidR="00EF0F9C" w:rsidRDefault="00EF0F9C">
      <w:pPr>
        <w:pStyle w:val="ListParagraph"/>
      </w:pPr>
      <w:r>
        <w:rPr>
          <w:rFonts w:ascii="Segoe UI Symbol" w:hAnsi="Segoe UI Symbol"/>
        </w:rPr>
        <w:t>☐</w:t>
      </w:r>
      <w:r>
        <w:rPr>
          <w:rFonts w:ascii="Calibri" w:hAnsi="Calibri" w:cs="Calibri"/>
        </w:rPr>
        <w:t xml:space="preserve"> Waiver of signed consent request and justification</w:t>
      </w:r>
    </w:p>
    <w:p w14:paraId="625AEF2E" w14:textId="77777777" w:rsidR="00EF0F9C" w:rsidRDefault="00EF0F9C">
      <w:pPr>
        <w:pStyle w:val="ListParagraph"/>
      </w:pPr>
      <w:r>
        <w:rPr>
          <w:rFonts w:ascii="Segoe UI Symbol" w:hAnsi="Segoe UI Symbol"/>
        </w:rPr>
        <w:t>☐</w:t>
      </w:r>
      <w:r>
        <w:rPr>
          <w:rFonts w:ascii="Calibri" w:hAnsi="Calibri" w:cs="Calibri"/>
        </w:rPr>
        <w:t xml:space="preserve"> Waiver of consent documentation request and justification</w:t>
      </w:r>
    </w:p>
    <w:p w14:paraId="4CD0D74C" w14:textId="77777777" w:rsidR="000F5E58" w:rsidRDefault="000F5E58">
      <w:pPr>
        <w:pStyle w:val="ListParagraph"/>
      </w:pPr>
      <w:r>
        <w:rPr>
          <w:rFonts w:ascii="Segoe UI Symbol" w:hAnsi="Segoe UI Symbol"/>
        </w:rPr>
        <w:t>☐</w:t>
      </w:r>
      <w:r>
        <w:rPr>
          <w:rFonts w:ascii="Calibri" w:hAnsi="Calibri" w:cs="Calibri"/>
        </w:rPr>
        <w:t xml:space="preserve"> Debriefing script/form</w:t>
      </w:r>
    </w:p>
    <w:p w14:paraId="1D1046B9" w14:textId="4F2ED2EB" w:rsidR="00EF0F9C" w:rsidRDefault="00736A02" w:rsidP="003775B3">
      <w:r>
        <w:rPr>
          <w:rFonts w:ascii="Calibri" w:hAnsi="Calibri" w:cs="Calibri"/>
          <w:b/>
          <w:bCs/>
        </w:rPr>
        <w:t xml:space="preserve">Data Collection </w:t>
      </w:r>
      <w:r w:rsidR="00EF0F9C">
        <w:rPr>
          <w:rFonts w:ascii="Calibri" w:hAnsi="Calibri" w:cs="Calibri"/>
        </w:rPr>
        <w:t>— attach the following as appropriate (see Sections 4.1 and 4.5).</w:t>
      </w:r>
    </w:p>
    <w:p w14:paraId="7CA46C69" w14:textId="77777777" w:rsidR="00EF0F9C" w:rsidRDefault="00EF0F9C">
      <w:pPr>
        <w:pStyle w:val="ListParagraph"/>
      </w:pPr>
      <w:r>
        <w:rPr>
          <w:rFonts w:ascii="Segoe UI Symbol" w:hAnsi="Segoe UI Symbol"/>
        </w:rPr>
        <w:t>☐</w:t>
      </w:r>
      <w:r>
        <w:rPr>
          <w:rFonts w:ascii="Calibri" w:hAnsi="Calibri" w:cs="Calibri"/>
        </w:rPr>
        <w:t xml:space="preserve"> Survey/questionnaire instrument(s) (paper and/or online)</w:t>
      </w:r>
    </w:p>
    <w:p w14:paraId="48D31321" w14:textId="77777777" w:rsidR="00EF0F9C" w:rsidRDefault="00EF0F9C">
      <w:pPr>
        <w:pStyle w:val="ListParagraph"/>
      </w:pPr>
      <w:r>
        <w:rPr>
          <w:rFonts w:ascii="Segoe UI Symbol" w:hAnsi="Segoe UI Symbol"/>
        </w:rPr>
        <w:t>☐</w:t>
      </w:r>
      <w:r>
        <w:rPr>
          <w:rFonts w:ascii="Calibri" w:hAnsi="Calibri" w:cs="Calibri"/>
        </w:rPr>
        <w:t xml:space="preserve"> Interview guide/protocol and/or focus group protocol</w:t>
      </w:r>
    </w:p>
    <w:p w14:paraId="729841E6" w14:textId="77777777" w:rsidR="00EF0F9C" w:rsidRDefault="00EF0F9C">
      <w:pPr>
        <w:pStyle w:val="ListParagraph"/>
      </w:pPr>
      <w:r>
        <w:rPr>
          <w:rFonts w:ascii="Segoe UI Symbol" w:hAnsi="Segoe UI Symbol"/>
        </w:rPr>
        <w:t>☐</w:t>
      </w:r>
      <w:r>
        <w:rPr>
          <w:rFonts w:ascii="Calibri" w:hAnsi="Calibri" w:cs="Calibri"/>
        </w:rPr>
        <w:t xml:space="preserve"> Observation protocol, data extraction form(s), or other data collection material(s)</w:t>
      </w:r>
    </w:p>
    <w:p w14:paraId="4B4CEDB0" w14:textId="04B2AB6F" w:rsidR="00EF0F9C" w:rsidRDefault="00736A02" w:rsidP="003775B3">
      <w:r>
        <w:rPr>
          <w:rFonts w:ascii="Calibri" w:hAnsi="Calibri" w:cs="Calibri"/>
          <w:b/>
          <w:bCs/>
        </w:rPr>
        <w:t>Training and Supporting Materials</w:t>
      </w:r>
      <w:r w:rsidR="00EF0F9C">
        <w:rPr>
          <w:rFonts w:ascii="Calibri" w:hAnsi="Calibri" w:cs="Calibri"/>
        </w:rPr>
        <w:t xml:space="preserve"> — attach the following as appropriate (see Section 9.2).</w:t>
      </w:r>
    </w:p>
    <w:p w14:paraId="4ED90493" w14:textId="77777777" w:rsidR="000F5E58" w:rsidRDefault="000F5E58">
      <w:pPr>
        <w:pStyle w:val="ListParagraph"/>
      </w:pPr>
      <w:r>
        <w:rPr>
          <w:rFonts w:ascii="Segoe UI Symbol" w:hAnsi="Segoe UI Symbol"/>
        </w:rPr>
        <w:t>☐</w:t>
      </w:r>
      <w:r>
        <w:rPr>
          <w:rFonts w:ascii="Calibri" w:hAnsi="Calibri" w:cs="Calibri"/>
        </w:rPr>
        <w:t xml:space="preserve"> Training manual/protocol, slides/presentation, SOPs, or other training materials</w:t>
      </w:r>
    </w:p>
    <w:p w14:paraId="40F680CE" w14:textId="1AF0ADB6" w:rsidR="00EF0F9C" w:rsidRDefault="00D804EF" w:rsidP="003775B3">
      <w:r>
        <w:rPr>
          <w:rFonts w:ascii="Calibri" w:hAnsi="Calibri" w:cs="Calibri"/>
          <w:b/>
          <w:bCs/>
        </w:rPr>
        <w:t>Certifications</w:t>
      </w:r>
      <w:r w:rsidR="00EF0F9C">
        <w:rPr>
          <w:rFonts w:ascii="Calibri" w:hAnsi="Calibri" w:cs="Calibri"/>
        </w:rPr>
        <w:t xml:space="preserve"> — attach the following as appropriate (see Section 11).</w:t>
      </w:r>
    </w:p>
    <w:p w14:paraId="27FDFE78" w14:textId="77777777" w:rsidR="000F5E58" w:rsidRDefault="000F5E58">
      <w:pPr>
        <w:pStyle w:val="ListParagraph"/>
      </w:pPr>
      <w:r>
        <w:rPr>
          <w:rFonts w:ascii="Segoe UI Symbol" w:hAnsi="Segoe UI Symbol"/>
        </w:rPr>
        <w:t>☐</w:t>
      </w:r>
      <w:r>
        <w:rPr>
          <w:rFonts w:ascii="Calibri" w:hAnsi="Calibri" w:cs="Calibri"/>
        </w:rPr>
        <w:t xml:space="preserve"> Principal Investigator Certification page (signed and dated)</w:t>
      </w:r>
    </w:p>
    <w:p w14:paraId="532C1519" w14:textId="77777777" w:rsidR="000F5E58" w:rsidRDefault="000F5E58">
      <w:pPr>
        <w:pStyle w:val="ListParagraph"/>
      </w:pPr>
      <w:r>
        <w:rPr>
          <w:rFonts w:ascii="Segoe UI Symbol" w:hAnsi="Segoe UI Symbol"/>
        </w:rPr>
        <w:t>☐</w:t>
      </w:r>
      <w:r>
        <w:rPr>
          <w:rFonts w:ascii="Calibri" w:hAnsi="Calibri" w:cs="Calibri"/>
        </w:rPr>
        <w:t xml:space="preserve"> Co-Investigator Certification page(s) (signed and dated)</w:t>
      </w:r>
    </w:p>
    <w:p w14:paraId="7C1C3537" w14:textId="5109CDDE" w:rsidR="00EF0F9C" w:rsidRDefault="00D804EF" w:rsidP="003775B3">
      <w:r>
        <w:rPr>
          <w:rFonts w:ascii="Calibri" w:hAnsi="Calibri" w:cs="Calibri"/>
          <w:b/>
          <w:bCs/>
        </w:rPr>
        <w:t>External Site/Collaboration Documents</w:t>
      </w:r>
      <w:r w:rsidR="00EF0F9C">
        <w:rPr>
          <w:rFonts w:ascii="Calibri" w:hAnsi="Calibri" w:cs="Calibri"/>
        </w:rPr>
        <w:t xml:space="preserve"> — attach the following as appropriate (see Section 10.2).</w:t>
      </w:r>
    </w:p>
    <w:p w14:paraId="2FCF43A7" w14:textId="77777777" w:rsidR="000F5E58" w:rsidRDefault="000F5E58">
      <w:pPr>
        <w:pStyle w:val="ListParagraph"/>
      </w:pPr>
      <w:r>
        <w:rPr>
          <w:rFonts w:ascii="Segoe UI Symbol" w:hAnsi="Segoe UI Symbol"/>
        </w:rPr>
        <w:t>☐</w:t>
      </w:r>
      <w:r>
        <w:rPr>
          <w:rFonts w:ascii="Calibri" w:hAnsi="Calibri" w:cs="Calibri"/>
        </w:rPr>
        <w:t xml:space="preserve"> Letters of support/permission from external site(s) or organization(s)</w:t>
      </w:r>
    </w:p>
    <w:p w14:paraId="6097768A" w14:textId="77777777" w:rsidR="00EF0F9C" w:rsidRDefault="00EF0F9C">
      <w:pPr>
        <w:pStyle w:val="ListParagraph"/>
      </w:pPr>
      <w:r>
        <w:rPr>
          <w:rFonts w:ascii="Segoe UI Symbol" w:hAnsi="Segoe UI Symbol"/>
        </w:rPr>
        <w:t>☐</w:t>
      </w:r>
      <w:r>
        <w:rPr>
          <w:rFonts w:ascii="Calibri" w:hAnsi="Calibri" w:cs="Calibri"/>
        </w:rPr>
        <w:t xml:space="preserve"> Data use agreement(s) and/or memorandum/memoranda of understanding (see Supporting Documents)</w:t>
      </w:r>
    </w:p>
    <w:p w14:paraId="1813053E" w14:textId="77777777" w:rsidR="003F36C1" w:rsidRPr="00843BFB" w:rsidRDefault="003F36C1" w:rsidP="007E1F94">
      <w:pPr>
        <w:pStyle w:val="NoSpacing"/>
        <w:rPr>
          <w:rFonts w:asciiTheme="majorHAnsi" w:hAnsiTheme="majorHAnsi" w:cstheme="majorHAnsi"/>
        </w:rPr>
      </w:pPr>
    </w:p>
    <w:p w14:paraId="420D8CAE" w14:textId="77777777" w:rsidR="001A075C" w:rsidRDefault="001A075C">
      <w:r>
        <w:rPr>
          <w:rFonts w:ascii="Calibri" w:hAnsi="Calibri" w:cs="Calibri"/>
          <w:i/>
          <w:iCs/>
        </w:rPr>
        <w:t>Before submitting, ensure all selected items above are attached to your application as the appendix.</w:t>
      </w:r>
    </w:p>
    <w:p w14:paraId="65B69E21" w14:textId="77777777" w:rsidR="003F36C1" w:rsidRPr="00843BFB" w:rsidRDefault="003F36C1" w:rsidP="007E1F94">
      <w:pPr>
        <w:pStyle w:val="NoSpacing"/>
        <w:rPr>
          <w:rFonts w:asciiTheme="majorHAnsi" w:hAnsiTheme="majorHAnsi" w:cstheme="majorHAnsi"/>
        </w:rPr>
      </w:pPr>
    </w:p>
    <w:sectPr w:rsidR="003F36C1" w:rsidRPr="00843BFB" w:rsidSect="003F24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9C66F2C"/>
    <w:multiLevelType w:val="hybridMultilevel"/>
    <w:tmpl w:val="5CC6B628"/>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0" w15:restartNumberingAfterBreak="0">
    <w:nsid w:val="1AC063B6"/>
    <w:multiLevelType w:val="hybridMultilevel"/>
    <w:tmpl w:val="0B7ABEEC"/>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1" w15:restartNumberingAfterBreak="0">
    <w:nsid w:val="2A6D4F3E"/>
    <w:multiLevelType w:val="multilevel"/>
    <w:tmpl w:val="6756A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A43467"/>
    <w:multiLevelType w:val="hybridMultilevel"/>
    <w:tmpl w:val="3DDC7B9E"/>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3" w15:restartNumberingAfterBreak="0">
    <w:nsid w:val="3E17489E"/>
    <w:multiLevelType w:val="hybridMultilevel"/>
    <w:tmpl w:val="50A2C3E2"/>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14" w15:restartNumberingAfterBreak="0">
    <w:nsid w:val="44787EE6"/>
    <w:multiLevelType w:val="multilevel"/>
    <w:tmpl w:val="2F3A5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8244CF1"/>
    <w:multiLevelType w:val="multilevel"/>
    <w:tmpl w:val="F13C2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0167F1"/>
    <w:multiLevelType w:val="hybridMultilevel"/>
    <w:tmpl w:val="5C187EAC"/>
    <w:lvl w:ilvl="0" w:tplc="9136449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62553D"/>
    <w:multiLevelType w:val="multilevel"/>
    <w:tmpl w:val="81C83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5E50AEC"/>
    <w:multiLevelType w:val="hybridMultilevel"/>
    <w:tmpl w:val="4C12B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BF7CFB"/>
    <w:multiLevelType w:val="hybridMultilevel"/>
    <w:tmpl w:val="135AD3F4"/>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abstractNum w:abstractNumId="20" w15:restartNumberingAfterBreak="0">
    <w:nsid w:val="71CF7390"/>
    <w:multiLevelType w:val="multilevel"/>
    <w:tmpl w:val="6B3447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780719"/>
    <w:multiLevelType w:val="hybridMultilevel"/>
    <w:tmpl w:val="D01EB746"/>
    <w:lvl w:ilvl="0" w:tplc="9136449A">
      <w:numFmt w:val="bullet"/>
      <w:lvlText w:val="•"/>
      <w:lvlJc w:val="left"/>
      <w:pPr>
        <w:ind w:left="821" w:hanging="360"/>
      </w:pPr>
      <w:rPr>
        <w:rFonts w:ascii="Cambria" w:eastAsiaTheme="minorEastAsia" w:hAnsi="Cambria" w:cstheme="minorBidi" w:hint="default"/>
      </w:rPr>
    </w:lvl>
    <w:lvl w:ilvl="1" w:tplc="04090003" w:tentative="1">
      <w:start w:val="1"/>
      <w:numFmt w:val="bullet"/>
      <w:lvlText w:val="o"/>
      <w:lvlJc w:val="left"/>
      <w:pPr>
        <w:ind w:left="1541" w:hanging="360"/>
      </w:pPr>
      <w:rPr>
        <w:rFonts w:ascii="Courier New" w:hAnsi="Courier New" w:cs="Courier New" w:hint="default"/>
      </w:rPr>
    </w:lvl>
    <w:lvl w:ilvl="2" w:tplc="04090005" w:tentative="1">
      <w:start w:val="1"/>
      <w:numFmt w:val="bullet"/>
      <w:lvlText w:val=""/>
      <w:lvlJc w:val="left"/>
      <w:pPr>
        <w:ind w:left="2261" w:hanging="360"/>
      </w:pPr>
      <w:rPr>
        <w:rFonts w:ascii="Wingdings" w:hAnsi="Wingdings" w:hint="default"/>
      </w:rPr>
    </w:lvl>
    <w:lvl w:ilvl="3" w:tplc="04090001" w:tentative="1">
      <w:start w:val="1"/>
      <w:numFmt w:val="bullet"/>
      <w:lvlText w:val=""/>
      <w:lvlJc w:val="left"/>
      <w:pPr>
        <w:ind w:left="2981" w:hanging="360"/>
      </w:pPr>
      <w:rPr>
        <w:rFonts w:ascii="Symbol" w:hAnsi="Symbol" w:hint="default"/>
      </w:rPr>
    </w:lvl>
    <w:lvl w:ilvl="4" w:tplc="04090003" w:tentative="1">
      <w:start w:val="1"/>
      <w:numFmt w:val="bullet"/>
      <w:lvlText w:val="o"/>
      <w:lvlJc w:val="left"/>
      <w:pPr>
        <w:ind w:left="3701" w:hanging="360"/>
      </w:pPr>
      <w:rPr>
        <w:rFonts w:ascii="Courier New" w:hAnsi="Courier New" w:cs="Courier New" w:hint="default"/>
      </w:rPr>
    </w:lvl>
    <w:lvl w:ilvl="5" w:tplc="04090005" w:tentative="1">
      <w:start w:val="1"/>
      <w:numFmt w:val="bullet"/>
      <w:lvlText w:val=""/>
      <w:lvlJc w:val="left"/>
      <w:pPr>
        <w:ind w:left="4421" w:hanging="360"/>
      </w:pPr>
      <w:rPr>
        <w:rFonts w:ascii="Wingdings" w:hAnsi="Wingdings" w:hint="default"/>
      </w:rPr>
    </w:lvl>
    <w:lvl w:ilvl="6" w:tplc="04090001" w:tentative="1">
      <w:start w:val="1"/>
      <w:numFmt w:val="bullet"/>
      <w:lvlText w:val=""/>
      <w:lvlJc w:val="left"/>
      <w:pPr>
        <w:ind w:left="5141" w:hanging="360"/>
      </w:pPr>
      <w:rPr>
        <w:rFonts w:ascii="Symbol" w:hAnsi="Symbol" w:hint="default"/>
      </w:rPr>
    </w:lvl>
    <w:lvl w:ilvl="7" w:tplc="04090003" w:tentative="1">
      <w:start w:val="1"/>
      <w:numFmt w:val="bullet"/>
      <w:lvlText w:val="o"/>
      <w:lvlJc w:val="left"/>
      <w:pPr>
        <w:ind w:left="5861" w:hanging="360"/>
      </w:pPr>
      <w:rPr>
        <w:rFonts w:ascii="Courier New" w:hAnsi="Courier New" w:cs="Courier New" w:hint="default"/>
      </w:rPr>
    </w:lvl>
    <w:lvl w:ilvl="8" w:tplc="04090005" w:tentative="1">
      <w:start w:val="1"/>
      <w:numFmt w:val="bullet"/>
      <w:lvlText w:val=""/>
      <w:lvlJc w:val="left"/>
      <w:pPr>
        <w:ind w:left="6581" w:hanging="360"/>
      </w:pPr>
      <w:rPr>
        <w:rFonts w:ascii="Wingdings" w:hAnsi="Wingdings" w:hint="default"/>
      </w:rPr>
    </w:lvl>
  </w:abstractNum>
  <w:num w:numId="1" w16cid:durableId="221603870">
    <w:abstractNumId w:val="8"/>
  </w:num>
  <w:num w:numId="2" w16cid:durableId="588318512">
    <w:abstractNumId w:val="6"/>
  </w:num>
  <w:num w:numId="3" w16cid:durableId="1476754459">
    <w:abstractNumId w:val="5"/>
  </w:num>
  <w:num w:numId="4" w16cid:durableId="1100491140">
    <w:abstractNumId w:val="4"/>
  </w:num>
  <w:num w:numId="5" w16cid:durableId="894507679">
    <w:abstractNumId w:val="7"/>
  </w:num>
  <w:num w:numId="6" w16cid:durableId="435447897">
    <w:abstractNumId w:val="3"/>
  </w:num>
  <w:num w:numId="7" w16cid:durableId="565460835">
    <w:abstractNumId w:val="2"/>
  </w:num>
  <w:num w:numId="8" w16cid:durableId="344484255">
    <w:abstractNumId w:val="1"/>
  </w:num>
  <w:num w:numId="9" w16cid:durableId="2070833962">
    <w:abstractNumId w:val="0"/>
  </w:num>
  <w:num w:numId="10" w16cid:durableId="965544245">
    <w:abstractNumId w:val="18"/>
  </w:num>
  <w:num w:numId="11" w16cid:durableId="1448744255">
    <w:abstractNumId w:val="16"/>
  </w:num>
  <w:num w:numId="12" w16cid:durableId="641622214">
    <w:abstractNumId w:val="19"/>
  </w:num>
  <w:num w:numId="13" w16cid:durableId="625088349">
    <w:abstractNumId w:val="21"/>
  </w:num>
  <w:num w:numId="14" w16cid:durableId="744374443">
    <w:abstractNumId w:val="9"/>
  </w:num>
  <w:num w:numId="15" w16cid:durableId="1723015457">
    <w:abstractNumId w:val="12"/>
  </w:num>
  <w:num w:numId="16" w16cid:durableId="175388092">
    <w:abstractNumId w:val="10"/>
  </w:num>
  <w:num w:numId="17" w16cid:durableId="849486567">
    <w:abstractNumId w:val="13"/>
  </w:num>
  <w:num w:numId="18" w16cid:durableId="471749739">
    <w:abstractNumId w:val="20"/>
  </w:num>
  <w:num w:numId="19" w16cid:durableId="909122431">
    <w:abstractNumId w:val="11"/>
  </w:num>
  <w:num w:numId="20" w16cid:durableId="265623096">
    <w:abstractNumId w:val="15"/>
  </w:num>
  <w:num w:numId="21" w16cid:durableId="17775318">
    <w:abstractNumId w:val="14"/>
  </w:num>
  <w:num w:numId="22" w16cid:durableId="108326146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2327"/>
    <w:rsid w:val="000144B1"/>
    <w:rsid w:val="00034616"/>
    <w:rsid w:val="0006063C"/>
    <w:rsid w:val="000858BB"/>
    <w:rsid w:val="000E3E9A"/>
    <w:rsid w:val="000E5EBF"/>
    <w:rsid w:val="000F5E58"/>
    <w:rsid w:val="0015074B"/>
    <w:rsid w:val="00155B22"/>
    <w:rsid w:val="00157606"/>
    <w:rsid w:val="0015770B"/>
    <w:rsid w:val="0016722E"/>
    <w:rsid w:val="00187940"/>
    <w:rsid w:val="001A075C"/>
    <w:rsid w:val="001A4821"/>
    <w:rsid w:val="001A7D31"/>
    <w:rsid w:val="001E4D02"/>
    <w:rsid w:val="002057CA"/>
    <w:rsid w:val="00205F49"/>
    <w:rsid w:val="00232512"/>
    <w:rsid w:val="002508E4"/>
    <w:rsid w:val="0029639D"/>
    <w:rsid w:val="002B5B8A"/>
    <w:rsid w:val="00311DF2"/>
    <w:rsid w:val="00326F90"/>
    <w:rsid w:val="00333597"/>
    <w:rsid w:val="003759BA"/>
    <w:rsid w:val="003775B3"/>
    <w:rsid w:val="00386CB7"/>
    <w:rsid w:val="00392021"/>
    <w:rsid w:val="003B139F"/>
    <w:rsid w:val="003F0666"/>
    <w:rsid w:val="003F248D"/>
    <w:rsid w:val="003F36C1"/>
    <w:rsid w:val="0041625D"/>
    <w:rsid w:val="004504A2"/>
    <w:rsid w:val="00456B02"/>
    <w:rsid w:val="0047423D"/>
    <w:rsid w:val="00481C6E"/>
    <w:rsid w:val="004C181E"/>
    <w:rsid w:val="004C3F43"/>
    <w:rsid w:val="004C67FD"/>
    <w:rsid w:val="004E5019"/>
    <w:rsid w:val="004F7A68"/>
    <w:rsid w:val="00517AE2"/>
    <w:rsid w:val="00583E9B"/>
    <w:rsid w:val="005B4FD3"/>
    <w:rsid w:val="005B6A49"/>
    <w:rsid w:val="005C3E88"/>
    <w:rsid w:val="005E38C9"/>
    <w:rsid w:val="00607120"/>
    <w:rsid w:val="00610FC3"/>
    <w:rsid w:val="006751D9"/>
    <w:rsid w:val="0068122C"/>
    <w:rsid w:val="0068751F"/>
    <w:rsid w:val="00687E76"/>
    <w:rsid w:val="006B149E"/>
    <w:rsid w:val="006C4892"/>
    <w:rsid w:val="00726461"/>
    <w:rsid w:val="00736A02"/>
    <w:rsid w:val="00753E7A"/>
    <w:rsid w:val="007967EC"/>
    <w:rsid w:val="007C7BF9"/>
    <w:rsid w:val="007D1E57"/>
    <w:rsid w:val="007E1F94"/>
    <w:rsid w:val="007F6B49"/>
    <w:rsid w:val="008304C8"/>
    <w:rsid w:val="00843BFB"/>
    <w:rsid w:val="00883EE5"/>
    <w:rsid w:val="008B13CC"/>
    <w:rsid w:val="0091065E"/>
    <w:rsid w:val="009325DE"/>
    <w:rsid w:val="00944225"/>
    <w:rsid w:val="00956776"/>
    <w:rsid w:val="0096077C"/>
    <w:rsid w:val="0097425E"/>
    <w:rsid w:val="00984BB1"/>
    <w:rsid w:val="009B633C"/>
    <w:rsid w:val="009E6733"/>
    <w:rsid w:val="00A55623"/>
    <w:rsid w:val="00AA1D8D"/>
    <w:rsid w:val="00AD0962"/>
    <w:rsid w:val="00AD7D0C"/>
    <w:rsid w:val="00AF760C"/>
    <w:rsid w:val="00B22D14"/>
    <w:rsid w:val="00B26859"/>
    <w:rsid w:val="00B26927"/>
    <w:rsid w:val="00B3199C"/>
    <w:rsid w:val="00B44714"/>
    <w:rsid w:val="00B47730"/>
    <w:rsid w:val="00B65845"/>
    <w:rsid w:val="00B94F8C"/>
    <w:rsid w:val="00BB3784"/>
    <w:rsid w:val="00BC3DD7"/>
    <w:rsid w:val="00BC4816"/>
    <w:rsid w:val="00BD37C4"/>
    <w:rsid w:val="00C95F81"/>
    <w:rsid w:val="00CA565A"/>
    <w:rsid w:val="00CB0664"/>
    <w:rsid w:val="00CD42DA"/>
    <w:rsid w:val="00CE2A92"/>
    <w:rsid w:val="00CE481E"/>
    <w:rsid w:val="00CF5BAD"/>
    <w:rsid w:val="00D53E18"/>
    <w:rsid w:val="00D60290"/>
    <w:rsid w:val="00D804EF"/>
    <w:rsid w:val="00DC7AF1"/>
    <w:rsid w:val="00E43DE7"/>
    <w:rsid w:val="00E77C1B"/>
    <w:rsid w:val="00E96DF7"/>
    <w:rsid w:val="00EB7030"/>
    <w:rsid w:val="00ED6799"/>
    <w:rsid w:val="00EE60F0"/>
    <w:rsid w:val="00EF0F9C"/>
    <w:rsid w:val="00F1257E"/>
    <w:rsid w:val="00F81295"/>
    <w:rsid w:val="00FB1CE4"/>
    <w:rsid w:val="00FB6E3F"/>
    <w:rsid w:val="00FC452C"/>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07DEED"/>
  <w14:defaultImageDpi w14:val="300"/>
  <w15:docId w15:val="{570FA80C-F99B-459E-A69C-A22EC91E86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423D"/>
    <w:pPr>
      <w:spacing w:after="240" w:line="240" w:lineRule="auto"/>
    </w:pPr>
    <w:rPr>
      <w:rFonts w:ascii="Arial" w:hAnsi="Arial"/>
    </w:rPr>
  </w:style>
  <w:style w:type="paragraph" w:styleId="Heading1">
    <w:name w:val="heading 1"/>
    <w:basedOn w:val="Normal"/>
    <w:next w:val="Normal"/>
    <w:link w:val="Heading1Char"/>
    <w:uiPriority w:val="9"/>
    <w:qFormat/>
    <w:rsid w:val="00FC693F"/>
    <w:pPr>
      <w:keepNext/>
      <w:keepLines/>
      <w:spacing w:before="360"/>
      <w:outlineLvl w:val="0"/>
    </w:pPr>
    <w:rPr>
      <w:rFonts w:asciiTheme="majorHAnsi" w:eastAsiaTheme="majorEastAsia" w:hAnsiTheme="majorHAnsi" w:cstheme="majorBidi"/>
      <w:b/>
      <w:bCs/>
      <w:color w:val="000000"/>
      <w:sz w:val="40"/>
      <w:szCs w:val="28"/>
    </w:rPr>
  </w:style>
  <w:style w:type="paragraph" w:styleId="Heading2">
    <w:name w:val="heading 2"/>
    <w:basedOn w:val="Normal"/>
    <w:next w:val="Normal"/>
    <w:link w:val="Heading2Char"/>
    <w:uiPriority w:val="9"/>
    <w:unhideWhenUsed/>
    <w:qFormat/>
    <w:rsid w:val="00FC693F"/>
    <w:pPr>
      <w:keepNext/>
      <w:keepLines/>
      <w:spacing w:before="240" w:after="160"/>
      <w:outlineLvl w:val="1"/>
    </w:pPr>
    <w:rPr>
      <w:rFonts w:asciiTheme="majorHAnsi" w:eastAsiaTheme="majorEastAsia" w:hAnsiTheme="majorHAnsi" w:cstheme="majorBidi"/>
      <w:b/>
      <w:bCs/>
      <w:color w:val="000000"/>
      <w:sz w:val="32"/>
      <w:szCs w:val="26"/>
    </w:rPr>
  </w:style>
  <w:style w:type="paragraph" w:styleId="Heading3">
    <w:name w:val="heading 3"/>
    <w:basedOn w:val="Normal"/>
    <w:next w:val="Normal"/>
    <w:link w:val="Heading3Char"/>
    <w:uiPriority w:val="9"/>
    <w:unhideWhenUsed/>
    <w:qFormat/>
    <w:rsid w:val="00FC693F"/>
    <w:pPr>
      <w:keepNext/>
      <w:keepLines/>
      <w:spacing w:before="160" w:after="120"/>
      <w:outlineLvl w:val="2"/>
    </w:pPr>
    <w:rPr>
      <w:rFonts w:asciiTheme="majorHAnsi" w:eastAsiaTheme="majorEastAsia" w:hAnsiTheme="majorHAnsi" w:cstheme="majorBidi"/>
      <w:b/>
      <w:bCs/>
      <w:color w:val="000000"/>
      <w:sz w:val="28"/>
    </w:rPr>
  </w:style>
  <w:style w:type="paragraph" w:styleId="Heading4">
    <w:name w:val="heading 4"/>
    <w:basedOn w:val="Normal"/>
    <w:next w:val="Normal"/>
    <w:link w:val="Heading4Char"/>
    <w:uiPriority w:val="9"/>
    <w:semiHidden/>
    <w:unhideWhenUsed/>
    <w:qFormat/>
    <w:rsid w:val="00FC693F"/>
    <w:pPr>
      <w:keepNext/>
      <w:keepLines/>
      <w:spacing w:before="120" w:after="80"/>
      <w:outlineLvl w:val="3"/>
    </w:pPr>
    <w:rPr>
      <w:rFonts w:asciiTheme="majorHAnsi" w:eastAsiaTheme="majorEastAsia" w:hAnsiTheme="majorHAnsi" w:cstheme="majorBidi"/>
      <w:bCs/>
      <w:i/>
      <w:iCs/>
      <w:color w:val="000000"/>
      <w:sz w:val="24"/>
    </w:rPr>
  </w:style>
  <w:style w:type="paragraph" w:styleId="Heading5">
    <w:name w:val="heading 5"/>
    <w:basedOn w:val="Normal"/>
    <w:next w:val="Normal"/>
    <w:link w:val="Heading5Char"/>
    <w:uiPriority w:val="9"/>
    <w:semiHidden/>
    <w:unhideWhenUsed/>
    <w:qFormat/>
    <w:rsid w:val="00FC693F"/>
    <w:pPr>
      <w:keepNext/>
      <w:keepLines/>
      <w:spacing w:before="80" w:after="60"/>
      <w:outlineLvl w:val="4"/>
    </w:pPr>
    <w:rPr>
      <w:rFonts w:asciiTheme="majorHAnsi" w:eastAsiaTheme="majorEastAsia" w:hAnsiTheme="majorHAnsi" w:cstheme="majorBidi"/>
      <w:color w:val="000000"/>
    </w:rPr>
  </w:style>
  <w:style w:type="paragraph" w:styleId="Heading6">
    <w:name w:val="heading 6"/>
    <w:basedOn w:val="Normal"/>
    <w:next w:val="Normal"/>
    <w:link w:val="Heading6Char"/>
    <w:uiPriority w:val="9"/>
    <w:semiHidden/>
    <w:unhideWhenUsed/>
    <w:qFormat/>
    <w:rsid w:val="00FC693F"/>
    <w:pPr>
      <w:keepNext/>
      <w:keepLines/>
      <w:spacing w:before="60" w:after="40"/>
      <w:outlineLvl w:val="5"/>
    </w:pPr>
    <w:rPr>
      <w:rFonts w:asciiTheme="majorHAnsi" w:eastAsiaTheme="majorEastAsia" w:hAnsiTheme="majorHAnsi" w:cstheme="majorBidi"/>
      <w:i/>
      <w:iCs/>
      <w:color w:val="000000"/>
      <w:sz w:val="2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pPr>
      <w:spacing w:before="120" w:after="120"/>
      <w:ind w:left="720"/>
    </w:pPr>
    <w:rPr>
      <w:i/>
      <w:iCs/>
      <w:color w:val="666666"/>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Block">
    <w:name w:val="Code Block"/>
    <w:pPr>
      <w:spacing w:before="120" w:after="120"/>
      <w:ind w:left="720"/>
    </w:pPr>
    <w:rPr>
      <w:rFonts w:ascii="Courier New" w:hAnsi="Courier New"/>
      <w:color w:val="333333"/>
      <w:sz w:val="18"/>
    </w:rPr>
  </w:style>
  <w:style w:type="character" w:customStyle="1" w:styleId="InlineCode">
    <w:name w:val="Inline Code"/>
    <w:rPr>
      <w:rFonts w:ascii="Courier New" w:hAnsi="Courier New"/>
      <w:color w:val="666666"/>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5069744">
      <w:marLeft w:val="0"/>
      <w:marRight w:val="0"/>
      <w:marTop w:val="0"/>
      <w:marBottom w:val="0"/>
      <w:divBdr>
        <w:top w:val="single" w:sz="8" w:space="1" w:color="auto"/>
        <w:left w:val="none" w:sz="0" w:space="0" w:color="auto"/>
        <w:bottom w:val="single" w:sz="8" w:space="1" w:color="auto"/>
        <w:right w:val="none" w:sz="0" w:space="0" w:color="auto"/>
      </w:divBdr>
    </w:div>
    <w:div w:id="686174665">
      <w:marLeft w:val="0"/>
      <w:marRight w:val="0"/>
      <w:marTop w:val="0"/>
      <w:marBottom w:val="0"/>
      <w:divBdr>
        <w:top w:val="single" w:sz="8" w:space="1" w:color="auto"/>
        <w:left w:val="none" w:sz="0" w:space="0" w:color="auto"/>
        <w:bottom w:val="single" w:sz="8" w:space="1" w:color="auto"/>
        <w:right w:val="none" w:sz="0" w:space="0" w:color="auto"/>
      </w:divBdr>
    </w:div>
    <w:div w:id="849833199">
      <w:marLeft w:val="0"/>
      <w:marRight w:val="0"/>
      <w:marTop w:val="0"/>
      <w:marBottom w:val="0"/>
      <w:divBdr>
        <w:top w:val="single" w:sz="8" w:space="1" w:color="auto"/>
        <w:left w:val="none" w:sz="0" w:space="0" w:color="auto"/>
        <w:bottom w:val="single" w:sz="8" w:space="1" w:color="auto"/>
        <w:right w:val="none" w:sz="0" w:space="0" w:color="auto"/>
      </w:divBdr>
    </w:div>
    <w:div w:id="874655792">
      <w:marLeft w:val="0"/>
      <w:marRight w:val="0"/>
      <w:marTop w:val="0"/>
      <w:marBottom w:val="0"/>
      <w:divBdr>
        <w:top w:val="single" w:sz="8" w:space="1" w:color="auto"/>
        <w:left w:val="none" w:sz="0" w:space="0" w:color="auto"/>
        <w:bottom w:val="single" w:sz="8" w:space="1" w:color="auto"/>
        <w:right w:val="none" w:sz="0" w:space="0" w:color="auto"/>
      </w:divBdr>
    </w:div>
    <w:div w:id="1082918919">
      <w:marLeft w:val="0"/>
      <w:marRight w:val="0"/>
      <w:marTop w:val="0"/>
      <w:marBottom w:val="0"/>
      <w:divBdr>
        <w:top w:val="single" w:sz="8" w:space="1" w:color="auto"/>
        <w:left w:val="none" w:sz="0" w:space="0" w:color="auto"/>
        <w:bottom w:val="single" w:sz="8" w:space="1" w:color="auto"/>
        <w:right w:val="none" w:sz="0" w:space="0" w:color="auto"/>
      </w:divBdr>
    </w:div>
    <w:div w:id="1151026118">
      <w:marLeft w:val="0"/>
      <w:marRight w:val="0"/>
      <w:marTop w:val="0"/>
      <w:marBottom w:val="0"/>
      <w:divBdr>
        <w:top w:val="single" w:sz="8" w:space="1" w:color="auto"/>
        <w:left w:val="none" w:sz="0" w:space="0" w:color="auto"/>
        <w:bottom w:val="single" w:sz="8" w:space="1" w:color="auto"/>
        <w:right w:val="none" w:sz="0" w:space="0" w:color="auto"/>
      </w:divBdr>
    </w:div>
    <w:div w:id="1270316230">
      <w:marLeft w:val="0"/>
      <w:marRight w:val="0"/>
      <w:marTop w:val="0"/>
      <w:marBottom w:val="0"/>
      <w:divBdr>
        <w:top w:val="single" w:sz="8" w:space="1" w:color="auto"/>
        <w:left w:val="none" w:sz="0" w:space="0" w:color="auto"/>
        <w:bottom w:val="single" w:sz="8" w:space="1" w:color="auto"/>
        <w:right w:val="none" w:sz="0" w:space="0" w:color="auto"/>
      </w:divBdr>
    </w:div>
    <w:div w:id="2096395503">
      <w:marLeft w:val="0"/>
      <w:marRight w:val="0"/>
      <w:marTop w:val="0"/>
      <w:marBottom w:val="0"/>
      <w:divBdr>
        <w:top w:val="single" w:sz="8" w:space="1" w:color="auto"/>
        <w:left w:val="none" w:sz="0" w:space="0" w:color="auto"/>
        <w:bottom w:val="single" w:sz="8" w:space="1"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C0876C65B6514CADD26A3000B5162C" ma:contentTypeVersion="17" ma:contentTypeDescription="Create a new document." ma:contentTypeScope="" ma:versionID="4b53e29710259af52cdccacc9393665e">
  <xsd:schema xmlns:xsd="http://www.w3.org/2001/XMLSchema" xmlns:xs="http://www.w3.org/2001/XMLSchema" xmlns:p="http://schemas.microsoft.com/office/2006/metadata/properties" xmlns:ns2="16eac933-1c34-4cc5-b86a-409487146aef" xmlns:ns3="347521a8-c3f7-44a3-a2b9-f0a97a83849e" targetNamespace="http://schemas.microsoft.com/office/2006/metadata/properties" ma:root="true" ma:fieldsID="fed7e0b9cacb6105d66ddf0d307b188e" ns2:_="" ns3:_="">
    <xsd:import namespace="16eac933-1c34-4cc5-b86a-409487146aef"/>
    <xsd:import namespace="347521a8-c3f7-44a3-a2b9-f0a97a83849e"/>
    <xsd:element name="properties">
      <xsd:complexType>
        <xsd:sequence>
          <xsd:element name="documentManagement">
            <xsd:complexType>
              <xsd:all>
                <xsd:element ref="ns2:MediaServiceMetadata" minOccurs="0"/>
                <xsd:element ref="ns2:MediaServiceFastMetadata" minOccurs="0"/>
                <xsd:element ref="ns2:SponsoredProjectStep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Access" minOccurs="0"/>
                <xsd:element ref="ns2:MediaServiceDateTake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eac933-1c34-4cc5-b86a-409487146a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ponsoredProjectSteps" ma:index="10" nillable="true" ma:displayName="Sponsored Project Steps" ma:description="Steps" ma:format="Dropdown" ma:internalName="SponsoredProjectSteps">
      <xsd:simpleType>
        <xsd:restriction base="dms:Choice">
          <xsd:enumeration value="Pre-Award"/>
          <xsd:enumeration value="Proposal &amp; Route"/>
          <xsd:enumeration value="Post-Award"/>
          <xsd:enumeration value="Manage Project"/>
          <xsd:enumeration value="Closeout"/>
        </xsd:restriction>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38033ea-20f3-48ed-a27c-00407d462b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Access" ma:index="21" nillable="true" ma:displayName="Access" ma:description="People granted access to this folder" ma:format="Dropdown" ma:list="UserInfo" ma:SharePointGroup="0" ma:internalName="Access">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47521a8-c3f7-44a3-a2b9-f0a97a83849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17d9b5ab-f6e9-4148-bdcf-57e1313c6328}" ma:internalName="TaxCatchAll" ma:showField="CatchAllData" ma:web="347521a8-c3f7-44a3-a2b9-f0a97a83849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ponsoredProjectSteps xmlns="16eac933-1c34-4cc5-b86a-409487146aef" xsi:nil="true"/>
    <TaxCatchAll xmlns="347521a8-c3f7-44a3-a2b9-f0a97a83849e" xsi:nil="true"/>
    <Access xmlns="16eac933-1c34-4cc5-b86a-409487146aef">
      <UserInfo>
        <DisplayName/>
        <AccountId xsi:nil="true"/>
        <AccountType/>
      </UserInfo>
    </Access>
    <lcf76f155ced4ddcb4097134ff3c332f xmlns="16eac933-1c34-4cc5-b86a-409487146ae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AFD7D7-3A1C-441D-940C-13ADD024E1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eac933-1c34-4cc5-b86a-409487146aef"/>
    <ds:schemaRef ds:uri="347521a8-c3f7-44a3-a2b9-f0a97a838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48D23-C09E-4615-A895-24BB65A32365}">
  <ds:schemaRefs>
    <ds:schemaRef ds:uri="http://schemas.microsoft.com/sharepoint/v3/contenttype/forms"/>
  </ds:schemaRefs>
</ds:datastoreItem>
</file>

<file path=customXml/itemProps3.xml><?xml version="1.0" encoding="utf-8"?>
<ds:datastoreItem xmlns:ds="http://schemas.openxmlformats.org/officeDocument/2006/customXml" ds:itemID="{2CBFEC88-2AFB-4DD5-91EF-72B1BF7B1FDA}">
  <ds:schemaRefs>
    <ds:schemaRef ds:uri="http://schemas.microsoft.com/office/2006/metadata/properties"/>
    <ds:schemaRef ds:uri="http://schemas.microsoft.com/office/infopath/2007/PartnerControls"/>
    <ds:schemaRef ds:uri="16eac933-1c34-4cc5-b86a-409487146aef"/>
    <ds:schemaRef ds:uri="347521a8-c3f7-44a3-a2b9-f0a97a83849e"/>
  </ds:schemaRefs>
</ds:datastoreItem>
</file>

<file path=customXml/itemProps4.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15</Pages>
  <Words>3519</Words>
  <Characters>21292</Characters>
  <Application>Microsoft Office Word</Application>
  <DocSecurity>0</DocSecurity>
  <Lines>575</Lines>
  <Paragraphs>335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24476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Alicia Wyatt</cp:lastModifiedBy>
  <cp:revision>32</cp:revision>
  <cp:lastPrinted>2026-02-19T17:12:00Z</cp:lastPrinted>
  <dcterms:created xsi:type="dcterms:W3CDTF">2026-03-17T17:02:00Z</dcterms:created>
  <dcterms:modified xsi:type="dcterms:W3CDTF">2026-03-18T19:13:00Z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0x010100ADC0876C65B6514CADD26A3000B5162C</vt:lpwstr>
  </property>
  <property fmtid="{D5CDD505-2E9C-101B-9397-08002B2CF9AE}" pid="3" name="MediaServiceImageTags">
    <vt:lpwstr/>
  </property>
</Properties>
</file>