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D1993" w14:textId="77777777" w:rsidR="00DD53B1" w:rsidRPr="00254B47" w:rsidRDefault="00DD53B1" w:rsidP="00DD53B1">
      <w:pPr>
        <w:pStyle w:val="Heading1"/>
        <w:jc w:val="center"/>
        <w:rPr>
          <w:rFonts w:cstheme="majorHAnsi"/>
          <w:sz w:val="32"/>
          <w:szCs w:val="32"/>
        </w:rPr>
      </w:pPr>
      <w:proofErr w:type="spellStart"/>
      <w:r w:rsidRPr="00254B47">
        <w:rPr>
          <w:rFonts w:cstheme="majorHAnsi"/>
          <w:sz w:val="32"/>
          <w:szCs w:val="32"/>
        </w:rPr>
        <w:t>McMURRY</w:t>
      </w:r>
      <w:proofErr w:type="spellEnd"/>
      <w:r w:rsidRPr="00254B47">
        <w:rPr>
          <w:rFonts w:cstheme="majorHAnsi"/>
          <w:sz w:val="32"/>
          <w:szCs w:val="32"/>
        </w:rPr>
        <w:t xml:space="preserve"> UNIVERSITY INSTITUTIONAL REVIEW BOARD</w:t>
      </w:r>
    </w:p>
    <w:p w14:paraId="6A5AD8F1" w14:textId="39CC0901" w:rsidR="00DD53B1" w:rsidRPr="00254B47" w:rsidRDefault="00DD53B1" w:rsidP="00DD53B1">
      <w:pPr>
        <w:pStyle w:val="Heading2"/>
        <w:jc w:val="center"/>
        <w:rPr>
          <w:rFonts w:cstheme="majorHAnsi"/>
          <w:sz w:val="28"/>
          <w:szCs w:val="28"/>
        </w:rPr>
      </w:pPr>
      <w:r w:rsidRPr="00254B47">
        <w:rPr>
          <w:rFonts w:cstheme="majorHAnsi"/>
          <w:sz w:val="28"/>
          <w:szCs w:val="28"/>
        </w:rPr>
        <w:t xml:space="preserve">HUMAN SUBJECTS RESEARCH PROTOCOL – </w:t>
      </w:r>
      <w:r w:rsidR="00FF00B2" w:rsidRPr="00254B47">
        <w:rPr>
          <w:rFonts w:cstheme="majorHAnsi"/>
          <w:sz w:val="28"/>
          <w:szCs w:val="28"/>
        </w:rPr>
        <w:t>Student Researcher</w:t>
      </w:r>
    </w:p>
    <w:p w14:paraId="3A418CC3" w14:textId="77777777" w:rsidR="00DD53B1" w:rsidRPr="00254B47" w:rsidRDefault="00DD53B1" w:rsidP="00DD53B1">
      <w:pPr>
        <w:pStyle w:val="Heading3"/>
        <w:pBdr>
          <w:top w:val="single" w:sz="4" w:space="1" w:color="auto"/>
          <w:bottom w:val="single" w:sz="4" w:space="1" w:color="auto"/>
        </w:pBdr>
        <w:shd w:val="clear" w:color="auto" w:fill="C6D9F1" w:themeFill="text2" w:themeFillTint="33"/>
        <w:rPr>
          <w:rFonts w:cstheme="majorHAnsi"/>
          <w:sz w:val="32"/>
          <w:szCs w:val="32"/>
        </w:rPr>
      </w:pPr>
      <w:r w:rsidRPr="00254B47">
        <w:rPr>
          <w:rFonts w:cstheme="majorHAnsi"/>
          <w:sz w:val="32"/>
          <w:szCs w:val="32"/>
        </w:rPr>
        <w:t>FORM 1: COVER SHEET &amp; PROJECT INFORMATION</w:t>
      </w:r>
    </w:p>
    <w:p w14:paraId="3A59989B" w14:textId="32720FA1" w:rsidR="00DD53B1" w:rsidRPr="00254B47" w:rsidRDefault="00DD53B1" w:rsidP="00DD53B1">
      <w:pPr>
        <w:rPr>
          <w:rFonts w:asciiTheme="majorHAnsi" w:hAnsiTheme="majorHAnsi" w:cstheme="majorHAnsi"/>
        </w:rPr>
      </w:pPr>
      <w:r w:rsidRPr="00254B47">
        <w:rPr>
          <w:rFonts w:asciiTheme="majorHAnsi" w:hAnsiTheme="majorHAnsi" w:cstheme="majorHAnsi"/>
          <w:b/>
        </w:rPr>
        <w:t>Instructions:</w:t>
      </w:r>
      <w:r w:rsidRPr="00254B47">
        <w:rPr>
          <w:rFonts w:asciiTheme="majorHAnsi" w:hAnsiTheme="majorHAnsi" w:cstheme="majorHAnsi"/>
        </w:rPr>
        <w:t xml:space="preserve"> This form collects basic information about your research project and routes your proposal to the appropriate reviewers. Complete all applicable sections. If a section does not apply to your project, write "N/A" in the text box. </w:t>
      </w:r>
      <w:r w:rsidR="00FF00B2" w:rsidRPr="00254B47">
        <w:rPr>
          <w:rFonts w:asciiTheme="majorHAnsi" w:hAnsiTheme="majorHAnsi" w:cstheme="majorHAnsi"/>
        </w:rPr>
        <w:t>Because you are a</w:t>
      </w:r>
      <w:r w:rsidRPr="00254B47">
        <w:rPr>
          <w:rFonts w:asciiTheme="majorHAnsi" w:hAnsiTheme="majorHAnsi" w:cstheme="majorHAnsi"/>
        </w:rPr>
        <w:t xml:space="preserve"> student researcher, your faculty supervisor must also review and sign this form.</w:t>
      </w:r>
    </w:p>
    <w:p w14:paraId="4DDFFB87" w14:textId="77777777" w:rsidR="00DD53B1" w:rsidRPr="00254B47" w:rsidRDefault="00DD53B1" w:rsidP="00DD53B1">
      <w:pPr>
        <w:rPr>
          <w:rFonts w:asciiTheme="majorHAnsi" w:hAnsiTheme="majorHAnsi" w:cstheme="majorHAnsi"/>
        </w:rPr>
      </w:pPr>
      <w:r w:rsidRPr="00254B47">
        <w:rPr>
          <w:rFonts w:asciiTheme="majorHAnsi" w:hAnsiTheme="majorHAnsi" w:cstheme="majorHAnsi"/>
          <w:b/>
        </w:rPr>
        <w:t>PROTOCOL NUMBER:</w:t>
      </w:r>
      <w:r w:rsidRPr="00254B47">
        <w:rPr>
          <w:rFonts w:asciiTheme="majorHAnsi" w:hAnsiTheme="majorHAnsi" w:cstheme="majorHAnsi"/>
        </w:rPr>
        <w:t xml:space="preserve"> </w:t>
      </w:r>
      <w:r w:rsidRPr="00254B47">
        <w:rPr>
          <w:rFonts w:asciiTheme="majorHAnsi" w:hAnsiTheme="majorHAnsi" w:cstheme="majorHAnsi"/>
          <w:i/>
        </w:rPr>
        <w:t>(IRB Use Only - Leave Blank)</w:t>
      </w:r>
    </w:p>
    <w:p w14:paraId="24C1581D" w14:textId="77777777" w:rsidR="00DD53B1" w:rsidRPr="00254B47" w:rsidRDefault="00DD53B1" w:rsidP="00DD53B1">
      <w:pPr>
        <w:rPr>
          <w:rFonts w:asciiTheme="majorHAnsi" w:hAnsiTheme="majorHAnsi" w:cstheme="majorHAnsi"/>
        </w:rPr>
      </w:pPr>
      <w:r w:rsidRPr="00254B47">
        <w:rPr>
          <w:rFonts w:asciiTheme="majorHAnsi" w:hAnsiTheme="majorHAnsi" w:cstheme="majorHAnsi"/>
          <w:b/>
        </w:rPr>
        <w:t>SUBMISSION DATE:</w:t>
      </w:r>
      <w:r w:rsidRPr="00254B47">
        <w:rPr>
          <w:rFonts w:asciiTheme="majorHAnsi" w:hAnsiTheme="majorHAnsi" w:cstheme="majorHAnsi"/>
        </w:rPr>
        <w:t xml:space="preserve"> </w:t>
      </w:r>
    </w:p>
    <w:p w14:paraId="285E23DB" w14:textId="77777777" w:rsidR="00DD53B1" w:rsidRPr="00254B47" w:rsidRDefault="00DD53B1" w:rsidP="00DD53B1">
      <w:pPr>
        <w:pStyle w:val="Heading2"/>
        <w:pBdr>
          <w:top w:val="single" w:sz="4" w:space="1" w:color="auto"/>
          <w:bottom w:val="single" w:sz="4" w:space="1" w:color="auto"/>
        </w:pBdr>
        <w:shd w:val="clear" w:color="auto" w:fill="F2F2F2" w:themeFill="background1" w:themeFillShade="F2"/>
        <w:rPr>
          <w:rFonts w:cstheme="majorHAnsi"/>
        </w:rPr>
      </w:pPr>
      <w:r w:rsidRPr="00254B47">
        <w:rPr>
          <w:rFonts w:cstheme="majorHAnsi"/>
        </w:rPr>
        <w:t>SECTION A: PROJECT TITLE</w:t>
      </w:r>
    </w:p>
    <w:p w14:paraId="3E9261CC" w14:textId="77777777" w:rsidR="00DD53B1" w:rsidRPr="00254B47" w:rsidRDefault="00DD53B1" w:rsidP="00DD53B1">
      <w:pPr>
        <w:rPr>
          <w:rFonts w:asciiTheme="majorHAnsi" w:hAnsiTheme="majorHAnsi" w:cstheme="majorHAnsi"/>
        </w:rPr>
      </w:pPr>
      <w:r w:rsidRPr="00254B47">
        <w:rPr>
          <w:rFonts w:asciiTheme="majorHAnsi" w:hAnsiTheme="majorHAnsi" w:cstheme="majorHAnsi"/>
          <w:b/>
        </w:rPr>
        <w:t>Instructions:</w:t>
      </w:r>
      <w:r w:rsidRPr="00254B47">
        <w:rPr>
          <w:rFonts w:asciiTheme="majorHAnsi" w:hAnsiTheme="majorHAnsi" w:cstheme="majorHAnsi"/>
        </w:rPr>
        <w:t xml:space="preserve"> Provide a clear, descriptive title that accurately reflects your research focus. The title should be concise but informative enough that reviewers understand the general topic and population being studied.</w:t>
      </w:r>
    </w:p>
    <w:p w14:paraId="10BEB5C4" w14:textId="77777777" w:rsidR="00DD53B1" w:rsidRPr="00254B47" w:rsidRDefault="00DD53B1" w:rsidP="00DD53B1">
      <w:pPr>
        <w:rPr>
          <w:rFonts w:asciiTheme="majorHAnsi" w:hAnsiTheme="majorHAnsi" w:cstheme="majorHAnsi"/>
        </w:rPr>
      </w:pPr>
      <w:r w:rsidRPr="00254B47">
        <w:rPr>
          <w:rFonts w:asciiTheme="majorHAnsi" w:hAnsiTheme="majorHAnsi" w:cstheme="majorHAnsi"/>
          <w:b/>
        </w:rPr>
        <w:t>Project Title:</w:t>
      </w:r>
    </w:p>
    <w:p w14:paraId="4FFB9213" w14:textId="23BA6385" w:rsidR="00060DC9" w:rsidRPr="00254B47" w:rsidRDefault="00F86A14" w:rsidP="00E85831">
      <w:pPr>
        <w:pStyle w:val="Heading2"/>
        <w:pBdr>
          <w:top w:val="single" w:sz="4" w:space="1" w:color="auto"/>
          <w:bottom w:val="single" w:sz="4" w:space="1" w:color="auto"/>
        </w:pBdr>
        <w:shd w:val="clear" w:color="auto" w:fill="F2F2F2" w:themeFill="background1" w:themeFillShade="F2"/>
        <w:rPr>
          <w:rFonts w:cstheme="majorHAnsi"/>
        </w:rPr>
      </w:pPr>
      <w:r w:rsidRPr="00254B47">
        <w:rPr>
          <w:rFonts w:cstheme="majorHAnsi"/>
        </w:rPr>
        <w:t xml:space="preserve">SECTION </w:t>
      </w:r>
      <w:r w:rsidR="00254B47" w:rsidRPr="00254B47">
        <w:rPr>
          <w:rFonts w:cstheme="majorHAnsi"/>
        </w:rPr>
        <w:t>B</w:t>
      </w:r>
      <w:r w:rsidRPr="00254B47">
        <w:rPr>
          <w:rFonts w:cstheme="majorHAnsi"/>
        </w:rPr>
        <w:t xml:space="preserve">: </w:t>
      </w:r>
      <w:r w:rsidR="000A210A" w:rsidRPr="00254B47">
        <w:rPr>
          <w:rFonts w:cstheme="majorHAnsi"/>
        </w:rPr>
        <w:t>RESEARCHER I</w:t>
      </w:r>
      <w:r w:rsidRPr="00254B47">
        <w:rPr>
          <w:rFonts w:cstheme="majorHAnsi"/>
        </w:rPr>
        <w:t xml:space="preserve">NFORMATION </w:t>
      </w:r>
    </w:p>
    <w:p w14:paraId="011FC30A" w14:textId="13538758" w:rsidR="00060DC9" w:rsidRPr="00254B47" w:rsidRDefault="00F86A14">
      <w:pPr>
        <w:rPr>
          <w:rFonts w:asciiTheme="majorHAnsi" w:hAnsiTheme="majorHAnsi" w:cstheme="majorHAnsi"/>
        </w:rPr>
      </w:pPr>
      <w:r w:rsidRPr="00254B47">
        <w:rPr>
          <w:rFonts w:asciiTheme="majorHAnsi" w:hAnsiTheme="majorHAnsi" w:cstheme="majorHAnsi"/>
          <w:b/>
        </w:rPr>
        <w:t>Instructions:</w:t>
      </w:r>
      <w:r w:rsidRPr="00254B47">
        <w:rPr>
          <w:rFonts w:asciiTheme="majorHAnsi" w:hAnsiTheme="majorHAnsi" w:cstheme="majorHAnsi"/>
        </w:rPr>
        <w:t xml:space="preserve"> If you are a student researcher, your faculty supervisor serves as the </w:t>
      </w:r>
      <w:r w:rsidR="00A55F6D" w:rsidRPr="00254B47">
        <w:rPr>
          <w:rFonts w:asciiTheme="majorHAnsi" w:hAnsiTheme="majorHAnsi" w:cstheme="majorHAnsi"/>
        </w:rPr>
        <w:t>party responsible</w:t>
      </w:r>
      <w:r w:rsidRPr="00254B47">
        <w:rPr>
          <w:rFonts w:asciiTheme="majorHAnsi" w:hAnsiTheme="majorHAnsi" w:cstheme="majorHAnsi"/>
        </w:rPr>
        <w:t xml:space="preserve"> for ensuring research is conducted ethically and in compliance with IRB requirements. Your faculty supervisor must review this entire protocol and sign Section </w:t>
      </w:r>
      <w:r w:rsidR="008C05C4">
        <w:rPr>
          <w:rFonts w:asciiTheme="majorHAnsi" w:hAnsiTheme="majorHAnsi" w:cstheme="majorHAnsi"/>
        </w:rPr>
        <w:t>G</w:t>
      </w:r>
      <w:r w:rsidRPr="00254B47">
        <w:rPr>
          <w:rFonts w:asciiTheme="majorHAnsi" w:hAnsiTheme="majorHAnsi" w:cstheme="majorHAnsi"/>
        </w:rPr>
        <w:t>. If this is course-based research</w:t>
      </w:r>
      <w:r w:rsidR="00F85D91" w:rsidRPr="00254B47">
        <w:rPr>
          <w:rFonts w:asciiTheme="majorHAnsi" w:hAnsiTheme="majorHAnsi" w:cstheme="majorHAnsi"/>
        </w:rPr>
        <w:t xml:space="preserve"> or Honors Thesis</w:t>
      </w:r>
      <w:r w:rsidRPr="00254B47">
        <w:rPr>
          <w:rFonts w:asciiTheme="majorHAnsi" w:hAnsiTheme="majorHAnsi" w:cstheme="majorHAnsi"/>
        </w:rPr>
        <w:t>, provide the course number</w:t>
      </w:r>
      <w:r w:rsidR="008F6117">
        <w:rPr>
          <w:rFonts w:asciiTheme="majorHAnsi" w:hAnsiTheme="majorHAnsi" w:cstheme="majorHAnsi"/>
        </w:rPr>
        <w:t xml:space="preserve"> and instructor</w:t>
      </w:r>
      <w:r w:rsidRPr="00254B47">
        <w:rPr>
          <w:rFonts w:asciiTheme="majorHAnsi" w:hAnsiTheme="majorHAnsi" w:cstheme="majorHAnsi"/>
        </w:rPr>
        <w:t>.</w:t>
      </w:r>
    </w:p>
    <w:tbl>
      <w:tblPr>
        <w:tblStyle w:val="TableGrid"/>
        <w:tblW w:w="0" w:type="auto"/>
        <w:tblLook w:val="04A0" w:firstRow="1" w:lastRow="0" w:firstColumn="1" w:lastColumn="0" w:noHBand="0" w:noVBand="1"/>
      </w:tblPr>
      <w:tblGrid>
        <w:gridCol w:w="1818"/>
        <w:gridCol w:w="3540"/>
        <w:gridCol w:w="1445"/>
        <w:gridCol w:w="2053"/>
      </w:tblGrid>
      <w:tr w:rsidR="00E85831" w:rsidRPr="00254B47" w14:paraId="098776DA" w14:textId="77777777" w:rsidTr="004974A3">
        <w:tc>
          <w:tcPr>
            <w:tcW w:w="1818" w:type="dxa"/>
          </w:tcPr>
          <w:p w14:paraId="7FC8CAF8" w14:textId="343EC702" w:rsidR="00E85831" w:rsidRPr="00254B47" w:rsidRDefault="00E85831" w:rsidP="00E2491C">
            <w:pPr>
              <w:pStyle w:val="NoSpacing"/>
              <w:rPr>
                <w:rFonts w:asciiTheme="majorHAnsi" w:hAnsiTheme="majorHAnsi" w:cstheme="majorHAnsi"/>
              </w:rPr>
            </w:pPr>
            <w:r w:rsidRPr="00254B47">
              <w:rPr>
                <w:rFonts w:asciiTheme="majorHAnsi" w:hAnsiTheme="majorHAnsi" w:cstheme="majorHAnsi"/>
              </w:rPr>
              <w:t xml:space="preserve">Student </w:t>
            </w:r>
            <w:r w:rsidR="00107958">
              <w:rPr>
                <w:rFonts w:asciiTheme="majorHAnsi" w:hAnsiTheme="majorHAnsi" w:cstheme="majorHAnsi"/>
              </w:rPr>
              <w:t xml:space="preserve">#1 </w:t>
            </w:r>
            <w:r w:rsidRPr="00254B47">
              <w:rPr>
                <w:rFonts w:asciiTheme="majorHAnsi" w:hAnsiTheme="majorHAnsi" w:cstheme="majorHAnsi"/>
              </w:rPr>
              <w:t>Name:</w:t>
            </w:r>
          </w:p>
        </w:tc>
        <w:tc>
          <w:tcPr>
            <w:tcW w:w="3540" w:type="dxa"/>
          </w:tcPr>
          <w:p w14:paraId="551F93A3" w14:textId="77777777" w:rsidR="00E85831" w:rsidRPr="00254B47" w:rsidRDefault="00E85831" w:rsidP="00E2491C">
            <w:pPr>
              <w:pStyle w:val="NoSpacing"/>
              <w:rPr>
                <w:rFonts w:asciiTheme="majorHAnsi" w:hAnsiTheme="majorHAnsi" w:cstheme="majorHAnsi"/>
              </w:rPr>
            </w:pPr>
          </w:p>
        </w:tc>
        <w:tc>
          <w:tcPr>
            <w:tcW w:w="1445" w:type="dxa"/>
          </w:tcPr>
          <w:p w14:paraId="5513D425" w14:textId="77777777" w:rsidR="00E85831" w:rsidRPr="00254B47" w:rsidRDefault="00E85831" w:rsidP="00E2491C">
            <w:pPr>
              <w:pStyle w:val="NoSpacing"/>
              <w:rPr>
                <w:rFonts w:asciiTheme="majorHAnsi" w:hAnsiTheme="majorHAnsi" w:cstheme="majorHAnsi"/>
              </w:rPr>
            </w:pPr>
            <w:r w:rsidRPr="00254B47">
              <w:rPr>
                <w:rFonts w:asciiTheme="majorHAnsi" w:hAnsiTheme="majorHAnsi" w:cstheme="majorHAnsi"/>
              </w:rPr>
              <w:t>Email:</w:t>
            </w:r>
          </w:p>
          <w:p w14:paraId="376FC4AF" w14:textId="65747AEB" w:rsidR="00E85831" w:rsidRPr="00254B47" w:rsidRDefault="00E85831" w:rsidP="00E2491C">
            <w:pPr>
              <w:pStyle w:val="NoSpacing"/>
              <w:rPr>
                <w:rFonts w:asciiTheme="majorHAnsi" w:hAnsiTheme="majorHAnsi" w:cstheme="majorHAnsi"/>
              </w:rPr>
            </w:pPr>
            <w:r w:rsidRPr="00254B47">
              <w:rPr>
                <w:rFonts w:asciiTheme="majorHAnsi" w:hAnsiTheme="majorHAnsi" w:cstheme="majorHAnsi"/>
              </w:rPr>
              <w:t>Cell phone:</w:t>
            </w:r>
          </w:p>
        </w:tc>
        <w:tc>
          <w:tcPr>
            <w:tcW w:w="2053" w:type="dxa"/>
          </w:tcPr>
          <w:p w14:paraId="55D939B3" w14:textId="77777777" w:rsidR="00E85831" w:rsidRPr="00254B47" w:rsidRDefault="00E85831" w:rsidP="00E2491C">
            <w:pPr>
              <w:pStyle w:val="NoSpacing"/>
              <w:rPr>
                <w:rFonts w:asciiTheme="majorHAnsi" w:hAnsiTheme="majorHAnsi" w:cstheme="majorHAnsi"/>
              </w:rPr>
            </w:pPr>
          </w:p>
        </w:tc>
      </w:tr>
      <w:tr w:rsidR="00E85831" w:rsidRPr="00254B47" w14:paraId="02BC1754" w14:textId="77777777" w:rsidTr="004974A3">
        <w:tc>
          <w:tcPr>
            <w:tcW w:w="1818" w:type="dxa"/>
          </w:tcPr>
          <w:p w14:paraId="34AA59D8" w14:textId="69242F8B" w:rsidR="00E85831" w:rsidRPr="00254B47" w:rsidRDefault="00E85831" w:rsidP="00E2491C">
            <w:pPr>
              <w:pStyle w:val="NoSpacing"/>
              <w:rPr>
                <w:rFonts w:asciiTheme="majorHAnsi" w:hAnsiTheme="majorHAnsi" w:cstheme="majorHAnsi"/>
              </w:rPr>
            </w:pPr>
            <w:r w:rsidRPr="00254B47">
              <w:rPr>
                <w:rFonts w:asciiTheme="majorHAnsi" w:hAnsiTheme="majorHAnsi" w:cstheme="majorHAnsi"/>
              </w:rPr>
              <w:t xml:space="preserve">Student </w:t>
            </w:r>
            <w:r w:rsidR="00107958">
              <w:rPr>
                <w:rFonts w:asciiTheme="majorHAnsi" w:hAnsiTheme="majorHAnsi" w:cstheme="majorHAnsi"/>
              </w:rPr>
              <w:t xml:space="preserve">#2 </w:t>
            </w:r>
            <w:r w:rsidRPr="00254B47">
              <w:rPr>
                <w:rFonts w:asciiTheme="majorHAnsi" w:hAnsiTheme="majorHAnsi" w:cstheme="majorHAnsi"/>
              </w:rPr>
              <w:t>Name:</w:t>
            </w:r>
          </w:p>
        </w:tc>
        <w:tc>
          <w:tcPr>
            <w:tcW w:w="3540" w:type="dxa"/>
          </w:tcPr>
          <w:p w14:paraId="064581EC" w14:textId="77777777" w:rsidR="00E85831" w:rsidRPr="00254B47" w:rsidRDefault="00E85831" w:rsidP="00E2491C">
            <w:pPr>
              <w:pStyle w:val="NoSpacing"/>
              <w:rPr>
                <w:rFonts w:asciiTheme="majorHAnsi" w:hAnsiTheme="majorHAnsi" w:cstheme="majorHAnsi"/>
              </w:rPr>
            </w:pPr>
          </w:p>
        </w:tc>
        <w:tc>
          <w:tcPr>
            <w:tcW w:w="1445" w:type="dxa"/>
          </w:tcPr>
          <w:p w14:paraId="21DB6C88" w14:textId="77777777" w:rsidR="00E85831" w:rsidRPr="00254B47" w:rsidRDefault="00E85831" w:rsidP="00E85831">
            <w:pPr>
              <w:pStyle w:val="NoSpacing"/>
              <w:rPr>
                <w:rFonts w:asciiTheme="majorHAnsi" w:hAnsiTheme="majorHAnsi" w:cstheme="majorHAnsi"/>
              </w:rPr>
            </w:pPr>
            <w:r w:rsidRPr="00254B47">
              <w:rPr>
                <w:rFonts w:asciiTheme="majorHAnsi" w:hAnsiTheme="majorHAnsi" w:cstheme="majorHAnsi"/>
              </w:rPr>
              <w:t>Email:</w:t>
            </w:r>
          </w:p>
          <w:p w14:paraId="3395F508" w14:textId="79DF6961" w:rsidR="00E85831" w:rsidRPr="00254B47" w:rsidRDefault="00E85831" w:rsidP="00E85831">
            <w:pPr>
              <w:pStyle w:val="NoSpacing"/>
              <w:rPr>
                <w:rFonts w:asciiTheme="majorHAnsi" w:hAnsiTheme="majorHAnsi" w:cstheme="majorHAnsi"/>
              </w:rPr>
            </w:pPr>
            <w:r w:rsidRPr="00254B47">
              <w:rPr>
                <w:rFonts w:asciiTheme="majorHAnsi" w:hAnsiTheme="majorHAnsi" w:cstheme="majorHAnsi"/>
              </w:rPr>
              <w:t>Cell phone:</w:t>
            </w:r>
          </w:p>
        </w:tc>
        <w:tc>
          <w:tcPr>
            <w:tcW w:w="2053" w:type="dxa"/>
          </w:tcPr>
          <w:p w14:paraId="1AE5F386" w14:textId="77777777" w:rsidR="00E85831" w:rsidRPr="00254B47" w:rsidRDefault="00E85831" w:rsidP="00E2491C">
            <w:pPr>
              <w:pStyle w:val="NoSpacing"/>
              <w:rPr>
                <w:rFonts w:asciiTheme="majorHAnsi" w:hAnsiTheme="majorHAnsi" w:cstheme="majorHAnsi"/>
              </w:rPr>
            </w:pPr>
          </w:p>
        </w:tc>
      </w:tr>
      <w:tr w:rsidR="00E85831" w:rsidRPr="00254B47" w14:paraId="4DD03C02" w14:textId="77777777" w:rsidTr="004974A3">
        <w:tc>
          <w:tcPr>
            <w:tcW w:w="1818" w:type="dxa"/>
          </w:tcPr>
          <w:p w14:paraId="66F64F22" w14:textId="6F80AB6D" w:rsidR="00E85831" w:rsidRPr="00254B47" w:rsidRDefault="00E85831" w:rsidP="00E85831">
            <w:pPr>
              <w:pStyle w:val="NoSpacing"/>
              <w:rPr>
                <w:rFonts w:asciiTheme="majorHAnsi" w:hAnsiTheme="majorHAnsi" w:cstheme="majorHAnsi"/>
              </w:rPr>
            </w:pPr>
            <w:r w:rsidRPr="00254B47">
              <w:rPr>
                <w:rFonts w:asciiTheme="majorHAnsi" w:hAnsiTheme="majorHAnsi" w:cstheme="majorHAnsi"/>
              </w:rPr>
              <w:t xml:space="preserve">Course Number and Title </w:t>
            </w:r>
          </w:p>
        </w:tc>
        <w:tc>
          <w:tcPr>
            <w:tcW w:w="3540" w:type="dxa"/>
          </w:tcPr>
          <w:p w14:paraId="1246BC46" w14:textId="77777777" w:rsidR="00E85831" w:rsidRPr="00254B47" w:rsidRDefault="00E85831" w:rsidP="00E85831">
            <w:pPr>
              <w:pStyle w:val="NoSpacing"/>
              <w:rPr>
                <w:rFonts w:asciiTheme="majorHAnsi" w:hAnsiTheme="majorHAnsi" w:cstheme="majorHAnsi"/>
              </w:rPr>
            </w:pPr>
          </w:p>
        </w:tc>
        <w:tc>
          <w:tcPr>
            <w:tcW w:w="1445" w:type="dxa"/>
          </w:tcPr>
          <w:p w14:paraId="3EB172A4" w14:textId="0A9BB3CE" w:rsidR="00E85831" w:rsidRPr="00254B47" w:rsidRDefault="00E85831" w:rsidP="00E85831">
            <w:pPr>
              <w:pStyle w:val="NoSpacing"/>
              <w:rPr>
                <w:rFonts w:asciiTheme="majorHAnsi" w:hAnsiTheme="majorHAnsi" w:cstheme="majorHAnsi"/>
              </w:rPr>
            </w:pPr>
            <w:r w:rsidRPr="00254B47">
              <w:rPr>
                <w:rFonts w:asciiTheme="majorHAnsi" w:hAnsiTheme="majorHAnsi" w:cstheme="majorHAnsi"/>
              </w:rPr>
              <w:t>Instructor: Office</w:t>
            </w:r>
            <w:r w:rsidR="00BE318F">
              <w:rPr>
                <w:rFonts w:asciiTheme="majorHAnsi" w:hAnsiTheme="majorHAnsi" w:cstheme="majorHAnsi"/>
              </w:rPr>
              <w:t>:</w:t>
            </w:r>
          </w:p>
        </w:tc>
        <w:tc>
          <w:tcPr>
            <w:tcW w:w="2053" w:type="dxa"/>
          </w:tcPr>
          <w:p w14:paraId="3887D3AC" w14:textId="77777777" w:rsidR="00E85831" w:rsidRPr="00254B47" w:rsidRDefault="00E85831" w:rsidP="00E85831">
            <w:pPr>
              <w:pStyle w:val="NoSpacing"/>
              <w:rPr>
                <w:rFonts w:asciiTheme="majorHAnsi" w:hAnsiTheme="majorHAnsi" w:cstheme="majorHAnsi"/>
              </w:rPr>
            </w:pPr>
          </w:p>
        </w:tc>
      </w:tr>
      <w:tr w:rsidR="004974A3" w:rsidRPr="00254B47" w14:paraId="009264C5" w14:textId="77777777" w:rsidTr="001B21FF">
        <w:tc>
          <w:tcPr>
            <w:tcW w:w="1818" w:type="dxa"/>
            <w:tcBorders>
              <w:bottom w:val="single" w:sz="24" w:space="0" w:color="auto"/>
            </w:tcBorders>
          </w:tcPr>
          <w:p w14:paraId="087E97D3" w14:textId="6B839551" w:rsidR="004974A3" w:rsidRPr="00254B47" w:rsidRDefault="001A46A3" w:rsidP="00E85831">
            <w:pPr>
              <w:pStyle w:val="NoSpacing"/>
              <w:rPr>
                <w:rFonts w:asciiTheme="majorHAnsi" w:hAnsiTheme="majorHAnsi" w:cstheme="majorHAnsi"/>
              </w:rPr>
            </w:pPr>
            <w:r>
              <w:rPr>
                <w:rFonts w:asciiTheme="majorHAnsi" w:hAnsiTheme="majorHAnsi" w:cstheme="majorHAnsi"/>
              </w:rPr>
              <w:t xml:space="preserve">Student’s </w:t>
            </w:r>
            <w:r w:rsidR="004974A3" w:rsidRPr="00254B47">
              <w:rPr>
                <w:rFonts w:asciiTheme="majorHAnsi" w:hAnsiTheme="majorHAnsi" w:cstheme="majorHAnsi"/>
              </w:rPr>
              <w:t>Expected Graduation Date</w:t>
            </w:r>
          </w:p>
        </w:tc>
        <w:tc>
          <w:tcPr>
            <w:tcW w:w="7038" w:type="dxa"/>
            <w:gridSpan w:val="3"/>
            <w:tcBorders>
              <w:bottom w:val="single" w:sz="24" w:space="0" w:color="auto"/>
            </w:tcBorders>
          </w:tcPr>
          <w:p w14:paraId="0FF68D2B" w14:textId="77777777" w:rsidR="004974A3" w:rsidRPr="00254B47" w:rsidRDefault="004974A3" w:rsidP="00E85831">
            <w:pPr>
              <w:pStyle w:val="NoSpacing"/>
              <w:rPr>
                <w:rFonts w:asciiTheme="majorHAnsi" w:hAnsiTheme="majorHAnsi" w:cstheme="majorHAnsi"/>
              </w:rPr>
            </w:pPr>
          </w:p>
        </w:tc>
      </w:tr>
      <w:tr w:rsidR="00E85831" w:rsidRPr="00254B47" w14:paraId="05283A07" w14:textId="77777777" w:rsidTr="004974A3">
        <w:tc>
          <w:tcPr>
            <w:tcW w:w="1818" w:type="dxa"/>
            <w:tcBorders>
              <w:top w:val="single" w:sz="24" w:space="0" w:color="auto"/>
            </w:tcBorders>
          </w:tcPr>
          <w:p w14:paraId="2D112001" w14:textId="77777777" w:rsidR="00E85831" w:rsidRDefault="00E85831" w:rsidP="00E85831">
            <w:pPr>
              <w:pStyle w:val="NoSpacing"/>
              <w:rPr>
                <w:rFonts w:asciiTheme="majorHAnsi" w:hAnsiTheme="majorHAnsi" w:cstheme="majorHAnsi"/>
              </w:rPr>
            </w:pPr>
            <w:r w:rsidRPr="00254B47">
              <w:rPr>
                <w:rFonts w:asciiTheme="majorHAnsi" w:hAnsiTheme="majorHAnsi" w:cstheme="majorHAnsi"/>
              </w:rPr>
              <w:t>Faculty Supervisor Name:</w:t>
            </w:r>
          </w:p>
          <w:p w14:paraId="6CEB7356" w14:textId="0505A3F4" w:rsidR="00D62950" w:rsidRPr="00254B47" w:rsidRDefault="00D62950" w:rsidP="00E85831">
            <w:pPr>
              <w:pStyle w:val="NoSpacing"/>
              <w:rPr>
                <w:rFonts w:asciiTheme="majorHAnsi" w:hAnsiTheme="majorHAnsi" w:cstheme="majorHAnsi"/>
              </w:rPr>
            </w:pPr>
            <w:r w:rsidRPr="00254B47">
              <w:rPr>
                <w:rFonts w:asciiTheme="majorHAnsi" w:hAnsiTheme="majorHAnsi" w:cstheme="majorHAnsi"/>
              </w:rPr>
              <w:t>Email:</w:t>
            </w:r>
          </w:p>
        </w:tc>
        <w:tc>
          <w:tcPr>
            <w:tcW w:w="3540" w:type="dxa"/>
            <w:tcBorders>
              <w:top w:val="single" w:sz="24" w:space="0" w:color="auto"/>
            </w:tcBorders>
          </w:tcPr>
          <w:p w14:paraId="1FB4AAAC" w14:textId="77777777" w:rsidR="00E85831" w:rsidRPr="00254B47" w:rsidRDefault="00E85831" w:rsidP="00E85831">
            <w:pPr>
              <w:pStyle w:val="NoSpacing"/>
              <w:rPr>
                <w:rFonts w:asciiTheme="majorHAnsi" w:hAnsiTheme="majorHAnsi" w:cstheme="majorHAnsi"/>
              </w:rPr>
            </w:pPr>
          </w:p>
        </w:tc>
        <w:tc>
          <w:tcPr>
            <w:tcW w:w="1445" w:type="dxa"/>
            <w:tcBorders>
              <w:top w:val="single" w:sz="24" w:space="0" w:color="auto"/>
            </w:tcBorders>
          </w:tcPr>
          <w:p w14:paraId="1952DC30" w14:textId="136BF455" w:rsidR="00E85831" w:rsidRPr="00254B47" w:rsidRDefault="00E85831" w:rsidP="00E85831">
            <w:pPr>
              <w:pStyle w:val="NoSpacing"/>
              <w:rPr>
                <w:rFonts w:asciiTheme="majorHAnsi" w:hAnsiTheme="majorHAnsi" w:cstheme="majorHAnsi"/>
              </w:rPr>
            </w:pPr>
            <w:r w:rsidRPr="00254B47">
              <w:rPr>
                <w:rFonts w:asciiTheme="majorHAnsi" w:hAnsiTheme="majorHAnsi" w:cstheme="majorHAnsi"/>
              </w:rPr>
              <w:t>Department</w:t>
            </w:r>
            <w:r w:rsidR="00745ADC" w:rsidRPr="00254B47">
              <w:rPr>
                <w:rFonts w:asciiTheme="majorHAnsi" w:hAnsiTheme="majorHAnsi" w:cstheme="majorHAnsi"/>
              </w:rPr>
              <w:t>:</w:t>
            </w:r>
          </w:p>
          <w:p w14:paraId="4C26EB78" w14:textId="5DD3288B" w:rsidR="00745ADC" w:rsidRPr="00254B47" w:rsidRDefault="00745ADC" w:rsidP="00E85831">
            <w:pPr>
              <w:pStyle w:val="NoSpacing"/>
              <w:rPr>
                <w:rFonts w:asciiTheme="majorHAnsi" w:hAnsiTheme="majorHAnsi" w:cstheme="majorHAnsi"/>
              </w:rPr>
            </w:pPr>
            <w:r w:rsidRPr="00254B47">
              <w:rPr>
                <w:rFonts w:asciiTheme="majorHAnsi" w:hAnsiTheme="majorHAnsi" w:cstheme="majorHAnsi"/>
              </w:rPr>
              <w:t>Office:</w:t>
            </w:r>
          </w:p>
          <w:p w14:paraId="4C6B87CB" w14:textId="5EE3A2BF" w:rsidR="00AD7503" w:rsidRPr="00254B47" w:rsidRDefault="00AD7503" w:rsidP="00E85831">
            <w:pPr>
              <w:pStyle w:val="NoSpacing"/>
              <w:rPr>
                <w:rFonts w:asciiTheme="majorHAnsi" w:hAnsiTheme="majorHAnsi" w:cstheme="majorHAnsi"/>
              </w:rPr>
            </w:pPr>
            <w:r w:rsidRPr="00254B47">
              <w:rPr>
                <w:rFonts w:asciiTheme="majorHAnsi" w:hAnsiTheme="majorHAnsi" w:cstheme="majorHAnsi"/>
              </w:rPr>
              <w:t>Phone:</w:t>
            </w:r>
          </w:p>
        </w:tc>
        <w:tc>
          <w:tcPr>
            <w:tcW w:w="2053" w:type="dxa"/>
            <w:tcBorders>
              <w:top w:val="single" w:sz="24" w:space="0" w:color="auto"/>
            </w:tcBorders>
          </w:tcPr>
          <w:p w14:paraId="5445645E" w14:textId="77777777" w:rsidR="00E85831" w:rsidRPr="00254B47" w:rsidRDefault="00E85831" w:rsidP="00E85831">
            <w:pPr>
              <w:pStyle w:val="NoSpacing"/>
              <w:rPr>
                <w:rFonts w:asciiTheme="majorHAnsi" w:hAnsiTheme="majorHAnsi" w:cstheme="majorHAnsi"/>
              </w:rPr>
            </w:pPr>
          </w:p>
        </w:tc>
      </w:tr>
    </w:tbl>
    <w:p w14:paraId="7E619351" w14:textId="4D91FA2C" w:rsidR="00525F1A" w:rsidRPr="00254B47" w:rsidRDefault="00525F1A" w:rsidP="00525F1A">
      <w:pPr>
        <w:rPr>
          <w:rFonts w:asciiTheme="majorHAnsi" w:hAnsiTheme="majorHAnsi" w:cstheme="majorHAnsi"/>
        </w:rPr>
      </w:pPr>
    </w:p>
    <w:p w14:paraId="48FFA689" w14:textId="53B67147" w:rsidR="00060DC9" w:rsidRPr="00254B47" w:rsidRDefault="00F86A14" w:rsidP="006903FB">
      <w:pPr>
        <w:pStyle w:val="Heading2"/>
        <w:pBdr>
          <w:top w:val="single" w:sz="4" w:space="1" w:color="auto"/>
          <w:bottom w:val="single" w:sz="4" w:space="1" w:color="auto"/>
        </w:pBdr>
        <w:shd w:val="clear" w:color="auto" w:fill="F2F2F2" w:themeFill="background1" w:themeFillShade="F2"/>
        <w:rPr>
          <w:rFonts w:cstheme="majorHAnsi"/>
        </w:rPr>
      </w:pPr>
      <w:r w:rsidRPr="00254B47">
        <w:rPr>
          <w:rFonts w:cstheme="majorHAnsi"/>
        </w:rPr>
        <w:lastRenderedPageBreak/>
        <w:t xml:space="preserve">SECTION </w:t>
      </w:r>
      <w:r w:rsidR="00254B47" w:rsidRPr="00254B47">
        <w:rPr>
          <w:rFonts w:cstheme="majorHAnsi"/>
        </w:rPr>
        <w:t>C</w:t>
      </w:r>
      <w:r w:rsidRPr="00254B47">
        <w:rPr>
          <w:rFonts w:cstheme="majorHAnsi"/>
        </w:rPr>
        <w:t>: CO-INVESTIGATORS (if applicable)</w:t>
      </w:r>
    </w:p>
    <w:p w14:paraId="6CB3FAC7" w14:textId="758A2F89" w:rsidR="00060DC9" w:rsidRPr="00254B47" w:rsidRDefault="00F86A14">
      <w:pPr>
        <w:rPr>
          <w:rFonts w:asciiTheme="majorHAnsi" w:hAnsiTheme="majorHAnsi" w:cstheme="majorHAnsi"/>
        </w:rPr>
      </w:pPr>
      <w:r w:rsidRPr="00254B47">
        <w:rPr>
          <w:rFonts w:asciiTheme="majorHAnsi" w:hAnsiTheme="majorHAnsi" w:cstheme="majorHAnsi"/>
          <w:b/>
        </w:rPr>
        <w:t>Instructions:</w:t>
      </w:r>
      <w:r w:rsidRPr="00254B47">
        <w:rPr>
          <w:rFonts w:asciiTheme="majorHAnsi" w:hAnsiTheme="majorHAnsi" w:cstheme="majorHAnsi"/>
        </w:rPr>
        <w:t xml:space="preserve"> List </w:t>
      </w:r>
      <w:r w:rsidR="00345F64">
        <w:rPr>
          <w:rFonts w:asciiTheme="majorHAnsi" w:hAnsiTheme="majorHAnsi" w:cstheme="majorHAnsi"/>
        </w:rPr>
        <w:t>additional</w:t>
      </w:r>
      <w:r w:rsidRPr="00254B47">
        <w:rPr>
          <w:rFonts w:asciiTheme="majorHAnsi" w:hAnsiTheme="majorHAnsi" w:cstheme="majorHAnsi"/>
        </w:rPr>
        <w:t xml:space="preserve"> individuals who will have significant involvement in the </w:t>
      </w:r>
      <w:r w:rsidR="00A55F6D">
        <w:rPr>
          <w:rFonts w:asciiTheme="majorHAnsi" w:hAnsiTheme="majorHAnsi" w:cstheme="majorHAnsi"/>
        </w:rPr>
        <w:t xml:space="preserve">project’s </w:t>
      </w:r>
      <w:r w:rsidRPr="00254B47">
        <w:rPr>
          <w:rFonts w:asciiTheme="majorHAnsi" w:hAnsiTheme="majorHAnsi" w:cstheme="majorHAnsi"/>
        </w:rPr>
        <w:t xml:space="preserve">research design, data collection, data analysis, or participant interaction. All co-investigators must complete human subjects research training (CITI) and sign the certification in Section </w:t>
      </w:r>
      <w:r w:rsidR="0004038E">
        <w:rPr>
          <w:rFonts w:asciiTheme="majorHAnsi" w:hAnsiTheme="majorHAnsi" w:cstheme="majorHAnsi"/>
        </w:rPr>
        <w:t>G</w:t>
      </w:r>
      <w:r w:rsidRPr="00254B47">
        <w:rPr>
          <w:rFonts w:asciiTheme="majorHAnsi" w:hAnsiTheme="majorHAnsi" w:cstheme="majorHAnsi"/>
        </w:rPr>
        <w:t>. If you have no co-investigators, write "None".</w:t>
      </w:r>
    </w:p>
    <w:tbl>
      <w:tblPr>
        <w:tblStyle w:val="TableGrid"/>
        <w:tblW w:w="0" w:type="auto"/>
        <w:tblLook w:val="04A0" w:firstRow="1" w:lastRow="0" w:firstColumn="1" w:lastColumn="0" w:noHBand="0" w:noVBand="1"/>
      </w:tblPr>
      <w:tblGrid>
        <w:gridCol w:w="2214"/>
        <w:gridCol w:w="2844"/>
        <w:gridCol w:w="1584"/>
        <w:gridCol w:w="2214"/>
      </w:tblGrid>
      <w:tr w:rsidR="00055D71" w:rsidRPr="00254B47" w14:paraId="63E2F4BB" w14:textId="77777777" w:rsidTr="00B160C9">
        <w:tc>
          <w:tcPr>
            <w:tcW w:w="2214" w:type="dxa"/>
          </w:tcPr>
          <w:p w14:paraId="53CA92BE" w14:textId="77777777" w:rsidR="00055D71" w:rsidRPr="00254B47" w:rsidRDefault="00055D71" w:rsidP="00055D71">
            <w:pPr>
              <w:pStyle w:val="NoSpacing"/>
              <w:rPr>
                <w:rFonts w:asciiTheme="majorHAnsi" w:hAnsiTheme="majorHAnsi" w:cstheme="majorHAnsi"/>
              </w:rPr>
            </w:pPr>
            <w:r w:rsidRPr="006D4EE0">
              <w:rPr>
                <w:rFonts w:asciiTheme="majorHAnsi" w:hAnsiTheme="majorHAnsi" w:cstheme="majorHAnsi"/>
                <w:b/>
                <w:bCs/>
              </w:rPr>
              <w:t>Co-Investigator 1</w:t>
            </w:r>
            <w:r w:rsidRPr="00254B47">
              <w:rPr>
                <w:rFonts w:asciiTheme="majorHAnsi" w:hAnsiTheme="majorHAnsi" w:cstheme="majorHAnsi"/>
              </w:rPr>
              <w:t xml:space="preserve"> Name:</w:t>
            </w:r>
          </w:p>
          <w:p w14:paraId="1DD33D36" w14:textId="3F343AEE" w:rsidR="00055D71" w:rsidRPr="00254B47" w:rsidRDefault="006D4EE0" w:rsidP="00055D71">
            <w:pPr>
              <w:pStyle w:val="NoSpacing"/>
              <w:rPr>
                <w:rFonts w:asciiTheme="majorHAnsi" w:hAnsiTheme="majorHAnsi" w:cstheme="majorHAnsi"/>
              </w:rPr>
            </w:pPr>
            <w:r w:rsidRPr="00254B47">
              <w:rPr>
                <w:rFonts w:asciiTheme="majorHAnsi" w:hAnsiTheme="majorHAnsi" w:cstheme="majorHAnsi"/>
              </w:rPr>
              <w:t>Email:</w:t>
            </w:r>
          </w:p>
        </w:tc>
        <w:tc>
          <w:tcPr>
            <w:tcW w:w="2844" w:type="dxa"/>
          </w:tcPr>
          <w:p w14:paraId="4BDFF5D1" w14:textId="77777777" w:rsidR="00055D71" w:rsidRPr="00254B47" w:rsidRDefault="00055D71" w:rsidP="00055D71">
            <w:pPr>
              <w:pStyle w:val="NoSpacing"/>
              <w:rPr>
                <w:rFonts w:asciiTheme="majorHAnsi" w:hAnsiTheme="majorHAnsi" w:cstheme="majorHAnsi"/>
              </w:rPr>
            </w:pPr>
          </w:p>
        </w:tc>
        <w:tc>
          <w:tcPr>
            <w:tcW w:w="1584" w:type="dxa"/>
          </w:tcPr>
          <w:p w14:paraId="7A987897" w14:textId="4FA749C9" w:rsidR="00055D71" w:rsidRPr="00254B47" w:rsidRDefault="00055D71" w:rsidP="00055D71">
            <w:pPr>
              <w:pStyle w:val="NoSpacing"/>
              <w:rPr>
                <w:rFonts w:asciiTheme="majorHAnsi" w:hAnsiTheme="majorHAnsi" w:cstheme="majorHAnsi"/>
              </w:rPr>
            </w:pPr>
            <w:r w:rsidRPr="00254B47">
              <w:rPr>
                <w:rFonts w:asciiTheme="majorHAnsi" w:hAnsiTheme="majorHAnsi" w:cstheme="majorHAnsi"/>
              </w:rPr>
              <w:t>Department:</w:t>
            </w:r>
          </w:p>
          <w:p w14:paraId="69E62B6A" w14:textId="77777777" w:rsidR="00055D71" w:rsidRPr="00254B47" w:rsidRDefault="00055D71" w:rsidP="00055D71">
            <w:pPr>
              <w:pStyle w:val="NoSpacing"/>
              <w:rPr>
                <w:rFonts w:asciiTheme="majorHAnsi" w:hAnsiTheme="majorHAnsi" w:cstheme="majorHAnsi"/>
              </w:rPr>
            </w:pPr>
          </w:p>
        </w:tc>
        <w:tc>
          <w:tcPr>
            <w:tcW w:w="2214" w:type="dxa"/>
          </w:tcPr>
          <w:p w14:paraId="3E1C6F34" w14:textId="77777777" w:rsidR="00055D71" w:rsidRPr="00254B47" w:rsidRDefault="00055D71" w:rsidP="00055D71">
            <w:pPr>
              <w:pStyle w:val="NoSpacing"/>
              <w:rPr>
                <w:rFonts w:asciiTheme="majorHAnsi" w:hAnsiTheme="majorHAnsi" w:cstheme="majorHAnsi"/>
              </w:rPr>
            </w:pPr>
          </w:p>
        </w:tc>
      </w:tr>
    </w:tbl>
    <w:p w14:paraId="0D7B1321" w14:textId="089E5C7A" w:rsidR="00060DC9" w:rsidRPr="00254B47" w:rsidRDefault="00DB1295">
      <w:pPr>
        <w:rPr>
          <w:rFonts w:asciiTheme="majorHAnsi" w:hAnsiTheme="majorHAnsi" w:cstheme="majorHAnsi"/>
        </w:rPr>
      </w:pPr>
      <w:r w:rsidRPr="00254B47">
        <w:rPr>
          <w:rFonts w:asciiTheme="majorHAnsi" w:hAnsiTheme="majorHAnsi" w:cstheme="majorHAnsi"/>
          <w:b/>
        </w:rPr>
        <w:br/>
      </w:r>
      <w:r w:rsidR="00F86A14" w:rsidRPr="00254B47">
        <w:rPr>
          <w:rFonts w:asciiTheme="majorHAnsi" w:hAnsiTheme="majorHAnsi" w:cstheme="majorHAnsi"/>
          <w:b/>
        </w:rPr>
        <w:t>Additional Co-Investigators</w:t>
      </w:r>
      <w:r w:rsidR="00F86A14" w:rsidRPr="00254B47">
        <w:rPr>
          <w:rFonts w:asciiTheme="majorHAnsi" w:hAnsiTheme="majorHAnsi" w:cstheme="majorHAnsi"/>
        </w:rPr>
        <w:t xml:space="preserve"> </w:t>
      </w:r>
      <w:r w:rsidR="00F86A14" w:rsidRPr="00254B47">
        <w:rPr>
          <w:rFonts w:asciiTheme="majorHAnsi" w:hAnsiTheme="majorHAnsi" w:cstheme="majorHAnsi"/>
          <w:i/>
        </w:rPr>
        <w:t>(list names and contact information)</w:t>
      </w:r>
      <w:r w:rsidR="00F86A14" w:rsidRPr="00254B47">
        <w:rPr>
          <w:rFonts w:asciiTheme="majorHAnsi" w:hAnsiTheme="majorHAnsi" w:cstheme="majorHAnsi"/>
        </w:rPr>
        <w:t>:</w:t>
      </w:r>
    </w:p>
    <w:p w14:paraId="09B96487" w14:textId="2D11D60E" w:rsidR="00060DC9" w:rsidRPr="00254B47" w:rsidRDefault="00F86A14" w:rsidP="00E77DD0">
      <w:pPr>
        <w:pStyle w:val="Heading2"/>
        <w:pBdr>
          <w:top w:val="single" w:sz="4" w:space="1" w:color="auto"/>
          <w:bottom w:val="single" w:sz="4" w:space="1" w:color="auto"/>
        </w:pBdr>
        <w:shd w:val="clear" w:color="auto" w:fill="F2F2F2" w:themeFill="background1" w:themeFillShade="F2"/>
        <w:rPr>
          <w:rFonts w:cstheme="majorHAnsi"/>
        </w:rPr>
      </w:pPr>
      <w:r w:rsidRPr="00254B47">
        <w:rPr>
          <w:rFonts w:cstheme="majorHAnsi"/>
        </w:rPr>
        <w:t xml:space="preserve">SECTION </w:t>
      </w:r>
      <w:r w:rsidR="00254B47" w:rsidRPr="00254B47">
        <w:rPr>
          <w:rFonts w:cstheme="majorHAnsi"/>
        </w:rPr>
        <w:t>D</w:t>
      </w:r>
      <w:r w:rsidRPr="00254B47">
        <w:rPr>
          <w:rFonts w:cstheme="majorHAnsi"/>
        </w:rPr>
        <w:t>: PROJECT TIMELINE</w:t>
      </w:r>
    </w:p>
    <w:p w14:paraId="2852448B" w14:textId="204B7F63" w:rsidR="00060DC9" w:rsidRPr="00254B47" w:rsidRDefault="00F86A14">
      <w:pPr>
        <w:rPr>
          <w:rFonts w:asciiTheme="majorHAnsi" w:hAnsiTheme="majorHAnsi" w:cstheme="majorHAnsi"/>
        </w:rPr>
      </w:pPr>
      <w:r w:rsidRPr="00254B47">
        <w:rPr>
          <w:rFonts w:asciiTheme="majorHAnsi" w:hAnsiTheme="majorHAnsi" w:cstheme="majorHAnsi"/>
          <w:b/>
        </w:rPr>
        <w:t>Instructions:</w:t>
      </w:r>
      <w:r w:rsidRPr="00254B47">
        <w:rPr>
          <w:rFonts w:asciiTheme="majorHAnsi" w:hAnsiTheme="majorHAnsi" w:cstheme="majorHAnsi"/>
        </w:rPr>
        <w:t xml:space="preserve"> Provide realistic dates for when you plan to begin and end data collection with human participants. The start date should be AFTER you expect to receive IRB approval (allow at least 2-4 weeks for review). Data collection includes surveys, interviews, observations, or any other interaction with participants or their data. If your project </w:t>
      </w:r>
      <w:r w:rsidR="00610B26" w:rsidRPr="00254B47">
        <w:rPr>
          <w:rFonts w:asciiTheme="majorHAnsi" w:hAnsiTheme="majorHAnsi" w:cstheme="majorHAnsi"/>
        </w:rPr>
        <w:t>continues</w:t>
      </w:r>
      <w:r w:rsidRPr="00254B47">
        <w:rPr>
          <w:rFonts w:asciiTheme="majorHAnsi" w:hAnsiTheme="majorHAnsi" w:cstheme="majorHAnsi"/>
        </w:rPr>
        <w:t xml:space="preserve"> beyond one year, you must submit an annual continuing review report to the IRB.</w:t>
      </w:r>
    </w:p>
    <w:p w14:paraId="6B4C2748" w14:textId="77777777" w:rsidR="00610B26" w:rsidRPr="00254B47" w:rsidRDefault="00610B26" w:rsidP="00610B26">
      <w:pPr>
        <w:rPr>
          <w:rFonts w:asciiTheme="majorHAnsi" w:hAnsiTheme="majorHAnsi" w:cstheme="majorHAnsi"/>
        </w:rPr>
      </w:pPr>
      <w:r w:rsidRPr="00254B47">
        <w:rPr>
          <w:rFonts w:asciiTheme="majorHAnsi" w:hAnsiTheme="majorHAnsi" w:cstheme="majorHAnsi"/>
          <w:b/>
        </w:rPr>
        <w:t>Total Project Duration:</w:t>
      </w:r>
    </w:p>
    <w:p w14:paraId="771C567E" w14:textId="77777777" w:rsidR="00060DC9" w:rsidRPr="00254B47" w:rsidRDefault="00F86A14">
      <w:pPr>
        <w:rPr>
          <w:rFonts w:asciiTheme="majorHAnsi" w:hAnsiTheme="majorHAnsi" w:cstheme="majorHAnsi"/>
        </w:rPr>
      </w:pPr>
      <w:r w:rsidRPr="00254B47">
        <w:rPr>
          <w:rFonts w:asciiTheme="majorHAnsi" w:hAnsiTheme="majorHAnsi" w:cstheme="majorHAnsi"/>
          <w:b/>
        </w:rPr>
        <w:t>Anticipated Start Date for Data Collection:</w:t>
      </w:r>
    </w:p>
    <w:p w14:paraId="4C6BE5AC" w14:textId="77777777" w:rsidR="00060DC9" w:rsidRPr="00254B47" w:rsidRDefault="00F86A14">
      <w:pPr>
        <w:rPr>
          <w:rFonts w:asciiTheme="majorHAnsi" w:hAnsiTheme="majorHAnsi" w:cstheme="majorHAnsi"/>
        </w:rPr>
      </w:pPr>
      <w:r w:rsidRPr="00254B47">
        <w:rPr>
          <w:rFonts w:asciiTheme="majorHAnsi" w:hAnsiTheme="majorHAnsi" w:cstheme="majorHAnsi"/>
          <w:b/>
        </w:rPr>
        <w:t>Anticipated End Date for Data Collection:</w:t>
      </w:r>
    </w:p>
    <w:p w14:paraId="711D3BA2" w14:textId="5DC8D9F1" w:rsidR="00060DC9" w:rsidRPr="00254B47" w:rsidRDefault="00F86A14" w:rsidP="00E77DD0">
      <w:pPr>
        <w:pStyle w:val="Heading2"/>
        <w:pBdr>
          <w:top w:val="single" w:sz="4" w:space="1" w:color="auto"/>
          <w:bottom w:val="single" w:sz="4" w:space="1" w:color="auto"/>
        </w:pBdr>
        <w:shd w:val="clear" w:color="auto" w:fill="F2F2F2" w:themeFill="background1" w:themeFillShade="F2"/>
        <w:rPr>
          <w:rFonts w:cstheme="majorHAnsi"/>
        </w:rPr>
      </w:pPr>
      <w:r w:rsidRPr="00254B47">
        <w:rPr>
          <w:rFonts w:cstheme="majorHAnsi"/>
        </w:rPr>
        <w:t xml:space="preserve">SECTION </w:t>
      </w:r>
      <w:r w:rsidR="00254B47" w:rsidRPr="00254B47">
        <w:rPr>
          <w:rFonts w:cstheme="majorHAnsi"/>
        </w:rPr>
        <w:t>E</w:t>
      </w:r>
      <w:r w:rsidRPr="00254B47">
        <w:rPr>
          <w:rFonts w:cstheme="majorHAnsi"/>
        </w:rPr>
        <w:t>: FUNDING INFORMATION</w:t>
      </w:r>
    </w:p>
    <w:p w14:paraId="0985AE7D" w14:textId="77777777" w:rsidR="00060DC9" w:rsidRPr="00254B47" w:rsidRDefault="00F86A14">
      <w:pPr>
        <w:rPr>
          <w:rFonts w:asciiTheme="majorHAnsi" w:hAnsiTheme="majorHAnsi" w:cstheme="majorHAnsi"/>
        </w:rPr>
      </w:pPr>
      <w:r w:rsidRPr="00254B47">
        <w:rPr>
          <w:rFonts w:asciiTheme="majorHAnsi" w:hAnsiTheme="majorHAnsi" w:cstheme="majorHAnsi"/>
          <w:b/>
        </w:rPr>
        <w:t>Instructions:</w:t>
      </w:r>
      <w:r w:rsidRPr="00254B47">
        <w:rPr>
          <w:rFonts w:asciiTheme="majorHAnsi" w:hAnsiTheme="majorHAnsi" w:cstheme="majorHAnsi"/>
        </w:rPr>
        <w:t xml:space="preserve"> Indicate whether your research is funded and identify the funding source. Externally funded research (grants from NSF, NIH, foundations, etc.) may have additional reporting requirements. Faculty on externally funded projects must have a separate institutional Conflict of Interest form on file with the Office of Sponsored Programs.</w:t>
      </w:r>
    </w:p>
    <w:p w14:paraId="6883B5F8" w14:textId="77777777" w:rsidR="00060DC9" w:rsidRPr="00254B47" w:rsidRDefault="00F86A14">
      <w:pPr>
        <w:rPr>
          <w:rFonts w:asciiTheme="majorHAnsi" w:hAnsiTheme="majorHAnsi" w:cstheme="majorHAnsi"/>
        </w:rPr>
      </w:pPr>
      <w:r w:rsidRPr="00254B47">
        <w:rPr>
          <w:rFonts w:asciiTheme="majorHAnsi" w:hAnsiTheme="majorHAnsi" w:cstheme="majorHAnsi"/>
          <w:b/>
        </w:rPr>
        <w:t>Funding Status:</w:t>
      </w:r>
    </w:p>
    <w:tbl>
      <w:tblPr>
        <w:tblStyle w:val="TableGrid"/>
        <w:tblW w:w="0" w:type="auto"/>
        <w:tblLook w:val="04A0" w:firstRow="1" w:lastRow="0" w:firstColumn="1" w:lastColumn="0" w:noHBand="0" w:noVBand="1"/>
      </w:tblPr>
      <w:tblGrid>
        <w:gridCol w:w="2898"/>
        <w:gridCol w:w="5742"/>
      </w:tblGrid>
      <w:tr w:rsidR="00F23C74" w:rsidRPr="00AD5074" w14:paraId="742294D6" w14:textId="77777777" w:rsidTr="00C718A9">
        <w:tc>
          <w:tcPr>
            <w:tcW w:w="2898" w:type="dxa"/>
            <w:shd w:val="clear" w:color="auto" w:fill="F2F2F2" w:themeFill="background1" w:themeFillShade="F2"/>
          </w:tcPr>
          <w:p w14:paraId="2325583A" w14:textId="77777777" w:rsidR="00F23C74" w:rsidRPr="0069758E" w:rsidRDefault="00F23C74" w:rsidP="00C718A9">
            <w:pPr>
              <w:pStyle w:val="NoSpacing"/>
              <w:rPr>
                <w:rFonts w:asciiTheme="majorHAnsi" w:hAnsiTheme="majorHAnsi" w:cstheme="majorHAnsi"/>
                <w:b/>
                <w:bCs/>
              </w:rPr>
            </w:pPr>
            <w:r w:rsidRPr="0069758E">
              <w:rPr>
                <w:rFonts w:asciiTheme="majorHAnsi" w:hAnsiTheme="majorHAnsi" w:cstheme="majorHAnsi"/>
                <w:b/>
                <w:bCs/>
              </w:rPr>
              <w:t>Funding Type</w:t>
            </w:r>
          </w:p>
        </w:tc>
        <w:tc>
          <w:tcPr>
            <w:tcW w:w="5742" w:type="dxa"/>
            <w:shd w:val="clear" w:color="auto" w:fill="F2F2F2" w:themeFill="background1" w:themeFillShade="F2"/>
          </w:tcPr>
          <w:p w14:paraId="6AB67139" w14:textId="43DA1D20" w:rsidR="00F23C74" w:rsidRPr="0069758E" w:rsidRDefault="003F30D5" w:rsidP="00C718A9">
            <w:pPr>
              <w:pStyle w:val="NoSpacing"/>
              <w:rPr>
                <w:rFonts w:asciiTheme="majorHAnsi" w:hAnsiTheme="majorHAnsi" w:cstheme="majorHAnsi"/>
                <w:b/>
                <w:bCs/>
              </w:rPr>
            </w:pPr>
            <w:r>
              <w:rPr>
                <w:rFonts w:asciiTheme="majorHAnsi" w:hAnsiTheme="majorHAnsi" w:cstheme="majorHAnsi"/>
                <w:b/>
                <w:bCs/>
              </w:rPr>
              <w:t>Place an X in the appropriate row</w:t>
            </w:r>
          </w:p>
        </w:tc>
      </w:tr>
      <w:tr w:rsidR="00F23C74" w:rsidRPr="00AD5074" w14:paraId="3B5D42C9" w14:textId="77777777" w:rsidTr="00C718A9">
        <w:tc>
          <w:tcPr>
            <w:tcW w:w="2898" w:type="dxa"/>
          </w:tcPr>
          <w:p w14:paraId="6DB4BC9E" w14:textId="77777777" w:rsidR="00F23C74" w:rsidRPr="0069758E" w:rsidRDefault="00F23C74" w:rsidP="00C718A9">
            <w:pPr>
              <w:pStyle w:val="NoSpacing"/>
              <w:rPr>
                <w:rFonts w:asciiTheme="majorHAnsi" w:hAnsiTheme="majorHAnsi" w:cstheme="majorHAnsi"/>
              </w:rPr>
            </w:pPr>
            <w:r w:rsidRPr="0069758E">
              <w:rPr>
                <w:rFonts w:asciiTheme="majorHAnsi" w:hAnsiTheme="majorHAnsi" w:cstheme="majorHAnsi"/>
              </w:rPr>
              <w:t>Externally Funded</w:t>
            </w:r>
          </w:p>
        </w:tc>
        <w:tc>
          <w:tcPr>
            <w:tcW w:w="5742" w:type="dxa"/>
          </w:tcPr>
          <w:p w14:paraId="49B4E25F" w14:textId="77777777" w:rsidR="00F23C74" w:rsidRPr="0069758E" w:rsidRDefault="00F23C74" w:rsidP="00C718A9">
            <w:pPr>
              <w:pStyle w:val="NoSpacing"/>
              <w:rPr>
                <w:rFonts w:asciiTheme="majorHAnsi" w:hAnsiTheme="majorHAnsi" w:cstheme="majorHAnsi"/>
              </w:rPr>
            </w:pPr>
          </w:p>
        </w:tc>
      </w:tr>
      <w:tr w:rsidR="00F23C74" w:rsidRPr="00AD5074" w14:paraId="0A488F3E" w14:textId="77777777" w:rsidTr="00C718A9">
        <w:tc>
          <w:tcPr>
            <w:tcW w:w="2898" w:type="dxa"/>
          </w:tcPr>
          <w:p w14:paraId="03D7DE8F" w14:textId="77777777" w:rsidR="00F23C74" w:rsidRPr="0069758E" w:rsidRDefault="00F23C74" w:rsidP="00C718A9">
            <w:pPr>
              <w:pStyle w:val="NoSpacing"/>
              <w:rPr>
                <w:rFonts w:asciiTheme="majorHAnsi" w:hAnsiTheme="majorHAnsi" w:cstheme="majorHAnsi"/>
              </w:rPr>
            </w:pPr>
            <w:r w:rsidRPr="0069758E">
              <w:rPr>
                <w:rFonts w:asciiTheme="majorHAnsi" w:hAnsiTheme="majorHAnsi" w:cstheme="majorHAnsi"/>
              </w:rPr>
              <w:t>Internally Funded</w:t>
            </w:r>
          </w:p>
        </w:tc>
        <w:tc>
          <w:tcPr>
            <w:tcW w:w="5742" w:type="dxa"/>
          </w:tcPr>
          <w:p w14:paraId="0B81B6A5" w14:textId="77777777" w:rsidR="00F23C74" w:rsidRPr="0069758E" w:rsidRDefault="00F23C74" w:rsidP="00C718A9">
            <w:pPr>
              <w:pStyle w:val="NoSpacing"/>
              <w:rPr>
                <w:rFonts w:asciiTheme="majorHAnsi" w:hAnsiTheme="majorHAnsi" w:cstheme="majorHAnsi"/>
              </w:rPr>
            </w:pPr>
          </w:p>
        </w:tc>
      </w:tr>
      <w:tr w:rsidR="00F23C74" w:rsidRPr="00AD5074" w14:paraId="4BE88708" w14:textId="77777777" w:rsidTr="00C718A9">
        <w:tc>
          <w:tcPr>
            <w:tcW w:w="2898" w:type="dxa"/>
          </w:tcPr>
          <w:p w14:paraId="1CABF2F3" w14:textId="77777777" w:rsidR="00F23C74" w:rsidRPr="0069758E" w:rsidRDefault="00F23C74" w:rsidP="00C718A9">
            <w:pPr>
              <w:pStyle w:val="NoSpacing"/>
              <w:rPr>
                <w:rFonts w:asciiTheme="majorHAnsi" w:hAnsiTheme="majorHAnsi" w:cstheme="majorHAnsi"/>
              </w:rPr>
            </w:pPr>
            <w:r w:rsidRPr="0069758E">
              <w:rPr>
                <w:rFonts w:asciiTheme="majorHAnsi" w:hAnsiTheme="majorHAnsi" w:cstheme="majorHAnsi"/>
              </w:rPr>
              <w:t>Unfunded</w:t>
            </w:r>
          </w:p>
        </w:tc>
        <w:tc>
          <w:tcPr>
            <w:tcW w:w="5742" w:type="dxa"/>
          </w:tcPr>
          <w:p w14:paraId="0B941B50" w14:textId="77777777" w:rsidR="00F23C74" w:rsidRPr="0069758E" w:rsidRDefault="00F23C74" w:rsidP="00C718A9">
            <w:pPr>
              <w:pStyle w:val="NoSpacing"/>
              <w:rPr>
                <w:rFonts w:asciiTheme="majorHAnsi" w:hAnsiTheme="majorHAnsi" w:cstheme="majorHAnsi"/>
              </w:rPr>
            </w:pPr>
          </w:p>
        </w:tc>
      </w:tr>
    </w:tbl>
    <w:p w14:paraId="197E6AB9" w14:textId="0C7F313A" w:rsidR="00060DC9" w:rsidRPr="00254B47" w:rsidRDefault="00771DDC">
      <w:pPr>
        <w:rPr>
          <w:rFonts w:asciiTheme="majorHAnsi" w:hAnsiTheme="majorHAnsi" w:cstheme="majorHAnsi"/>
        </w:rPr>
      </w:pPr>
      <w:r w:rsidRPr="00254B47">
        <w:rPr>
          <w:rFonts w:asciiTheme="majorHAnsi" w:hAnsiTheme="majorHAnsi" w:cstheme="majorHAnsi"/>
          <w:b/>
        </w:rPr>
        <w:br/>
      </w:r>
      <w:r w:rsidR="00F86A14" w:rsidRPr="00254B47">
        <w:rPr>
          <w:rFonts w:asciiTheme="majorHAnsi" w:hAnsiTheme="majorHAnsi" w:cstheme="majorHAnsi"/>
          <w:b/>
        </w:rPr>
        <w:t xml:space="preserve">If Externally Funded, provide </w:t>
      </w:r>
      <w:r w:rsidR="0056151B" w:rsidRPr="00254B47">
        <w:rPr>
          <w:rFonts w:asciiTheme="majorHAnsi" w:hAnsiTheme="majorHAnsi" w:cstheme="majorHAnsi"/>
          <w:b/>
        </w:rPr>
        <w:t>Sponsor, Award #, Project Title</w:t>
      </w:r>
      <w:r w:rsidR="00F86A14" w:rsidRPr="00254B47">
        <w:rPr>
          <w:rFonts w:asciiTheme="majorHAnsi" w:hAnsiTheme="majorHAnsi" w:cstheme="majorHAnsi"/>
          <w:b/>
        </w:rPr>
        <w:t>:</w:t>
      </w:r>
    </w:p>
    <w:p w14:paraId="21D1011E" w14:textId="77777777" w:rsidR="00060DC9" w:rsidRPr="00254B47" w:rsidRDefault="00F86A14" w:rsidP="00771DDC">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254B47">
        <w:rPr>
          <w:rFonts w:asciiTheme="majorHAnsi" w:hAnsiTheme="majorHAnsi" w:cstheme="majorHAnsi"/>
        </w:rPr>
        <w:t>[Text box - 2 lines]</w:t>
      </w:r>
    </w:p>
    <w:p w14:paraId="1F4831CA" w14:textId="77777777" w:rsidR="00852F70" w:rsidRDefault="00852F70">
      <w:pPr>
        <w:pStyle w:val="Heading2"/>
        <w:shd w:val="clear" w:color="auto" w:fill="F2F2F2"/>
        <w:divId w:val="1305964240"/>
        <w:rPr>
          <w:rFonts w:eastAsia="Times New Roman"/>
          <w:szCs w:val="32"/>
        </w:rPr>
      </w:pPr>
      <w:r>
        <w:rPr>
          <w:rFonts w:eastAsia="Times New Roman"/>
        </w:rPr>
        <w:lastRenderedPageBreak/>
        <w:t>SECTION F: CONFLICT OF INTEREST (COI) DISCLOSURE</w:t>
      </w:r>
    </w:p>
    <w:p w14:paraId="09AEC38A" w14:textId="77777777" w:rsidR="00770907" w:rsidRDefault="00770907">
      <w:r>
        <w:rPr>
          <w:rFonts w:ascii="Calibri" w:hAnsi="Calibri" w:cs="Calibri"/>
          <w:b/>
          <w:bCs/>
        </w:rPr>
        <w:t>Instructions:</w:t>
      </w:r>
      <w:r>
        <w:rPr>
          <w:rFonts w:ascii="Calibri" w:hAnsi="Calibri" w:cs="Calibri"/>
        </w:rPr>
        <w:t xml:space="preserve"> As a student researcher, you must disclose any situation that could reasonably be seen as influencing your research decisions or how participants are treated. Examples include: receiving money, gift cards, discounts, or free products connected to your project; working (paid or unpaid) or volunteering for a business/organization you are studying; doing research at your workplace, internship, clinical site, athletic team, student organization, or church where you have a role or authority; recruiting friends/classmates or people you supervise (e.g., resident assistant, tutor, team captain); or having a family member/close friend who could benefit from the results. </w:t>
      </w:r>
      <w:r>
        <w:rPr>
          <w:rFonts w:ascii="Calibri" w:hAnsi="Calibri" w:cs="Calibri"/>
          <w:b/>
          <w:bCs/>
        </w:rPr>
        <w:t>Complete the COI Disclosure in Form 2</w:t>
      </w:r>
      <w:r>
        <w:rPr>
          <w:rFonts w:ascii="Calibri" w:hAnsi="Calibri" w:cs="Calibri"/>
        </w:rPr>
        <w:t xml:space="preserve"> and provide all required details. If none apply, indicate “No COI” in Form 2.</w:t>
      </w:r>
    </w:p>
    <w:p w14:paraId="070BFF80" w14:textId="77777777" w:rsidR="00852F70" w:rsidRDefault="00852F70" w:rsidP="005902CA">
      <w:pPr>
        <w:pStyle w:val="Heading2"/>
        <w:pBdr>
          <w:top w:val="single" w:sz="4" w:space="1" w:color="auto"/>
          <w:bottom w:val="single" w:sz="4" w:space="1" w:color="auto"/>
        </w:pBdr>
        <w:shd w:val="clear" w:color="auto" w:fill="F2F2F2"/>
        <w:rPr>
          <w:rFonts w:eastAsia="Times New Roman"/>
          <w:szCs w:val="32"/>
        </w:rPr>
      </w:pPr>
      <w:r>
        <w:rPr>
          <w:rFonts w:eastAsia="Times New Roman"/>
        </w:rPr>
        <w:t>SECTION G: HUMAN SUBJECTS RESEARCH TRAINING</w:t>
      </w:r>
    </w:p>
    <w:p w14:paraId="0AA6DEAD" w14:textId="79C3D3A1" w:rsidR="00060DC9" w:rsidRDefault="00F86A14">
      <w:pPr>
        <w:rPr>
          <w:rFonts w:asciiTheme="majorHAnsi" w:hAnsiTheme="majorHAnsi" w:cstheme="majorHAnsi"/>
        </w:rPr>
      </w:pPr>
      <w:r w:rsidRPr="00254B47">
        <w:rPr>
          <w:rFonts w:asciiTheme="majorHAnsi" w:hAnsiTheme="majorHAnsi" w:cstheme="majorHAnsi"/>
          <w:b/>
        </w:rPr>
        <w:t>Instructions:</w:t>
      </w:r>
      <w:r w:rsidRPr="00254B47">
        <w:rPr>
          <w:rFonts w:asciiTheme="majorHAnsi" w:hAnsiTheme="majorHAnsi" w:cstheme="majorHAnsi"/>
        </w:rPr>
        <w:t xml:space="preserve"> All investigators (PI, co-investigators, </w:t>
      </w:r>
      <w:r w:rsidR="004301C9" w:rsidRPr="00254B47">
        <w:rPr>
          <w:rFonts w:asciiTheme="majorHAnsi" w:hAnsiTheme="majorHAnsi" w:cstheme="majorHAnsi"/>
        </w:rPr>
        <w:t xml:space="preserve">student researchers, </w:t>
      </w:r>
      <w:r w:rsidRPr="00254B47">
        <w:rPr>
          <w:rFonts w:asciiTheme="majorHAnsi" w:hAnsiTheme="majorHAnsi" w:cstheme="majorHAnsi"/>
        </w:rPr>
        <w:t>and research assistants who will interact with participants or identifiable data) must complete CITI Human Subjects Research Training before IRB approval can be granted. Training certificates must be attached to your protocol submission in the appendix. If your training is in progress, provide the expected completion date, but note that final IRB approval cannot be granted until training is complete.</w:t>
      </w:r>
    </w:p>
    <w:p w14:paraId="28989719" w14:textId="49B291FE" w:rsidR="007B179F" w:rsidRPr="007B179F" w:rsidRDefault="007B179F" w:rsidP="007B179F">
      <w:pPr>
        <w:rPr>
          <w:rFonts w:asciiTheme="majorHAnsi" w:hAnsiTheme="majorHAnsi" w:cstheme="majorHAnsi"/>
        </w:rPr>
      </w:pPr>
      <w:r>
        <w:rPr>
          <w:rFonts w:asciiTheme="majorHAnsi" w:hAnsiTheme="majorHAnsi" w:cstheme="majorHAnsi"/>
        </w:rPr>
        <w:t>A</w:t>
      </w:r>
      <w:r w:rsidRPr="007B179F">
        <w:rPr>
          <w:rFonts w:asciiTheme="majorHAnsi" w:hAnsiTheme="majorHAnsi" w:cstheme="majorHAnsi"/>
        </w:rPr>
        <w:t>ny additional study-specific training (e.g., emergency procedures, intervention protocols, lab/equipment procedures) should be described in Form 2, Section 9.2.</w:t>
      </w:r>
    </w:p>
    <w:p w14:paraId="3EB95635" w14:textId="31D1D8D7" w:rsidR="00060DC9" w:rsidRPr="00254B47" w:rsidRDefault="00F86A14">
      <w:pPr>
        <w:rPr>
          <w:rFonts w:asciiTheme="majorHAnsi" w:hAnsiTheme="majorHAnsi" w:cstheme="majorHAnsi"/>
        </w:rPr>
      </w:pPr>
      <w:r w:rsidRPr="00254B47">
        <w:rPr>
          <w:rFonts w:asciiTheme="majorHAnsi" w:hAnsiTheme="majorHAnsi" w:cstheme="majorHAnsi"/>
          <w:b/>
        </w:rPr>
        <w:t>CITI Training Completion:</w:t>
      </w:r>
      <w:r w:rsidR="008E2C24" w:rsidRPr="00254B47">
        <w:rPr>
          <w:rFonts w:asciiTheme="majorHAnsi" w:hAnsiTheme="majorHAnsi" w:cstheme="majorHAnsi"/>
          <w:b/>
        </w:rPr>
        <w:t xml:space="preserve">  </w:t>
      </w:r>
      <w:r w:rsidR="008E2C24" w:rsidRPr="00254B47">
        <w:rPr>
          <w:rFonts w:asciiTheme="majorHAnsi" w:hAnsiTheme="majorHAnsi" w:cstheme="majorHAnsi"/>
          <w:bCs/>
        </w:rPr>
        <w:t>Place an X next to the appropriate status</w:t>
      </w:r>
    </w:p>
    <w:tbl>
      <w:tblPr>
        <w:tblStyle w:val="TableGrid"/>
        <w:tblW w:w="0" w:type="auto"/>
        <w:tblLook w:val="04A0" w:firstRow="1" w:lastRow="0" w:firstColumn="1" w:lastColumn="0" w:noHBand="0" w:noVBand="1"/>
      </w:tblPr>
      <w:tblGrid>
        <w:gridCol w:w="2448"/>
        <w:gridCol w:w="6192"/>
      </w:tblGrid>
      <w:tr w:rsidR="00C96D8E" w:rsidRPr="00AD5074" w14:paraId="0DC90C44" w14:textId="77777777" w:rsidTr="00C718A9">
        <w:tc>
          <w:tcPr>
            <w:tcW w:w="2448" w:type="dxa"/>
            <w:shd w:val="clear" w:color="auto" w:fill="F2F2F2" w:themeFill="background1" w:themeFillShade="F2"/>
          </w:tcPr>
          <w:p w14:paraId="591A52A2" w14:textId="77777777" w:rsidR="00C96D8E" w:rsidRPr="00B32BAB" w:rsidRDefault="00C96D8E" w:rsidP="00C718A9">
            <w:pPr>
              <w:pStyle w:val="NoSpacing"/>
              <w:rPr>
                <w:rFonts w:asciiTheme="majorHAnsi" w:hAnsiTheme="majorHAnsi" w:cstheme="majorHAnsi"/>
                <w:b/>
                <w:bCs/>
              </w:rPr>
            </w:pPr>
            <w:r w:rsidRPr="00B32BAB">
              <w:rPr>
                <w:rFonts w:asciiTheme="majorHAnsi" w:hAnsiTheme="majorHAnsi" w:cstheme="majorHAnsi"/>
                <w:b/>
                <w:bCs/>
              </w:rPr>
              <w:t>Training Status</w:t>
            </w:r>
          </w:p>
        </w:tc>
        <w:tc>
          <w:tcPr>
            <w:tcW w:w="6192" w:type="dxa"/>
            <w:shd w:val="clear" w:color="auto" w:fill="F2F2F2" w:themeFill="background1" w:themeFillShade="F2"/>
          </w:tcPr>
          <w:p w14:paraId="61E0F2A2" w14:textId="3822C5E3" w:rsidR="00C96D8E" w:rsidRPr="00B32BAB" w:rsidRDefault="00D4106C" w:rsidP="00C718A9">
            <w:pPr>
              <w:pStyle w:val="NoSpacing"/>
              <w:rPr>
                <w:rFonts w:asciiTheme="majorHAnsi" w:hAnsiTheme="majorHAnsi" w:cstheme="majorHAnsi"/>
                <w:b/>
                <w:bCs/>
              </w:rPr>
            </w:pPr>
            <w:r>
              <w:rPr>
                <w:rFonts w:asciiTheme="majorHAnsi" w:hAnsiTheme="majorHAnsi" w:cstheme="majorHAnsi"/>
                <w:b/>
                <w:bCs/>
              </w:rPr>
              <w:t>Place an X in the appropriate row</w:t>
            </w:r>
          </w:p>
        </w:tc>
      </w:tr>
      <w:tr w:rsidR="00C96D8E" w:rsidRPr="00AD5074" w14:paraId="0C9A4D78" w14:textId="77777777" w:rsidTr="00C718A9">
        <w:tc>
          <w:tcPr>
            <w:tcW w:w="2448" w:type="dxa"/>
          </w:tcPr>
          <w:p w14:paraId="74E85741" w14:textId="77777777" w:rsidR="00C96D8E" w:rsidRPr="00B32BAB" w:rsidRDefault="00C96D8E" w:rsidP="00C718A9">
            <w:pPr>
              <w:pStyle w:val="NoSpacing"/>
              <w:rPr>
                <w:rFonts w:asciiTheme="majorHAnsi" w:hAnsiTheme="majorHAnsi" w:cstheme="majorHAnsi"/>
              </w:rPr>
            </w:pPr>
            <w:r w:rsidRPr="00B32BAB">
              <w:rPr>
                <w:rFonts w:asciiTheme="majorHAnsi" w:hAnsiTheme="majorHAnsi" w:cstheme="majorHAnsi"/>
              </w:rPr>
              <w:t xml:space="preserve">CITI Training Completed </w:t>
            </w:r>
          </w:p>
        </w:tc>
        <w:tc>
          <w:tcPr>
            <w:tcW w:w="6192" w:type="dxa"/>
          </w:tcPr>
          <w:p w14:paraId="10684E8E" w14:textId="104E2B18" w:rsidR="00C96D8E" w:rsidRPr="00B32BAB" w:rsidRDefault="00073003" w:rsidP="00C718A9">
            <w:pPr>
              <w:pStyle w:val="NoSpacing"/>
              <w:rPr>
                <w:rFonts w:asciiTheme="majorHAnsi" w:hAnsiTheme="majorHAnsi" w:cstheme="majorHAnsi"/>
              </w:rPr>
            </w:pPr>
            <w:r>
              <w:rPr>
                <w:rFonts w:asciiTheme="majorHAnsi" w:hAnsiTheme="majorHAnsi" w:cstheme="majorHAnsi"/>
              </w:rPr>
              <w:tab/>
            </w:r>
            <w:r w:rsidR="00C96D8E" w:rsidRPr="00B32BAB">
              <w:rPr>
                <w:rFonts w:asciiTheme="majorHAnsi" w:hAnsiTheme="majorHAnsi" w:cstheme="majorHAnsi"/>
              </w:rPr>
              <w:t>Certificate Attached</w:t>
            </w:r>
          </w:p>
        </w:tc>
      </w:tr>
      <w:tr w:rsidR="00C96D8E" w:rsidRPr="00AD5074" w14:paraId="1666472F" w14:textId="77777777" w:rsidTr="00C718A9">
        <w:tc>
          <w:tcPr>
            <w:tcW w:w="2448" w:type="dxa"/>
          </w:tcPr>
          <w:p w14:paraId="169AAAB2" w14:textId="77777777" w:rsidR="00C96D8E" w:rsidRPr="00B32BAB" w:rsidRDefault="00C96D8E" w:rsidP="00C718A9">
            <w:pPr>
              <w:pStyle w:val="NoSpacing"/>
              <w:rPr>
                <w:rFonts w:asciiTheme="majorHAnsi" w:hAnsiTheme="majorHAnsi" w:cstheme="majorHAnsi"/>
              </w:rPr>
            </w:pPr>
            <w:r w:rsidRPr="00B32BAB">
              <w:rPr>
                <w:rFonts w:asciiTheme="majorHAnsi" w:hAnsiTheme="majorHAnsi" w:cstheme="majorHAnsi"/>
              </w:rPr>
              <w:t xml:space="preserve">CITI Training </w:t>
            </w:r>
            <w:proofErr w:type="gramStart"/>
            <w:r w:rsidRPr="00B32BAB">
              <w:rPr>
                <w:rFonts w:asciiTheme="majorHAnsi" w:hAnsiTheme="majorHAnsi" w:cstheme="majorHAnsi"/>
              </w:rPr>
              <w:t>In</w:t>
            </w:r>
            <w:proofErr w:type="gramEnd"/>
            <w:r w:rsidRPr="00B32BAB">
              <w:rPr>
                <w:rFonts w:asciiTheme="majorHAnsi" w:hAnsiTheme="majorHAnsi" w:cstheme="majorHAnsi"/>
              </w:rPr>
              <w:t xml:space="preserve"> Progress </w:t>
            </w:r>
          </w:p>
        </w:tc>
        <w:tc>
          <w:tcPr>
            <w:tcW w:w="6192" w:type="dxa"/>
          </w:tcPr>
          <w:p w14:paraId="469327AF" w14:textId="21D7F1B7" w:rsidR="00C96D8E" w:rsidRPr="00B32BAB" w:rsidRDefault="00073003" w:rsidP="00C718A9">
            <w:pPr>
              <w:pStyle w:val="NoSpacing"/>
              <w:rPr>
                <w:rFonts w:asciiTheme="majorHAnsi" w:hAnsiTheme="majorHAnsi" w:cstheme="majorHAnsi"/>
              </w:rPr>
            </w:pPr>
            <w:r>
              <w:rPr>
                <w:rFonts w:asciiTheme="majorHAnsi" w:hAnsiTheme="majorHAnsi" w:cstheme="majorHAnsi"/>
              </w:rPr>
              <w:tab/>
            </w:r>
            <w:r w:rsidR="00C96D8E" w:rsidRPr="00B32BAB">
              <w:rPr>
                <w:rFonts w:asciiTheme="majorHAnsi" w:hAnsiTheme="majorHAnsi" w:cstheme="majorHAnsi"/>
              </w:rPr>
              <w:t>Provide Expected Completion Date:</w:t>
            </w:r>
          </w:p>
        </w:tc>
      </w:tr>
    </w:tbl>
    <w:p w14:paraId="012FA130" w14:textId="697DA4BD" w:rsidR="00060DC9" w:rsidRPr="00254B47" w:rsidRDefault="00C305A9">
      <w:pPr>
        <w:rPr>
          <w:rFonts w:asciiTheme="majorHAnsi" w:hAnsiTheme="majorHAnsi" w:cstheme="majorHAnsi"/>
        </w:rPr>
      </w:pPr>
      <w:r w:rsidRPr="00254B47">
        <w:rPr>
          <w:rFonts w:asciiTheme="majorHAnsi" w:hAnsiTheme="majorHAnsi" w:cstheme="majorHAnsi"/>
          <w:b/>
        </w:rPr>
        <w:br/>
      </w:r>
      <w:r w:rsidR="00F86A14" w:rsidRPr="00254B47">
        <w:rPr>
          <w:rFonts w:asciiTheme="majorHAnsi" w:hAnsiTheme="majorHAnsi" w:cstheme="majorHAnsi"/>
          <w:b/>
        </w:rPr>
        <w:t>Note:</w:t>
      </w:r>
      <w:r w:rsidR="00F86A14" w:rsidRPr="00254B47">
        <w:rPr>
          <w:rFonts w:asciiTheme="majorHAnsi" w:hAnsiTheme="majorHAnsi" w:cstheme="majorHAnsi"/>
        </w:rPr>
        <w:t xml:space="preserve"> </w:t>
      </w:r>
      <w:r w:rsidR="00F86A14" w:rsidRPr="00254B47">
        <w:rPr>
          <w:rFonts w:asciiTheme="majorHAnsi" w:hAnsiTheme="majorHAnsi" w:cstheme="majorHAnsi"/>
          <w:i/>
        </w:rPr>
        <w:t>All investigators must complete CITI Human Subjects Research Training before IRB approval can be granted. Attach certificates to appendix.</w:t>
      </w:r>
    </w:p>
    <w:p w14:paraId="1B474D9C" w14:textId="58434739" w:rsidR="00060DC9" w:rsidRPr="00254B47" w:rsidRDefault="00F86A14">
      <w:pPr>
        <w:rPr>
          <w:rFonts w:asciiTheme="majorHAnsi" w:hAnsiTheme="majorHAnsi" w:cstheme="majorHAnsi"/>
        </w:rPr>
      </w:pPr>
      <w:r w:rsidRPr="00254B47">
        <w:rPr>
          <w:rFonts w:asciiTheme="majorHAnsi" w:hAnsiTheme="majorHAnsi" w:cstheme="majorHAnsi"/>
          <w:b/>
        </w:rPr>
        <w:t>To access CITI Training:</w:t>
      </w:r>
      <w:r w:rsidRPr="00254B47">
        <w:rPr>
          <w:rFonts w:asciiTheme="majorHAnsi" w:hAnsiTheme="majorHAnsi" w:cstheme="majorHAnsi"/>
        </w:rPr>
        <w:t xml:space="preserve"> Visit www.citiprogram.org and </w:t>
      </w:r>
      <w:r w:rsidR="00073003">
        <w:rPr>
          <w:rFonts w:asciiTheme="majorHAnsi" w:hAnsiTheme="majorHAnsi" w:cstheme="majorHAnsi"/>
        </w:rPr>
        <w:t>log in</w:t>
      </w:r>
      <w:r w:rsidRPr="00254B47">
        <w:rPr>
          <w:rFonts w:asciiTheme="majorHAnsi" w:hAnsiTheme="majorHAnsi" w:cstheme="majorHAnsi"/>
        </w:rPr>
        <w:t xml:space="preserve"> using your McMurry University email address</w:t>
      </w:r>
      <w:r w:rsidR="00073003">
        <w:rPr>
          <w:rFonts w:asciiTheme="majorHAnsi" w:hAnsiTheme="majorHAnsi" w:cstheme="majorHAnsi"/>
        </w:rPr>
        <w:t xml:space="preserve"> and password</w:t>
      </w:r>
      <w:r w:rsidRPr="00254B47">
        <w:rPr>
          <w:rFonts w:asciiTheme="majorHAnsi" w:hAnsiTheme="majorHAnsi" w:cstheme="majorHAnsi"/>
        </w:rPr>
        <w:t>.</w:t>
      </w:r>
    </w:p>
    <w:p w14:paraId="668A06E5" w14:textId="77777777" w:rsidR="00852F70" w:rsidRDefault="00852F70">
      <w:pPr>
        <w:pStyle w:val="Heading2"/>
        <w:shd w:val="clear" w:color="auto" w:fill="F2F2F2"/>
        <w:rPr>
          <w:rFonts w:eastAsia="Times New Roman"/>
          <w:szCs w:val="32"/>
        </w:rPr>
      </w:pPr>
      <w:r>
        <w:rPr>
          <w:rFonts w:eastAsia="Times New Roman"/>
        </w:rPr>
        <w:t>SECTION H.1: STUDENT RESEARCHER SIGNATURE</w:t>
      </w:r>
    </w:p>
    <w:p w14:paraId="2D919449" w14:textId="77777777" w:rsidR="00BD0EF6" w:rsidRDefault="00BD0EF6" w:rsidP="00BD0EF6">
      <w:r>
        <w:rPr>
          <w:rFonts w:ascii="Calibri" w:hAnsi="Calibri" w:cs="Calibri"/>
          <w:b/>
          <w:bCs/>
        </w:rPr>
        <w:t>Instructions:</w:t>
      </w:r>
      <w:r>
        <w:rPr>
          <w:rFonts w:ascii="Calibri" w:hAnsi="Calibri" w:cs="Calibri"/>
        </w:rPr>
        <w:t xml:space="preserve"> All signatures certify that the information provided is accurate and complete, and that the research will be conducted as described in this protocol. Any changes to the approved protocol must be submitted to the IRB for review and approval before implementation.</w:t>
      </w:r>
    </w:p>
    <w:p w14:paraId="44F27F39" w14:textId="77777777" w:rsidR="00BD0EF6" w:rsidRPr="0072154B" w:rsidRDefault="00BD0EF6" w:rsidP="00BD0EF6">
      <w:pPr>
        <w:rPr>
          <w:i/>
          <w:iCs/>
        </w:rPr>
      </w:pPr>
      <w:r>
        <w:rPr>
          <w:rFonts w:ascii="Calibri" w:hAnsi="Calibri" w:cs="Calibri"/>
          <w:b/>
          <w:bCs/>
        </w:rPr>
        <w:t>Electronic signature (DOCX):</w:t>
      </w:r>
      <w:r>
        <w:rPr>
          <w:rFonts w:ascii="Calibri" w:hAnsi="Calibri" w:cs="Calibri"/>
        </w:rPr>
        <w:t xml:space="preserve"> </w:t>
      </w:r>
      <w:r w:rsidRPr="00F127BD">
        <w:rPr>
          <w:rFonts w:ascii="Calibri" w:eastAsia="Times New Roman" w:hAnsi="Calibri" w:cs="Calibri"/>
        </w:rPr>
        <w:t xml:space="preserve">Type </w:t>
      </w:r>
      <w:r w:rsidRPr="00F127BD">
        <w:rPr>
          <w:rFonts w:ascii="Calibri" w:eastAsia="Times New Roman" w:hAnsi="Calibri" w:cs="Calibri"/>
          <w:i/>
          <w:iCs/>
        </w:rPr>
        <w:t>/s/ First Last</w:t>
      </w:r>
      <w:r w:rsidRPr="00F127BD">
        <w:rPr>
          <w:rFonts w:ascii="Calibri" w:eastAsia="Times New Roman" w:hAnsi="Calibri" w:cs="Calibri"/>
        </w:rPr>
        <w:t xml:space="preserve"> </w:t>
      </w:r>
      <w:r>
        <w:rPr>
          <w:rFonts w:ascii="Calibri" w:eastAsia="Times New Roman" w:hAnsi="Calibri" w:cs="Calibri"/>
        </w:rPr>
        <w:t xml:space="preserve">to sign.  </w:t>
      </w:r>
      <w:r>
        <w:rPr>
          <w:rFonts w:ascii="Calibri" w:eastAsia="Times New Roman" w:hAnsi="Calibri" w:cs="Calibri"/>
        </w:rPr>
        <w:br/>
        <w:t>Note:</w:t>
      </w:r>
      <w:proofErr w:type="gramStart"/>
      <w:r>
        <w:rPr>
          <w:rFonts w:ascii="Calibri" w:eastAsia="Times New Roman" w:hAnsi="Calibri" w:cs="Calibri"/>
        </w:rPr>
        <w:t xml:space="preserve">  </w:t>
      </w:r>
      <w:r w:rsidRPr="00F127BD">
        <w:rPr>
          <w:rFonts w:ascii="Calibri" w:eastAsia="Times New Roman" w:hAnsi="Calibri" w:cs="Calibri"/>
        </w:rPr>
        <w:t xml:space="preserve"> </w:t>
      </w:r>
      <w:r w:rsidRPr="0072154B">
        <w:rPr>
          <w:rFonts w:ascii="Calibri" w:eastAsia="Times New Roman" w:hAnsi="Calibri" w:cs="Calibri"/>
          <w:i/>
          <w:iCs/>
        </w:rPr>
        <w:t>“</w:t>
      </w:r>
      <w:proofErr w:type="gramEnd"/>
      <w:r w:rsidRPr="0072154B">
        <w:rPr>
          <w:rFonts w:ascii="Calibri" w:eastAsia="Times New Roman" w:hAnsi="Calibri" w:cs="Calibri"/>
          <w:i/>
          <w:iCs/>
        </w:rPr>
        <w:t>/s/” means “signed” and indicates the typed name is your signature.</w:t>
      </w:r>
    </w:p>
    <w:p w14:paraId="26078B38" w14:textId="73305FE4" w:rsidR="00BD0EF6" w:rsidRPr="00AD5074" w:rsidRDefault="00BD0EF6" w:rsidP="00BD0EF6">
      <w:pPr>
        <w:rPr>
          <w:rFonts w:asciiTheme="majorHAnsi" w:hAnsiTheme="majorHAnsi" w:cstheme="majorHAnsi"/>
        </w:rPr>
      </w:pPr>
      <w:r>
        <w:rPr>
          <w:rFonts w:asciiTheme="majorHAnsi" w:hAnsiTheme="majorHAnsi" w:cstheme="majorHAnsi"/>
          <w:b/>
        </w:rPr>
        <w:t>Student Researcher</w:t>
      </w:r>
      <w:r w:rsidRPr="00AD5074">
        <w:rPr>
          <w:rFonts w:asciiTheme="majorHAnsi" w:hAnsiTheme="majorHAnsi" w:cstheme="majorHAnsi"/>
          <w:b/>
        </w:rPr>
        <w:t xml:space="preserve"> Signature</w:t>
      </w:r>
      <w:r>
        <w:rPr>
          <w:rFonts w:asciiTheme="majorHAnsi" w:hAnsiTheme="majorHAnsi" w:cstheme="majorHAnsi"/>
          <w:b/>
        </w:rPr>
        <w:t xml:space="preserve"> and Date</w:t>
      </w:r>
      <w:r w:rsidRPr="00AD5074">
        <w:rPr>
          <w:rFonts w:asciiTheme="majorHAnsi" w:hAnsiTheme="majorHAnsi" w:cstheme="majorHAnsi"/>
          <w:b/>
        </w:rPr>
        <w:t>:</w:t>
      </w:r>
    </w:p>
    <w:p w14:paraId="3FA4745E" w14:textId="77777777" w:rsidR="00B01C22" w:rsidRDefault="00B01C22">
      <w:pPr>
        <w:spacing w:after="200" w:line="276" w:lineRule="auto"/>
        <w:rPr>
          <w:rFonts w:asciiTheme="majorHAnsi" w:hAnsiTheme="majorHAnsi" w:cstheme="majorHAnsi"/>
          <w:b/>
        </w:rPr>
      </w:pPr>
      <w:r>
        <w:rPr>
          <w:rFonts w:asciiTheme="majorHAnsi" w:hAnsiTheme="majorHAnsi" w:cstheme="majorHAnsi"/>
          <w:b/>
        </w:rPr>
        <w:br w:type="page"/>
      </w:r>
    </w:p>
    <w:p w14:paraId="177C72FC" w14:textId="77777777" w:rsidR="00852F70" w:rsidRDefault="00852F70">
      <w:pPr>
        <w:pStyle w:val="Heading2"/>
        <w:shd w:val="clear" w:color="auto" w:fill="F2F2F2"/>
        <w:rPr>
          <w:rFonts w:eastAsia="Times New Roman"/>
          <w:szCs w:val="32"/>
        </w:rPr>
      </w:pPr>
      <w:r>
        <w:rPr>
          <w:rFonts w:eastAsia="Times New Roman"/>
        </w:rPr>
        <w:lastRenderedPageBreak/>
        <w:t>SECTION H.2: PI/CO-PI/FACULTY SPONSOR SIGNATURES</w:t>
      </w:r>
    </w:p>
    <w:p w14:paraId="1E6700BD" w14:textId="2B1A1221" w:rsidR="0006329F" w:rsidRDefault="0006329F" w:rsidP="00E73F2F">
      <w:pPr>
        <w:rPr>
          <w:rFonts w:ascii="Calibri" w:hAnsi="Calibri" w:cs="Calibri"/>
          <w:b/>
          <w:bCs/>
        </w:rPr>
      </w:pPr>
      <w:r>
        <w:rPr>
          <w:rFonts w:ascii="Calibri" w:hAnsi="Calibri" w:cs="Calibri"/>
          <w:b/>
          <w:bCs/>
        </w:rPr>
        <w:t>Princip</w:t>
      </w:r>
      <w:r w:rsidR="00283C7D">
        <w:rPr>
          <w:rFonts w:ascii="Calibri" w:hAnsi="Calibri" w:cs="Calibri"/>
          <w:b/>
          <w:bCs/>
        </w:rPr>
        <w:t>al</w:t>
      </w:r>
      <w:r w:rsidR="00E66E71">
        <w:rPr>
          <w:rFonts w:ascii="Calibri" w:hAnsi="Calibri" w:cs="Calibri"/>
          <w:b/>
          <w:bCs/>
        </w:rPr>
        <w:t>/Co-</w:t>
      </w:r>
      <w:r>
        <w:rPr>
          <w:rFonts w:ascii="Calibri" w:hAnsi="Calibri" w:cs="Calibri"/>
          <w:b/>
          <w:bCs/>
        </w:rPr>
        <w:t xml:space="preserve"> Investigator Certification</w:t>
      </w:r>
      <w:r w:rsidR="00283C7D">
        <w:rPr>
          <w:rFonts w:ascii="Calibri" w:hAnsi="Calibri" w:cs="Calibri"/>
          <w:b/>
          <w:bCs/>
        </w:rPr>
        <w:t xml:space="preserve"> (Faculty Sponsor</w:t>
      </w:r>
      <w:r w:rsidR="00E66E71">
        <w:rPr>
          <w:rFonts w:ascii="Calibri" w:hAnsi="Calibri" w:cs="Calibri"/>
          <w:b/>
          <w:bCs/>
        </w:rPr>
        <w:t>s</w:t>
      </w:r>
      <w:r w:rsidR="00283C7D">
        <w:rPr>
          <w:rFonts w:ascii="Calibri" w:hAnsi="Calibri" w:cs="Calibri"/>
          <w:b/>
          <w:bCs/>
        </w:rPr>
        <w:t>)</w:t>
      </w:r>
    </w:p>
    <w:p w14:paraId="601B7BBC" w14:textId="4747A35F" w:rsidR="00E73F2F" w:rsidRDefault="00E73F2F" w:rsidP="00E73F2F">
      <w:r>
        <w:rPr>
          <w:rFonts w:ascii="Calibri" w:hAnsi="Calibri" w:cs="Calibri"/>
          <w:b/>
          <w:bCs/>
        </w:rPr>
        <w:t>Instructions:</w:t>
      </w:r>
      <w:r>
        <w:rPr>
          <w:rFonts w:ascii="Calibri" w:hAnsi="Calibri" w:cs="Calibri"/>
        </w:rPr>
        <w:t xml:space="preserve"> To avoid circulating this DOCX for typed names, each </w:t>
      </w:r>
      <w:r w:rsidR="00EB45CB">
        <w:rPr>
          <w:rFonts w:ascii="Calibri" w:hAnsi="Calibri" w:cs="Calibri"/>
        </w:rPr>
        <w:t>faculty sponsor</w:t>
      </w:r>
      <w:r>
        <w:rPr>
          <w:rFonts w:ascii="Calibri" w:hAnsi="Calibri" w:cs="Calibri"/>
        </w:rPr>
        <w:t xml:space="preserve"> must complete a separate </w:t>
      </w:r>
      <w:r>
        <w:rPr>
          <w:rFonts w:ascii="Calibri" w:hAnsi="Calibri" w:cs="Calibri"/>
          <w:b/>
          <w:bCs/>
        </w:rPr>
        <w:t>Principal</w:t>
      </w:r>
      <w:r w:rsidR="00C70F12">
        <w:rPr>
          <w:rFonts w:ascii="Calibri" w:hAnsi="Calibri" w:cs="Calibri"/>
          <w:b/>
          <w:bCs/>
        </w:rPr>
        <w:t>/Co-</w:t>
      </w:r>
      <w:r>
        <w:rPr>
          <w:rFonts w:ascii="Calibri" w:hAnsi="Calibri" w:cs="Calibri"/>
          <w:b/>
          <w:bCs/>
        </w:rPr>
        <w:t xml:space="preserve"> Investigator Certification</w:t>
      </w:r>
      <w:r>
        <w:rPr>
          <w:rFonts w:ascii="Calibri" w:hAnsi="Calibri" w:cs="Calibri"/>
        </w:rPr>
        <w:t xml:space="preserve"> page (signed and dated) and attach to </w:t>
      </w:r>
      <w:r w:rsidR="0068677A">
        <w:rPr>
          <w:rFonts w:ascii="Calibri" w:hAnsi="Calibri" w:cs="Calibri"/>
        </w:rPr>
        <w:t xml:space="preserve">the appendix. </w:t>
      </w:r>
      <w:r>
        <w:rPr>
          <w:rFonts w:ascii="Calibri" w:hAnsi="Calibri" w:cs="Calibri"/>
        </w:rPr>
        <w:t xml:space="preserve"> </w:t>
      </w:r>
    </w:p>
    <w:p w14:paraId="0A8CB5DF" w14:textId="77777777" w:rsidR="00C344CB" w:rsidRDefault="00C344CB" w:rsidP="001116A9">
      <w:pPr>
        <w:rPr>
          <w:rFonts w:asciiTheme="majorHAnsi" w:hAnsiTheme="majorHAnsi" w:cstheme="majorHAnsi"/>
          <w:b/>
        </w:rPr>
      </w:pPr>
      <w:r>
        <w:rPr>
          <w:rFonts w:asciiTheme="majorHAnsi" w:hAnsiTheme="majorHAnsi" w:cstheme="majorHAnsi"/>
          <w:b/>
        </w:rPr>
        <w:t>Project Title:</w:t>
      </w:r>
    </w:p>
    <w:p w14:paraId="0DAF679F" w14:textId="77777777" w:rsidR="00E62DFC" w:rsidRDefault="00E62DFC" w:rsidP="001116A9">
      <w:pPr>
        <w:rPr>
          <w:rFonts w:asciiTheme="majorHAnsi" w:hAnsiTheme="majorHAnsi" w:cstheme="majorHAnsi"/>
          <w:b/>
        </w:rPr>
      </w:pPr>
    </w:p>
    <w:p w14:paraId="3C9D5D92" w14:textId="4F5BA9C4" w:rsidR="001116A9" w:rsidRPr="00AD5074" w:rsidRDefault="001116A9" w:rsidP="001116A9">
      <w:pPr>
        <w:rPr>
          <w:rFonts w:asciiTheme="majorHAnsi" w:hAnsiTheme="majorHAnsi" w:cstheme="majorHAnsi"/>
        </w:rPr>
      </w:pPr>
      <w:r w:rsidRPr="00AD5074">
        <w:rPr>
          <w:rFonts w:asciiTheme="majorHAnsi" w:hAnsiTheme="majorHAnsi" w:cstheme="majorHAnsi"/>
          <w:b/>
        </w:rPr>
        <w:t>Principal Investigator Signature</w:t>
      </w:r>
      <w:r>
        <w:rPr>
          <w:rFonts w:asciiTheme="majorHAnsi" w:hAnsiTheme="majorHAnsi" w:cstheme="majorHAnsi"/>
          <w:b/>
        </w:rPr>
        <w:t xml:space="preserve"> and Date</w:t>
      </w:r>
      <w:r w:rsidRPr="00AD5074">
        <w:rPr>
          <w:rFonts w:asciiTheme="majorHAnsi" w:hAnsiTheme="majorHAnsi" w:cstheme="majorHAnsi"/>
          <w:b/>
        </w:rPr>
        <w:t>:</w:t>
      </w:r>
    </w:p>
    <w:p w14:paraId="7AFB821F" w14:textId="77777777" w:rsidR="00E73F2F" w:rsidRDefault="00E73F2F" w:rsidP="001116A9">
      <w:pPr>
        <w:rPr>
          <w:rFonts w:asciiTheme="majorHAnsi" w:hAnsiTheme="majorHAnsi" w:cstheme="majorHAnsi"/>
          <w:b/>
        </w:rPr>
      </w:pPr>
    </w:p>
    <w:p w14:paraId="47C6F49A" w14:textId="77777777" w:rsidR="00E73F2F" w:rsidRDefault="00E73F2F">
      <w:pPr>
        <w:spacing w:after="200" w:line="276" w:lineRule="auto"/>
        <w:rPr>
          <w:rFonts w:asciiTheme="majorHAnsi" w:hAnsiTheme="majorHAnsi" w:cstheme="majorHAnsi"/>
          <w:b/>
        </w:rPr>
      </w:pPr>
      <w:r>
        <w:rPr>
          <w:rFonts w:asciiTheme="majorHAnsi" w:hAnsiTheme="majorHAnsi" w:cstheme="majorHAnsi"/>
          <w:b/>
        </w:rPr>
        <w:br w:type="page"/>
      </w:r>
    </w:p>
    <w:p w14:paraId="5A386417" w14:textId="77777777" w:rsidR="008F744F" w:rsidRDefault="008F744F">
      <w:pPr>
        <w:pStyle w:val="Heading2"/>
        <w:rPr>
          <w:rFonts w:eastAsia="Times New Roman"/>
          <w:szCs w:val="32"/>
        </w:rPr>
      </w:pPr>
      <w:r>
        <w:rPr>
          <w:rFonts w:eastAsia="Times New Roman"/>
        </w:rPr>
        <w:lastRenderedPageBreak/>
        <w:t>APPENDIX CONTENTS CHECKLIST (attach as applicable)</w:t>
      </w:r>
    </w:p>
    <w:p w14:paraId="53F0C0F1" w14:textId="2BB8BC78" w:rsidR="0046570A" w:rsidRDefault="0046570A">
      <w:r>
        <w:rPr>
          <w:rFonts w:ascii="Calibri" w:hAnsi="Calibri" w:cs="Calibri"/>
        </w:rPr>
        <w:t xml:space="preserve">Attach the following appendix items required or referenced in </w:t>
      </w:r>
      <w:r>
        <w:rPr>
          <w:rFonts w:ascii="Calibri" w:hAnsi="Calibri" w:cs="Calibri"/>
          <w:b/>
          <w:bCs/>
        </w:rPr>
        <w:t>Form 1</w:t>
      </w:r>
      <w:r>
        <w:rPr>
          <w:rFonts w:ascii="Calibri" w:hAnsi="Calibri" w:cs="Calibri"/>
        </w:rPr>
        <w:t xml:space="preserve">. </w:t>
      </w:r>
      <w:r w:rsidR="006E5500">
        <w:rPr>
          <w:rFonts w:ascii="Calibri" w:hAnsi="Calibri" w:cs="Calibri"/>
        </w:rPr>
        <w:t xml:space="preserve"> Omit</w:t>
      </w:r>
      <w:r>
        <w:rPr>
          <w:rFonts w:ascii="Calibri" w:hAnsi="Calibri" w:cs="Calibri"/>
        </w:rPr>
        <w:t xml:space="preserve"> item</w:t>
      </w:r>
      <w:r w:rsidR="006E5500">
        <w:rPr>
          <w:rFonts w:ascii="Calibri" w:hAnsi="Calibri" w:cs="Calibri"/>
        </w:rPr>
        <w:t>s</w:t>
      </w:r>
      <w:r>
        <w:rPr>
          <w:rFonts w:ascii="Calibri" w:hAnsi="Calibri" w:cs="Calibri"/>
        </w:rPr>
        <w:t xml:space="preserve"> </w:t>
      </w:r>
      <w:r w:rsidR="006E5500">
        <w:rPr>
          <w:rFonts w:ascii="Calibri" w:hAnsi="Calibri" w:cs="Calibri"/>
        </w:rPr>
        <w:t xml:space="preserve">that </w:t>
      </w:r>
      <w:r>
        <w:rPr>
          <w:rFonts w:ascii="Calibri" w:hAnsi="Calibri" w:cs="Calibri"/>
        </w:rPr>
        <w:t>do not apply.</w:t>
      </w:r>
    </w:p>
    <w:p w14:paraId="35F53F4C" w14:textId="77777777" w:rsidR="00852F70" w:rsidRDefault="00852F70">
      <w:pPr>
        <w:pStyle w:val="NoSpacing"/>
      </w:pPr>
      <w:r>
        <w:rPr>
          <w:rFonts w:ascii="Segoe UI Symbol" w:hAnsi="Segoe UI Symbol"/>
        </w:rPr>
        <w:t>☐</w:t>
      </w:r>
      <w:r>
        <w:rPr>
          <w:rFonts w:ascii="Calibri" w:hAnsi="Calibri" w:cs="Calibri"/>
        </w:rPr>
        <w:t xml:space="preserve"> CITI Human Subjects Research Training certificate(s) for all investigators (as required in Section G)</w:t>
      </w:r>
    </w:p>
    <w:p w14:paraId="6F1ABB83" w14:textId="77777777" w:rsidR="006E13D8" w:rsidRDefault="006E13D8">
      <w:pPr>
        <w:pStyle w:val="NoSpacing"/>
      </w:pPr>
      <w:r>
        <w:rPr>
          <w:rFonts w:ascii="Segoe UI Symbol" w:hAnsi="Segoe UI Symbol"/>
        </w:rPr>
        <w:t>☐</w:t>
      </w:r>
      <w:r>
        <w:rPr>
          <w:rFonts w:ascii="Calibri" w:hAnsi="Calibri" w:cs="Calibri"/>
        </w:rPr>
        <w:t xml:space="preserve"> Separate signed and dated </w:t>
      </w:r>
      <w:r>
        <w:rPr>
          <w:rFonts w:ascii="Calibri" w:hAnsi="Calibri" w:cs="Calibri"/>
          <w:b/>
          <w:bCs/>
        </w:rPr>
        <w:t>Principal Investigator Certification</w:t>
      </w:r>
      <w:r>
        <w:rPr>
          <w:rFonts w:ascii="Calibri" w:hAnsi="Calibri" w:cs="Calibri"/>
        </w:rPr>
        <w:t xml:space="preserve"> page(s) for each faculty sponsor/co-investigator (if applicable), per Section H.2 instructions</w:t>
      </w:r>
    </w:p>
    <w:p w14:paraId="40C1D6DC" w14:textId="77777777" w:rsidR="000D4234" w:rsidRDefault="000D4234" w:rsidP="00254B47">
      <w:pPr>
        <w:pStyle w:val="NoSpacing"/>
        <w:rPr>
          <w:rFonts w:asciiTheme="majorHAnsi" w:hAnsiTheme="majorHAnsi" w:cstheme="majorHAnsi"/>
        </w:rPr>
      </w:pPr>
    </w:p>
    <w:p w14:paraId="6EA3D84C" w14:textId="77777777" w:rsidR="000D4234" w:rsidRPr="00254B47" w:rsidRDefault="000D4234" w:rsidP="000D4234">
      <w:pPr>
        <w:rPr>
          <w:rFonts w:asciiTheme="majorHAnsi" w:hAnsiTheme="majorHAnsi" w:cstheme="majorHAnsi"/>
        </w:rPr>
      </w:pPr>
      <w:r w:rsidRPr="00254B47">
        <w:rPr>
          <w:rFonts w:asciiTheme="majorHAnsi" w:hAnsiTheme="majorHAnsi" w:cstheme="majorHAnsi"/>
          <w:i/>
        </w:rPr>
        <w:t>Please proceed to Form 2: Protocol Narrative</w:t>
      </w:r>
    </w:p>
    <w:p w14:paraId="6709663B" w14:textId="77777777" w:rsidR="000D4234" w:rsidRPr="00254B47" w:rsidRDefault="000D4234" w:rsidP="00254B47">
      <w:pPr>
        <w:pStyle w:val="NoSpacing"/>
        <w:rPr>
          <w:rFonts w:asciiTheme="majorHAnsi" w:hAnsiTheme="majorHAnsi" w:cstheme="majorHAnsi"/>
        </w:rPr>
      </w:pPr>
    </w:p>
    <w:sectPr w:rsidR="000D4234" w:rsidRPr="00254B47" w:rsidSect="00664B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09306912">
    <w:abstractNumId w:val="8"/>
  </w:num>
  <w:num w:numId="2" w16cid:durableId="1055666723">
    <w:abstractNumId w:val="6"/>
  </w:num>
  <w:num w:numId="3" w16cid:durableId="582186235">
    <w:abstractNumId w:val="5"/>
  </w:num>
  <w:num w:numId="4" w16cid:durableId="1138302048">
    <w:abstractNumId w:val="4"/>
  </w:num>
  <w:num w:numId="5" w16cid:durableId="144201083">
    <w:abstractNumId w:val="7"/>
  </w:num>
  <w:num w:numId="6" w16cid:durableId="1403479129">
    <w:abstractNumId w:val="3"/>
  </w:num>
  <w:num w:numId="7" w16cid:durableId="269774652">
    <w:abstractNumId w:val="2"/>
  </w:num>
  <w:num w:numId="8" w16cid:durableId="1510367898">
    <w:abstractNumId w:val="1"/>
  </w:num>
  <w:num w:numId="9" w16cid:durableId="1140997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9"/>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6139"/>
    <w:rsid w:val="00034616"/>
    <w:rsid w:val="0004038E"/>
    <w:rsid w:val="00055D71"/>
    <w:rsid w:val="0006063C"/>
    <w:rsid w:val="00060DC9"/>
    <w:rsid w:val="0006329F"/>
    <w:rsid w:val="00073003"/>
    <w:rsid w:val="000A210A"/>
    <w:rsid w:val="000B12F7"/>
    <w:rsid w:val="000D4234"/>
    <w:rsid w:val="00107958"/>
    <w:rsid w:val="001116A9"/>
    <w:rsid w:val="00125B5F"/>
    <w:rsid w:val="0013150F"/>
    <w:rsid w:val="001431D2"/>
    <w:rsid w:val="00146BE3"/>
    <w:rsid w:val="0015074B"/>
    <w:rsid w:val="0015770B"/>
    <w:rsid w:val="00163A99"/>
    <w:rsid w:val="001A0312"/>
    <w:rsid w:val="001A46A3"/>
    <w:rsid w:val="001A5BB5"/>
    <w:rsid w:val="001C4D98"/>
    <w:rsid w:val="001D1DBC"/>
    <w:rsid w:val="001D71D5"/>
    <w:rsid w:val="001F24A0"/>
    <w:rsid w:val="00250ECB"/>
    <w:rsid w:val="00254B47"/>
    <w:rsid w:val="00283C7D"/>
    <w:rsid w:val="0029639D"/>
    <w:rsid w:val="002A60C3"/>
    <w:rsid w:val="002C3086"/>
    <w:rsid w:val="002D1263"/>
    <w:rsid w:val="002E2812"/>
    <w:rsid w:val="002E2859"/>
    <w:rsid w:val="00326085"/>
    <w:rsid w:val="00326F90"/>
    <w:rsid w:val="00345F64"/>
    <w:rsid w:val="00355626"/>
    <w:rsid w:val="003B465D"/>
    <w:rsid w:val="003F0666"/>
    <w:rsid w:val="003F30D5"/>
    <w:rsid w:val="004301C9"/>
    <w:rsid w:val="0046570A"/>
    <w:rsid w:val="004974A3"/>
    <w:rsid w:val="004C00F0"/>
    <w:rsid w:val="00500179"/>
    <w:rsid w:val="00525F1A"/>
    <w:rsid w:val="0056151B"/>
    <w:rsid w:val="00565402"/>
    <w:rsid w:val="005902CA"/>
    <w:rsid w:val="005C3E88"/>
    <w:rsid w:val="005F3D8A"/>
    <w:rsid w:val="00610B26"/>
    <w:rsid w:val="006439DE"/>
    <w:rsid w:val="00664B77"/>
    <w:rsid w:val="006819FD"/>
    <w:rsid w:val="0068677A"/>
    <w:rsid w:val="006903FB"/>
    <w:rsid w:val="006A098A"/>
    <w:rsid w:val="006D4EE0"/>
    <w:rsid w:val="006E040D"/>
    <w:rsid w:val="006E13D8"/>
    <w:rsid w:val="006E5500"/>
    <w:rsid w:val="00745ADC"/>
    <w:rsid w:val="00770907"/>
    <w:rsid w:val="00771DDC"/>
    <w:rsid w:val="007B179F"/>
    <w:rsid w:val="00850D5D"/>
    <w:rsid w:val="00852F70"/>
    <w:rsid w:val="008758AF"/>
    <w:rsid w:val="00885D62"/>
    <w:rsid w:val="008C05C4"/>
    <w:rsid w:val="008E2C24"/>
    <w:rsid w:val="008E65EA"/>
    <w:rsid w:val="008F6117"/>
    <w:rsid w:val="008F744F"/>
    <w:rsid w:val="009215E2"/>
    <w:rsid w:val="009229A6"/>
    <w:rsid w:val="00950DE3"/>
    <w:rsid w:val="009E1AC3"/>
    <w:rsid w:val="009E6733"/>
    <w:rsid w:val="00A12EE8"/>
    <w:rsid w:val="00A55F6D"/>
    <w:rsid w:val="00A65EFF"/>
    <w:rsid w:val="00AA16C9"/>
    <w:rsid w:val="00AA1D8D"/>
    <w:rsid w:val="00AD0962"/>
    <w:rsid w:val="00AD7503"/>
    <w:rsid w:val="00AF58A6"/>
    <w:rsid w:val="00B01C22"/>
    <w:rsid w:val="00B160C9"/>
    <w:rsid w:val="00B166A1"/>
    <w:rsid w:val="00B3199C"/>
    <w:rsid w:val="00B47730"/>
    <w:rsid w:val="00BA53E5"/>
    <w:rsid w:val="00BD0EF6"/>
    <w:rsid w:val="00BE318F"/>
    <w:rsid w:val="00C04C25"/>
    <w:rsid w:val="00C305A9"/>
    <w:rsid w:val="00C344CB"/>
    <w:rsid w:val="00C70F12"/>
    <w:rsid w:val="00C94CA6"/>
    <w:rsid w:val="00C96D8E"/>
    <w:rsid w:val="00CB0664"/>
    <w:rsid w:val="00CC2784"/>
    <w:rsid w:val="00CD4585"/>
    <w:rsid w:val="00D4106C"/>
    <w:rsid w:val="00D4497E"/>
    <w:rsid w:val="00D62950"/>
    <w:rsid w:val="00DB1295"/>
    <w:rsid w:val="00DD53B1"/>
    <w:rsid w:val="00DE091F"/>
    <w:rsid w:val="00E2491C"/>
    <w:rsid w:val="00E369C5"/>
    <w:rsid w:val="00E62DFC"/>
    <w:rsid w:val="00E66E71"/>
    <w:rsid w:val="00E73F2F"/>
    <w:rsid w:val="00E77DD0"/>
    <w:rsid w:val="00E818C6"/>
    <w:rsid w:val="00E85831"/>
    <w:rsid w:val="00EB45CB"/>
    <w:rsid w:val="00F07D38"/>
    <w:rsid w:val="00F1441D"/>
    <w:rsid w:val="00F23C74"/>
    <w:rsid w:val="00F423D0"/>
    <w:rsid w:val="00F51395"/>
    <w:rsid w:val="00F85D91"/>
    <w:rsid w:val="00F86A14"/>
    <w:rsid w:val="00F904A0"/>
    <w:rsid w:val="00F913A3"/>
    <w:rsid w:val="00FB0F0B"/>
    <w:rsid w:val="00FC693F"/>
    <w:rsid w:val="00FD46CA"/>
    <w:rsid w:val="00FF00B2"/>
    <w:rsid w:val="00FF70DF"/>
    <w:rsid w:val="00FF76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5F3CA0"/>
  <w14:defaultImageDpi w14:val="300"/>
  <w15:docId w15:val="{570FA80C-F99B-459E-A69C-A22EC91E8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812"/>
    <w:pPr>
      <w:spacing w:after="240" w:line="240" w:lineRule="auto"/>
    </w:pPr>
    <w:rPr>
      <w:rFonts w:ascii="Arial" w:hAnsi="Arial"/>
    </w:rPr>
  </w:style>
  <w:style w:type="paragraph" w:styleId="Heading1">
    <w:name w:val="heading 1"/>
    <w:basedOn w:val="Normal"/>
    <w:next w:val="Normal"/>
    <w:link w:val="Heading1Char"/>
    <w:uiPriority w:val="9"/>
    <w:qFormat/>
    <w:rsid w:val="00FC693F"/>
    <w:pPr>
      <w:keepNext/>
      <w:keepLines/>
      <w:spacing w:before="360"/>
      <w:outlineLvl w:val="0"/>
    </w:pPr>
    <w:rPr>
      <w:rFonts w:asciiTheme="majorHAnsi" w:eastAsiaTheme="majorEastAsia" w:hAnsiTheme="majorHAnsi" w:cstheme="majorBidi"/>
      <w:b/>
      <w:bCs/>
      <w:color w:val="000000"/>
      <w:sz w:val="40"/>
      <w:szCs w:val="28"/>
    </w:rPr>
  </w:style>
  <w:style w:type="paragraph" w:styleId="Heading2">
    <w:name w:val="heading 2"/>
    <w:basedOn w:val="Normal"/>
    <w:next w:val="Normal"/>
    <w:link w:val="Heading2Char"/>
    <w:uiPriority w:val="9"/>
    <w:unhideWhenUsed/>
    <w:qFormat/>
    <w:rsid w:val="00FC693F"/>
    <w:pPr>
      <w:keepNext/>
      <w:keepLines/>
      <w:spacing w:before="240" w:after="160"/>
      <w:outlineLvl w:val="1"/>
    </w:pPr>
    <w:rPr>
      <w:rFonts w:asciiTheme="majorHAnsi" w:eastAsiaTheme="majorEastAsia" w:hAnsiTheme="majorHAnsi" w:cstheme="majorBidi"/>
      <w:b/>
      <w:bCs/>
      <w:color w:val="000000"/>
      <w:sz w:val="32"/>
      <w:szCs w:val="26"/>
    </w:rPr>
  </w:style>
  <w:style w:type="paragraph" w:styleId="Heading3">
    <w:name w:val="heading 3"/>
    <w:basedOn w:val="Normal"/>
    <w:next w:val="Normal"/>
    <w:link w:val="Heading3Char"/>
    <w:uiPriority w:val="9"/>
    <w:unhideWhenUsed/>
    <w:qFormat/>
    <w:rsid w:val="00FC693F"/>
    <w:pPr>
      <w:keepNext/>
      <w:keepLines/>
      <w:spacing w:before="160" w:after="120"/>
      <w:outlineLvl w:val="2"/>
    </w:pPr>
    <w:rPr>
      <w:rFonts w:asciiTheme="majorHAnsi" w:eastAsiaTheme="majorEastAsia" w:hAnsiTheme="majorHAnsi" w:cstheme="majorBidi"/>
      <w:b/>
      <w:bCs/>
      <w:color w:val="000000"/>
      <w:sz w:val="28"/>
    </w:rPr>
  </w:style>
  <w:style w:type="paragraph" w:styleId="Heading4">
    <w:name w:val="heading 4"/>
    <w:basedOn w:val="Normal"/>
    <w:next w:val="Normal"/>
    <w:link w:val="Heading4Char"/>
    <w:uiPriority w:val="9"/>
    <w:semiHidden/>
    <w:unhideWhenUsed/>
    <w:qFormat/>
    <w:rsid w:val="00FC693F"/>
    <w:pPr>
      <w:keepNext/>
      <w:keepLines/>
      <w:spacing w:before="120" w:after="80"/>
      <w:outlineLvl w:val="3"/>
    </w:pPr>
    <w:rPr>
      <w:rFonts w:asciiTheme="majorHAnsi" w:eastAsiaTheme="majorEastAsia" w:hAnsiTheme="majorHAnsi" w:cstheme="majorBidi"/>
      <w:bCs/>
      <w:i/>
      <w:iCs/>
      <w:color w:val="000000"/>
      <w:sz w:val="24"/>
    </w:rPr>
  </w:style>
  <w:style w:type="paragraph" w:styleId="Heading5">
    <w:name w:val="heading 5"/>
    <w:basedOn w:val="Normal"/>
    <w:next w:val="Normal"/>
    <w:link w:val="Heading5Char"/>
    <w:uiPriority w:val="9"/>
    <w:semiHidden/>
    <w:unhideWhenUsed/>
    <w:qFormat/>
    <w:rsid w:val="00FC693F"/>
    <w:pPr>
      <w:keepNext/>
      <w:keepLines/>
      <w:spacing w:before="80" w:after="6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FC693F"/>
    <w:pPr>
      <w:keepNext/>
      <w:keepLines/>
      <w:spacing w:before="60" w:after="40"/>
      <w:outlineLvl w:val="5"/>
    </w:pPr>
    <w:rPr>
      <w:rFonts w:asciiTheme="majorHAnsi" w:eastAsiaTheme="majorEastAsia" w:hAnsiTheme="majorHAnsi" w:cstheme="majorBidi"/>
      <w:i/>
      <w:iCs/>
      <w:color w:val="000000"/>
      <w:sz w:val="20"/>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pPr>
      <w:spacing w:before="120" w:after="120"/>
      <w:ind w:left="720"/>
    </w:pPr>
    <w:rPr>
      <w:i/>
      <w:iCs/>
      <w:color w:val="666666"/>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Block">
    <w:name w:val="Code Block"/>
    <w:pPr>
      <w:spacing w:before="120" w:after="120"/>
      <w:ind w:left="720"/>
    </w:pPr>
    <w:rPr>
      <w:rFonts w:ascii="Courier New" w:hAnsi="Courier New"/>
      <w:color w:val="333333"/>
      <w:sz w:val="18"/>
    </w:rPr>
  </w:style>
  <w:style w:type="character" w:customStyle="1" w:styleId="InlineCode">
    <w:name w:val="Inline Code"/>
    <w:rPr>
      <w:rFonts w:ascii="Courier New" w:hAnsi="Courier New"/>
      <w:color w:val="666666"/>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964240">
      <w:marLeft w:val="0"/>
      <w:marRight w:val="0"/>
      <w:marTop w:val="0"/>
      <w:marBottom w:val="0"/>
      <w:divBdr>
        <w:top w:val="single" w:sz="8" w:space="1" w:color="auto"/>
        <w:left w:val="none" w:sz="0" w:space="0" w:color="auto"/>
        <w:bottom w:val="single" w:sz="8" w:space="1"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ponsoredProjectSteps xmlns="16eac933-1c34-4cc5-b86a-409487146aef" xsi:nil="true"/>
    <TaxCatchAll xmlns="347521a8-c3f7-44a3-a2b9-f0a97a83849e" xsi:nil="true"/>
    <Access xmlns="16eac933-1c34-4cc5-b86a-409487146aef">
      <UserInfo>
        <DisplayName/>
        <AccountId xsi:nil="true"/>
        <AccountType/>
      </UserInfo>
    </Access>
    <lcf76f155ced4ddcb4097134ff3c332f xmlns="16eac933-1c34-4cc5-b86a-409487146ae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DC0876C65B6514CADD26A3000B5162C" ma:contentTypeVersion="17" ma:contentTypeDescription="Create a new document." ma:contentTypeScope="" ma:versionID="4b53e29710259af52cdccacc9393665e">
  <xsd:schema xmlns:xsd="http://www.w3.org/2001/XMLSchema" xmlns:xs="http://www.w3.org/2001/XMLSchema" xmlns:p="http://schemas.microsoft.com/office/2006/metadata/properties" xmlns:ns2="16eac933-1c34-4cc5-b86a-409487146aef" xmlns:ns3="347521a8-c3f7-44a3-a2b9-f0a97a83849e" targetNamespace="http://schemas.microsoft.com/office/2006/metadata/properties" ma:root="true" ma:fieldsID="fed7e0b9cacb6105d66ddf0d307b188e" ns2:_="" ns3:_="">
    <xsd:import namespace="16eac933-1c34-4cc5-b86a-409487146aef"/>
    <xsd:import namespace="347521a8-c3f7-44a3-a2b9-f0a97a83849e"/>
    <xsd:element name="properties">
      <xsd:complexType>
        <xsd:sequence>
          <xsd:element name="documentManagement">
            <xsd:complexType>
              <xsd:all>
                <xsd:element ref="ns2:MediaServiceMetadata" minOccurs="0"/>
                <xsd:element ref="ns2:MediaServiceFastMetadata" minOccurs="0"/>
                <xsd:element ref="ns2:SponsoredProjectStep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Access"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eac933-1c34-4cc5-b86a-409487146a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ponsoredProjectSteps" ma:index="10" nillable="true" ma:displayName="Sponsored Project Steps" ma:description="Steps" ma:format="Dropdown" ma:internalName="SponsoredProjectSteps">
      <xsd:simpleType>
        <xsd:restriction base="dms:Choice">
          <xsd:enumeration value="Pre-Award"/>
          <xsd:enumeration value="Proposal &amp; Route"/>
          <xsd:enumeration value="Post-Award"/>
          <xsd:enumeration value="Manage Project"/>
          <xsd:enumeration value="Closeout"/>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38033ea-20f3-48ed-a27c-00407d462b3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Access" ma:index="21" nillable="true" ma:displayName="Access" ma:description="People granted access to this folder" ma:format="Dropdown" ma:list="UserInfo" ma:SharePointGroup="0" ma:internalName="Acces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7521a8-c3f7-44a3-a2b9-f0a97a83849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7d9b5ab-f6e9-4148-bdcf-57e1313c6328}" ma:internalName="TaxCatchAll" ma:showField="CatchAllData" ma:web="347521a8-c3f7-44a3-a2b9-f0a97a83849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891C2EAE-9D13-4F7B-AFEB-C86E1D9FD70C}">
  <ds:schemaRefs>
    <ds:schemaRef ds:uri="http://schemas.microsoft.com/office/2006/metadata/properties"/>
    <ds:schemaRef ds:uri="http://schemas.microsoft.com/office/infopath/2007/PartnerControls"/>
    <ds:schemaRef ds:uri="16eac933-1c34-4cc5-b86a-409487146aef"/>
    <ds:schemaRef ds:uri="347521a8-c3f7-44a3-a2b9-f0a97a83849e"/>
  </ds:schemaRefs>
</ds:datastoreItem>
</file>

<file path=customXml/itemProps3.xml><?xml version="1.0" encoding="utf-8"?>
<ds:datastoreItem xmlns:ds="http://schemas.openxmlformats.org/officeDocument/2006/customXml" ds:itemID="{2A8F86DC-B986-4EF9-B4A3-C096A7AD6555}">
  <ds:schemaRefs>
    <ds:schemaRef ds:uri="http://schemas.microsoft.com/sharepoint/v3/contenttype/forms"/>
  </ds:schemaRefs>
</ds:datastoreItem>
</file>

<file path=customXml/itemProps4.xml><?xml version="1.0" encoding="utf-8"?>
<ds:datastoreItem xmlns:ds="http://schemas.openxmlformats.org/officeDocument/2006/customXml" ds:itemID="{CF3CD83F-F95D-474C-A4EE-D52E763B95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eac933-1c34-4cc5-b86a-409487146aef"/>
    <ds:schemaRef ds:uri="347521a8-c3f7-44a3-a2b9-f0a97a8384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5</Pages>
  <Words>902</Words>
  <Characters>5489</Characters>
  <Application>Microsoft Office Word</Application>
  <DocSecurity>0</DocSecurity>
  <Lines>143</Lines>
  <Paragraphs>74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David Wahl</cp:lastModifiedBy>
  <cp:revision>119</cp:revision>
  <cp:lastPrinted>2026-02-19T17:08:00Z</cp:lastPrinted>
  <dcterms:created xsi:type="dcterms:W3CDTF">2026-02-19T16:12:00Z</dcterms:created>
  <dcterms:modified xsi:type="dcterms:W3CDTF">2026-03-25T18:23:00Z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0x010100ADC0876C65B6514CADD26A3000B5162C</vt:lpwstr>
  </property>
  <property fmtid="{D5CDD505-2E9C-101B-9397-08002B2CF9AE}" pid="3" name="MediaServiceImageTags">
    <vt:lpwstr/>
  </property>
  <property fmtid="{D5CDD505-2E9C-101B-9397-08002B2CF9AE}" pid="4" name="docLang">
    <vt:lpwstr>en</vt:lpwstr>
  </property>
</Properties>
</file>